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3575C7" w14:textId="77777777" w:rsidR="00DA360C" w:rsidRDefault="00DA360C"/>
    <w:p w14:paraId="4DF44AF4" w14:textId="77777777" w:rsidR="00DA360C" w:rsidRPr="00776D50" w:rsidRDefault="00000000">
      <w:pPr>
        <w:spacing w:before="240"/>
        <w:jc w:val="center"/>
        <w:rPr>
          <w:lang w:val="es-PE"/>
        </w:rPr>
      </w:pPr>
      <w:r w:rsidRPr="00776D50">
        <w:rPr>
          <w:b/>
          <w:color w:val="1E3E6E"/>
          <w:sz w:val="36"/>
          <w:lang w:val="es-PE"/>
        </w:rPr>
        <w:t>SET DE FORMATOS DEL POSTULANTE</w:t>
      </w:r>
    </w:p>
    <w:p w14:paraId="2FEC4FA1" w14:textId="77777777" w:rsidR="00DA360C" w:rsidRPr="00776D50" w:rsidRDefault="00000000">
      <w:pPr>
        <w:spacing w:after="160"/>
        <w:jc w:val="center"/>
        <w:rPr>
          <w:lang w:val="es-PE"/>
        </w:rPr>
      </w:pPr>
      <w:r w:rsidRPr="00776D50">
        <w:rPr>
          <w:b/>
          <w:color w:val="7B1F2A"/>
          <w:sz w:val="32"/>
          <w:lang w:val="es-PE"/>
        </w:rPr>
        <w:t>REGULARIZACIÓN DE SOCIEDAD DE AUDITORÍA</w:t>
      </w:r>
    </w:p>
    <w:p w14:paraId="17B796ED" w14:textId="77777777" w:rsidR="00DA360C" w:rsidRPr="00776D50" w:rsidRDefault="00000000">
      <w:pPr>
        <w:jc w:val="center"/>
        <w:rPr>
          <w:lang w:val="es-PE"/>
        </w:rPr>
      </w:pPr>
      <w:r w:rsidRPr="00776D50">
        <w:rPr>
          <w:i/>
          <w:color w:val="1F2937"/>
          <w:sz w:val="22"/>
          <w:lang w:val="es-PE"/>
        </w:rPr>
        <w:t>Registro de Auditores Independientes y Sociedades de Auditoría</w:t>
      </w:r>
    </w:p>
    <w:p w14:paraId="7925C7DA" w14:textId="77777777" w:rsidR="00DA360C" w:rsidRPr="00776D50" w:rsidRDefault="00DA360C">
      <w:pPr>
        <w:rPr>
          <w:lang w:val="es-PE"/>
        </w:rPr>
      </w:pPr>
    </w:p>
    <w:tbl>
      <w:tblPr>
        <w:tblW w:w="0" w:type="auto"/>
        <w:jc w:val="center"/>
        <w:tblBorders>
          <w:top w:val="single" w:sz="4" w:space="0" w:color="B8C1CD"/>
          <w:left w:val="single" w:sz="4" w:space="0" w:color="B8C1CD"/>
          <w:bottom w:val="single" w:sz="4" w:space="0" w:color="B8C1CD"/>
          <w:right w:val="single" w:sz="4" w:space="0" w:color="B8C1CD"/>
          <w:insideH w:val="single" w:sz="4" w:space="0" w:color="B8C1CD"/>
          <w:insideV w:val="single" w:sz="4" w:space="0" w:color="B8C1CD"/>
        </w:tblBorders>
        <w:tblLayout w:type="fixed"/>
        <w:tblLook w:val="04A0" w:firstRow="1" w:lastRow="0" w:firstColumn="1" w:lastColumn="0" w:noHBand="0" w:noVBand="1"/>
      </w:tblPr>
      <w:tblGrid>
        <w:gridCol w:w="3456"/>
        <w:gridCol w:w="6048"/>
      </w:tblGrid>
      <w:tr w:rsidR="00DA360C" w14:paraId="5AAFD0B0" w14:textId="77777777">
        <w:trPr>
          <w:jc w:val="center"/>
        </w:trPr>
        <w:tc>
          <w:tcPr>
            <w:tcW w:w="3456" w:type="dxa"/>
            <w:shd w:val="clear" w:color="auto" w:fill="EAF1F8"/>
            <w:tcMar>
              <w:top w:w="110" w:type="dxa"/>
              <w:left w:w="120" w:type="dxa"/>
              <w:bottom w:w="110" w:type="dxa"/>
              <w:right w:w="120" w:type="dxa"/>
            </w:tcMar>
          </w:tcPr>
          <w:p w14:paraId="3970FA85" w14:textId="77777777" w:rsidR="00DA360C" w:rsidRDefault="00000000">
            <w:r>
              <w:rPr>
                <w:b/>
                <w:color w:val="1E3E6E"/>
                <w:sz w:val="19"/>
              </w:rPr>
              <w:t>Código del kit</w:t>
            </w:r>
          </w:p>
        </w:tc>
        <w:tc>
          <w:tcPr>
            <w:tcW w:w="6048" w:type="dxa"/>
            <w:tcMar>
              <w:top w:w="110" w:type="dxa"/>
              <w:left w:w="120" w:type="dxa"/>
              <w:bottom w:w="110" w:type="dxa"/>
              <w:right w:w="120" w:type="dxa"/>
            </w:tcMar>
          </w:tcPr>
          <w:p w14:paraId="3E4791C4" w14:textId="77777777" w:rsidR="00DA360C" w:rsidRDefault="00000000">
            <w:r>
              <w:rPr>
                <w:color w:val="1F2937"/>
                <w:sz w:val="19"/>
              </w:rPr>
              <w:t>KIT-RRSOA</w:t>
            </w:r>
          </w:p>
        </w:tc>
      </w:tr>
      <w:tr w:rsidR="00DA360C" w:rsidRPr="00776D50" w14:paraId="7A710806" w14:textId="77777777">
        <w:trPr>
          <w:jc w:val="center"/>
        </w:trPr>
        <w:tc>
          <w:tcPr>
            <w:tcW w:w="3456" w:type="dxa"/>
            <w:shd w:val="clear" w:color="auto" w:fill="EAF1F8"/>
            <w:tcMar>
              <w:top w:w="110" w:type="dxa"/>
              <w:left w:w="120" w:type="dxa"/>
              <w:bottom w:w="110" w:type="dxa"/>
              <w:right w:w="120" w:type="dxa"/>
            </w:tcMar>
          </w:tcPr>
          <w:p w14:paraId="25E5CA87" w14:textId="77777777" w:rsidR="00DA360C" w:rsidRDefault="00000000">
            <w:r>
              <w:rPr>
                <w:b/>
                <w:color w:val="1E3E6E"/>
                <w:sz w:val="19"/>
              </w:rPr>
              <w:t>Categoría</w:t>
            </w:r>
          </w:p>
        </w:tc>
        <w:tc>
          <w:tcPr>
            <w:tcW w:w="6048" w:type="dxa"/>
            <w:tcMar>
              <w:top w:w="110" w:type="dxa"/>
              <w:left w:w="120" w:type="dxa"/>
              <w:bottom w:w="110" w:type="dxa"/>
              <w:right w:w="120" w:type="dxa"/>
            </w:tcMar>
          </w:tcPr>
          <w:p w14:paraId="7B9767AB" w14:textId="77777777" w:rsidR="00DA360C" w:rsidRPr="00776D50" w:rsidRDefault="00000000">
            <w:pPr>
              <w:rPr>
                <w:lang w:val="es-PE"/>
              </w:rPr>
            </w:pPr>
            <w:r w:rsidRPr="00776D50">
              <w:rPr>
                <w:color w:val="1F2937"/>
                <w:sz w:val="19"/>
                <w:lang w:val="es-PE"/>
              </w:rPr>
              <w:t>Regularización de Sociedad de Auditoría</w:t>
            </w:r>
          </w:p>
        </w:tc>
      </w:tr>
      <w:tr w:rsidR="00DA360C" w14:paraId="21CFCD10" w14:textId="77777777">
        <w:trPr>
          <w:jc w:val="center"/>
        </w:trPr>
        <w:tc>
          <w:tcPr>
            <w:tcW w:w="3456" w:type="dxa"/>
            <w:shd w:val="clear" w:color="auto" w:fill="EAF1F8"/>
            <w:tcMar>
              <w:top w:w="110" w:type="dxa"/>
              <w:left w:w="120" w:type="dxa"/>
              <w:bottom w:w="110" w:type="dxa"/>
              <w:right w:w="120" w:type="dxa"/>
            </w:tcMar>
          </w:tcPr>
          <w:p w14:paraId="5D4DC697" w14:textId="77777777" w:rsidR="00DA360C" w:rsidRDefault="00000000">
            <w:proofErr w:type="spellStart"/>
            <w:r>
              <w:rPr>
                <w:b/>
                <w:color w:val="1E3E6E"/>
                <w:sz w:val="19"/>
              </w:rPr>
              <w:t>Versión</w:t>
            </w:r>
            <w:proofErr w:type="spellEnd"/>
          </w:p>
        </w:tc>
        <w:tc>
          <w:tcPr>
            <w:tcW w:w="6048" w:type="dxa"/>
            <w:tcMar>
              <w:top w:w="110" w:type="dxa"/>
              <w:left w:w="120" w:type="dxa"/>
              <w:bottom w:w="110" w:type="dxa"/>
              <w:right w:w="120" w:type="dxa"/>
            </w:tcMar>
          </w:tcPr>
          <w:p w14:paraId="0BC864CD" w14:textId="77777777" w:rsidR="00DA360C" w:rsidRDefault="00000000">
            <w:r>
              <w:rPr>
                <w:color w:val="1F2937"/>
                <w:sz w:val="19"/>
              </w:rPr>
              <w:t>6.1-2026</w:t>
            </w:r>
          </w:p>
        </w:tc>
      </w:tr>
      <w:tr w:rsidR="00DA360C" w14:paraId="27A5A6D5" w14:textId="77777777">
        <w:trPr>
          <w:jc w:val="center"/>
        </w:trPr>
        <w:tc>
          <w:tcPr>
            <w:tcW w:w="3456" w:type="dxa"/>
            <w:shd w:val="clear" w:color="auto" w:fill="EAF1F8"/>
            <w:tcMar>
              <w:top w:w="110" w:type="dxa"/>
              <w:left w:w="120" w:type="dxa"/>
              <w:bottom w:w="110" w:type="dxa"/>
              <w:right w:w="120" w:type="dxa"/>
            </w:tcMar>
          </w:tcPr>
          <w:p w14:paraId="3BFAA851" w14:textId="77777777" w:rsidR="00DA360C" w:rsidRDefault="00000000">
            <w:r>
              <w:rPr>
                <w:b/>
                <w:color w:val="1E3E6E"/>
                <w:sz w:val="19"/>
              </w:rPr>
              <w:t>Ámbito</w:t>
            </w:r>
          </w:p>
        </w:tc>
        <w:tc>
          <w:tcPr>
            <w:tcW w:w="6048" w:type="dxa"/>
            <w:tcMar>
              <w:top w:w="110" w:type="dxa"/>
              <w:left w:w="120" w:type="dxa"/>
              <w:bottom w:w="110" w:type="dxa"/>
              <w:right w:w="120" w:type="dxa"/>
            </w:tcMar>
          </w:tcPr>
          <w:p w14:paraId="1A180C89" w14:textId="77777777" w:rsidR="00DA360C" w:rsidRDefault="00000000">
            <w:r>
              <w:rPr>
                <w:color w:val="1F2937"/>
                <w:sz w:val="19"/>
              </w:rPr>
              <w:t>Público / postulante</w:t>
            </w:r>
          </w:p>
        </w:tc>
      </w:tr>
    </w:tbl>
    <w:p w14:paraId="18FE02A9" w14:textId="77777777" w:rsidR="00DA360C" w:rsidRDefault="00DA360C"/>
    <w:p w14:paraId="63B8D998" w14:textId="77777777" w:rsidR="00DA360C" w:rsidRDefault="00000000">
      <w:r>
        <w:br w:type="page"/>
      </w:r>
    </w:p>
    <w:p w14:paraId="45809202" w14:textId="77777777" w:rsidR="00DA360C" w:rsidRDefault="00DA360C">
      <w:pPr>
        <w:spacing w:after="20"/>
      </w:pPr>
    </w:p>
    <w:p w14:paraId="706E1EE1" w14:textId="77777777" w:rsidR="00DA360C" w:rsidRPr="00776D50" w:rsidRDefault="00000000">
      <w:pPr>
        <w:pStyle w:val="Ttulo1"/>
        <w:spacing w:before="160" w:after="80"/>
        <w:rPr>
          <w:lang w:val="es-PE"/>
        </w:rPr>
      </w:pPr>
      <w:r w:rsidRPr="00776D50">
        <w:rPr>
          <w:rFonts w:ascii="Arial" w:eastAsia="Arial" w:hAnsi="Arial"/>
          <w:lang w:val="es-PE"/>
        </w:rPr>
        <w:t>FP-07F — CHECKLIST DEL POSTULANTE — Regularización de Sociedad de Auditoría</w:t>
      </w:r>
    </w:p>
    <w:p w14:paraId="4BA39ADE" w14:textId="77777777" w:rsidR="00DA360C" w:rsidRPr="00776D50" w:rsidRDefault="00DA360C">
      <w:pPr>
        <w:spacing w:after="20"/>
        <w:rPr>
          <w:lang w:val="es-PE"/>
        </w:rPr>
      </w:pPr>
    </w:p>
    <w:tbl>
      <w:tblPr>
        <w:tblW w:w="0" w:type="auto"/>
        <w:jc w:val="center"/>
        <w:tblBorders>
          <w:top w:val="single" w:sz="4" w:space="0" w:color="A9B3C1"/>
          <w:left w:val="single" w:sz="4" w:space="0" w:color="A9B3C1"/>
          <w:bottom w:val="single" w:sz="4" w:space="0" w:color="A9B3C1"/>
          <w:right w:val="single" w:sz="4" w:space="0" w:color="A9B3C1"/>
          <w:insideH w:val="single" w:sz="4" w:space="0" w:color="A9B3C1"/>
          <w:insideV w:val="single" w:sz="4" w:space="0" w:color="A9B3C1"/>
        </w:tblBorders>
        <w:tblLayout w:type="fixed"/>
        <w:tblLook w:val="04A0" w:firstRow="1" w:lastRow="0" w:firstColumn="1" w:lastColumn="0" w:noHBand="0" w:noVBand="1"/>
      </w:tblPr>
      <w:tblGrid>
        <w:gridCol w:w="503"/>
        <w:gridCol w:w="3240"/>
        <w:gridCol w:w="1655"/>
        <w:gridCol w:w="1944"/>
        <w:gridCol w:w="1080"/>
        <w:gridCol w:w="792"/>
        <w:gridCol w:w="864"/>
      </w:tblGrid>
      <w:tr w:rsidR="00DA360C" w14:paraId="4282672B" w14:textId="77777777">
        <w:trPr>
          <w:tblHeader/>
          <w:jc w:val="center"/>
        </w:trPr>
        <w:tc>
          <w:tcPr>
            <w:tcW w:w="503" w:type="dxa"/>
            <w:shd w:val="clear" w:color="auto" w:fill="254E86"/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14:paraId="5E791DAC" w14:textId="77777777" w:rsidR="00DA360C" w:rsidRDefault="00000000">
            <w:pPr>
              <w:jc w:val="center"/>
            </w:pPr>
            <w:r>
              <w:rPr>
                <w:b/>
                <w:color w:val="FFFFFF"/>
                <w:sz w:val="15"/>
              </w:rPr>
              <w:t>N.°</w:t>
            </w:r>
          </w:p>
        </w:tc>
        <w:tc>
          <w:tcPr>
            <w:tcW w:w="3240" w:type="dxa"/>
            <w:shd w:val="clear" w:color="auto" w:fill="254E86"/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14:paraId="67744652" w14:textId="77777777" w:rsidR="00DA360C" w:rsidRDefault="00000000">
            <w:pPr>
              <w:jc w:val="center"/>
            </w:pPr>
            <w:r>
              <w:rPr>
                <w:b/>
                <w:color w:val="FFFFFF"/>
                <w:sz w:val="15"/>
              </w:rPr>
              <w:t>Documento / requisito</w:t>
            </w:r>
          </w:p>
        </w:tc>
        <w:tc>
          <w:tcPr>
            <w:tcW w:w="1655" w:type="dxa"/>
            <w:shd w:val="clear" w:color="auto" w:fill="254E86"/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14:paraId="72BA94C6" w14:textId="77777777" w:rsidR="00DA360C" w:rsidRDefault="00000000">
            <w:pPr>
              <w:jc w:val="center"/>
            </w:pPr>
            <w:r>
              <w:rPr>
                <w:b/>
                <w:color w:val="FFFFFF"/>
                <w:sz w:val="15"/>
              </w:rPr>
              <w:t>Base normativa</w:t>
            </w:r>
          </w:p>
        </w:tc>
        <w:tc>
          <w:tcPr>
            <w:tcW w:w="1944" w:type="dxa"/>
            <w:shd w:val="clear" w:color="auto" w:fill="254E86"/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14:paraId="7AEA59BA" w14:textId="77777777" w:rsidR="00DA360C" w:rsidRDefault="00000000">
            <w:pPr>
              <w:jc w:val="center"/>
            </w:pPr>
            <w:r>
              <w:rPr>
                <w:b/>
                <w:color w:val="FFFFFF"/>
                <w:sz w:val="15"/>
              </w:rPr>
              <w:t>Formato / evidencia</w:t>
            </w:r>
          </w:p>
        </w:tc>
        <w:tc>
          <w:tcPr>
            <w:tcW w:w="1080" w:type="dxa"/>
            <w:shd w:val="clear" w:color="auto" w:fill="254E86"/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14:paraId="0B8120B2" w14:textId="77777777" w:rsidR="00DA360C" w:rsidRDefault="00000000">
            <w:pPr>
              <w:jc w:val="center"/>
            </w:pPr>
            <w:r>
              <w:rPr>
                <w:b/>
                <w:color w:val="FFFFFF"/>
                <w:sz w:val="15"/>
              </w:rPr>
              <w:t>Aplicación</w:t>
            </w:r>
          </w:p>
        </w:tc>
        <w:tc>
          <w:tcPr>
            <w:tcW w:w="792" w:type="dxa"/>
            <w:shd w:val="clear" w:color="auto" w:fill="254E86"/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14:paraId="73D00455" w14:textId="77777777" w:rsidR="00DA360C" w:rsidRDefault="00000000">
            <w:pPr>
              <w:jc w:val="center"/>
            </w:pPr>
            <w:r>
              <w:rPr>
                <w:b/>
                <w:color w:val="FFFFFF"/>
                <w:sz w:val="15"/>
              </w:rPr>
              <w:t>Incluido</w:t>
            </w:r>
          </w:p>
        </w:tc>
        <w:tc>
          <w:tcPr>
            <w:tcW w:w="864" w:type="dxa"/>
            <w:shd w:val="clear" w:color="auto" w:fill="254E86"/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14:paraId="0E432F83" w14:textId="77777777" w:rsidR="00DA360C" w:rsidRDefault="00000000">
            <w:pPr>
              <w:jc w:val="center"/>
            </w:pPr>
            <w:r>
              <w:rPr>
                <w:b/>
                <w:color w:val="FFFFFF"/>
                <w:sz w:val="15"/>
              </w:rPr>
              <w:t>Archivo / folio</w:t>
            </w:r>
          </w:p>
        </w:tc>
      </w:tr>
      <w:tr w:rsidR="00DA360C" w14:paraId="65B719D1" w14:textId="77777777">
        <w:trPr>
          <w:jc w:val="center"/>
        </w:trPr>
        <w:tc>
          <w:tcPr>
            <w:tcW w:w="503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FBCA767" w14:textId="77777777" w:rsidR="00DA360C" w:rsidRDefault="00000000">
            <w:pPr>
              <w:jc w:val="center"/>
            </w:pPr>
            <w:r>
              <w:rPr>
                <w:color w:val="1F2937"/>
                <w:sz w:val="15"/>
              </w:rPr>
              <w:t>1</w:t>
            </w:r>
          </w:p>
        </w:tc>
        <w:tc>
          <w:tcPr>
            <w:tcW w:w="324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36ED889" w14:textId="77777777" w:rsidR="00DA360C" w:rsidRDefault="00000000">
            <w:r>
              <w:rPr>
                <w:color w:val="1F2937"/>
                <w:sz w:val="15"/>
              </w:rPr>
              <w:t>Constancia de Presentación Digital</w:t>
            </w:r>
          </w:p>
        </w:tc>
        <w:tc>
          <w:tcPr>
            <w:tcW w:w="165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E75C97F" w14:textId="77777777" w:rsidR="00DA360C" w:rsidRDefault="00000000">
            <w:r>
              <w:rPr>
                <w:color w:val="1F2937"/>
                <w:sz w:val="15"/>
              </w:rPr>
              <w:t>Directiva operativa</w:t>
            </w:r>
          </w:p>
        </w:tc>
        <w:tc>
          <w:tcPr>
            <w:tcW w:w="194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7C00326" w14:textId="77777777" w:rsidR="00DA360C" w:rsidRDefault="00000000">
            <w:r>
              <w:rPr>
                <w:color w:val="1F2937"/>
                <w:sz w:val="15"/>
              </w:rPr>
              <w:t>FP-00</w:t>
            </w:r>
          </w:p>
        </w:tc>
        <w:tc>
          <w:tcPr>
            <w:tcW w:w="108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C45A5F0" w14:textId="77777777" w:rsidR="00DA360C" w:rsidRDefault="00000000">
            <w:r>
              <w:rPr>
                <w:color w:val="1F2937"/>
                <w:sz w:val="15"/>
              </w:rPr>
              <w:t>Previo</w:t>
            </w:r>
          </w:p>
        </w:tc>
        <w:tc>
          <w:tcPr>
            <w:tcW w:w="79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6FBDFEB" w14:textId="77777777" w:rsidR="00DA360C" w:rsidRDefault="00000000">
            <w:r>
              <w:rPr>
                <w:color w:val="1F2937"/>
                <w:sz w:val="15"/>
              </w:rPr>
              <w:t>☐ Sí  ☐ No</w:t>
            </w:r>
          </w:p>
        </w:tc>
        <w:tc>
          <w:tcPr>
            <w:tcW w:w="86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7CA449D" w14:textId="77777777" w:rsidR="00DA360C" w:rsidRDefault="00DA360C"/>
        </w:tc>
      </w:tr>
      <w:tr w:rsidR="00DA360C" w14:paraId="099F241C" w14:textId="77777777">
        <w:trPr>
          <w:jc w:val="center"/>
        </w:trPr>
        <w:tc>
          <w:tcPr>
            <w:tcW w:w="503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C665E83" w14:textId="77777777" w:rsidR="00DA360C" w:rsidRDefault="00000000">
            <w:pPr>
              <w:jc w:val="center"/>
            </w:pPr>
            <w:r>
              <w:rPr>
                <w:color w:val="1F2937"/>
                <w:sz w:val="15"/>
              </w:rPr>
              <w:t>2</w:t>
            </w:r>
          </w:p>
        </w:tc>
        <w:tc>
          <w:tcPr>
            <w:tcW w:w="324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E449D88" w14:textId="77777777" w:rsidR="00DA360C" w:rsidRPr="00776D50" w:rsidRDefault="00000000">
            <w:pPr>
              <w:rPr>
                <w:lang w:val="es-PE"/>
              </w:rPr>
            </w:pPr>
            <w:r w:rsidRPr="00776D50">
              <w:rPr>
                <w:color w:val="1F2937"/>
                <w:sz w:val="15"/>
                <w:lang w:val="es-PE"/>
              </w:rPr>
              <w:t>Solicitud de regularización + antecedente SOA vencido</w:t>
            </w:r>
          </w:p>
        </w:tc>
        <w:tc>
          <w:tcPr>
            <w:tcW w:w="165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95C515B" w14:textId="77777777" w:rsidR="00DA360C" w:rsidRDefault="00000000">
            <w:r>
              <w:rPr>
                <w:color w:val="1F2937"/>
                <w:sz w:val="15"/>
              </w:rPr>
              <w:t>Art. 28</w:t>
            </w:r>
          </w:p>
        </w:tc>
        <w:tc>
          <w:tcPr>
            <w:tcW w:w="194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5A9FFEE" w14:textId="77777777" w:rsidR="00DA360C" w:rsidRDefault="00000000">
            <w:r>
              <w:rPr>
                <w:color w:val="1F2937"/>
                <w:sz w:val="15"/>
              </w:rPr>
              <w:t>FP-01B</w:t>
            </w:r>
          </w:p>
        </w:tc>
        <w:tc>
          <w:tcPr>
            <w:tcW w:w="108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5CC0835" w14:textId="77777777" w:rsidR="00DA360C" w:rsidRDefault="00000000">
            <w:r>
              <w:rPr>
                <w:color w:val="1F2937"/>
                <w:sz w:val="15"/>
              </w:rPr>
              <w:t>Obligatorio</w:t>
            </w:r>
          </w:p>
        </w:tc>
        <w:tc>
          <w:tcPr>
            <w:tcW w:w="79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F639C50" w14:textId="77777777" w:rsidR="00DA360C" w:rsidRDefault="00000000">
            <w:r>
              <w:rPr>
                <w:color w:val="1F2937"/>
                <w:sz w:val="15"/>
              </w:rPr>
              <w:t>☐ Sí  ☐ No</w:t>
            </w:r>
          </w:p>
        </w:tc>
        <w:tc>
          <w:tcPr>
            <w:tcW w:w="86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B7098B4" w14:textId="77777777" w:rsidR="00DA360C" w:rsidRDefault="00DA360C"/>
        </w:tc>
      </w:tr>
      <w:tr w:rsidR="00DA360C" w14:paraId="5187A168" w14:textId="77777777">
        <w:trPr>
          <w:jc w:val="center"/>
        </w:trPr>
        <w:tc>
          <w:tcPr>
            <w:tcW w:w="503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938FD2C" w14:textId="77777777" w:rsidR="00DA360C" w:rsidRDefault="00000000">
            <w:pPr>
              <w:jc w:val="center"/>
            </w:pPr>
            <w:r>
              <w:rPr>
                <w:color w:val="1F2937"/>
                <w:sz w:val="15"/>
              </w:rPr>
              <w:t>3</w:t>
            </w:r>
          </w:p>
        </w:tc>
        <w:tc>
          <w:tcPr>
            <w:tcW w:w="324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A5540E6" w14:textId="77777777" w:rsidR="00DA360C" w:rsidRDefault="00000000">
            <w:r>
              <w:rPr>
                <w:color w:val="1F2937"/>
                <w:sz w:val="15"/>
              </w:rPr>
              <w:t>Vigencia societaria y representación</w:t>
            </w:r>
          </w:p>
        </w:tc>
        <w:tc>
          <w:tcPr>
            <w:tcW w:w="165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3A78F13" w14:textId="77777777" w:rsidR="00DA360C" w:rsidRDefault="00000000">
            <w:r>
              <w:rPr>
                <w:color w:val="1F2937"/>
                <w:sz w:val="15"/>
              </w:rPr>
              <w:t>Arts. 16-17 y 28.b</w:t>
            </w:r>
          </w:p>
        </w:tc>
        <w:tc>
          <w:tcPr>
            <w:tcW w:w="194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E288560" w14:textId="77777777" w:rsidR="00DA360C" w:rsidRDefault="00000000">
            <w:r>
              <w:rPr>
                <w:color w:val="1F2937"/>
                <w:sz w:val="15"/>
              </w:rPr>
              <w:t>Documentos actuales</w:t>
            </w:r>
          </w:p>
        </w:tc>
        <w:tc>
          <w:tcPr>
            <w:tcW w:w="108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3917391" w14:textId="77777777" w:rsidR="00DA360C" w:rsidRDefault="00000000">
            <w:r>
              <w:rPr>
                <w:color w:val="1F2937"/>
                <w:sz w:val="15"/>
              </w:rPr>
              <w:t>Obligatorio</w:t>
            </w:r>
          </w:p>
        </w:tc>
        <w:tc>
          <w:tcPr>
            <w:tcW w:w="79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E0B4449" w14:textId="77777777" w:rsidR="00DA360C" w:rsidRDefault="00000000">
            <w:r>
              <w:rPr>
                <w:color w:val="1F2937"/>
                <w:sz w:val="15"/>
              </w:rPr>
              <w:t>☐ Sí  ☐ No</w:t>
            </w:r>
          </w:p>
        </w:tc>
        <w:tc>
          <w:tcPr>
            <w:tcW w:w="86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14790B8" w14:textId="77777777" w:rsidR="00DA360C" w:rsidRDefault="00DA360C"/>
        </w:tc>
      </w:tr>
      <w:tr w:rsidR="00DA360C" w14:paraId="4971A158" w14:textId="77777777">
        <w:trPr>
          <w:jc w:val="center"/>
        </w:trPr>
        <w:tc>
          <w:tcPr>
            <w:tcW w:w="503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B480652" w14:textId="77777777" w:rsidR="00DA360C" w:rsidRDefault="00000000">
            <w:pPr>
              <w:jc w:val="center"/>
            </w:pPr>
            <w:r>
              <w:rPr>
                <w:color w:val="1F2937"/>
                <w:sz w:val="15"/>
              </w:rPr>
              <w:t>4</w:t>
            </w:r>
          </w:p>
        </w:tc>
        <w:tc>
          <w:tcPr>
            <w:tcW w:w="324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5275512" w14:textId="77777777" w:rsidR="00DA360C" w:rsidRDefault="00000000">
            <w:r>
              <w:rPr>
                <w:color w:val="1F2937"/>
                <w:sz w:val="15"/>
              </w:rPr>
              <w:t>Relación actualizada de socios</w:t>
            </w:r>
          </w:p>
        </w:tc>
        <w:tc>
          <w:tcPr>
            <w:tcW w:w="165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0F79937" w14:textId="77777777" w:rsidR="00DA360C" w:rsidRDefault="00000000">
            <w:r>
              <w:rPr>
                <w:color w:val="1F2937"/>
                <w:sz w:val="15"/>
              </w:rPr>
              <w:t>Art. 17.e</w:t>
            </w:r>
          </w:p>
        </w:tc>
        <w:tc>
          <w:tcPr>
            <w:tcW w:w="194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5BD8841" w14:textId="77777777" w:rsidR="00DA360C" w:rsidRDefault="00000000">
            <w:r>
              <w:rPr>
                <w:color w:val="1F2937"/>
                <w:sz w:val="15"/>
              </w:rPr>
              <w:t>FP-06A</w:t>
            </w:r>
          </w:p>
        </w:tc>
        <w:tc>
          <w:tcPr>
            <w:tcW w:w="108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3210513" w14:textId="77777777" w:rsidR="00DA360C" w:rsidRDefault="00000000">
            <w:r>
              <w:rPr>
                <w:color w:val="1F2937"/>
                <w:sz w:val="15"/>
              </w:rPr>
              <w:t>Obligatorio</w:t>
            </w:r>
          </w:p>
        </w:tc>
        <w:tc>
          <w:tcPr>
            <w:tcW w:w="79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4CC7893" w14:textId="77777777" w:rsidR="00DA360C" w:rsidRDefault="00000000">
            <w:r>
              <w:rPr>
                <w:color w:val="1F2937"/>
                <w:sz w:val="15"/>
              </w:rPr>
              <w:t>☐ Sí  ☐ No</w:t>
            </w:r>
          </w:p>
        </w:tc>
        <w:tc>
          <w:tcPr>
            <w:tcW w:w="86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33A94F8" w14:textId="77777777" w:rsidR="00DA360C" w:rsidRDefault="00DA360C"/>
        </w:tc>
      </w:tr>
      <w:tr w:rsidR="00DA360C" w14:paraId="1620B75F" w14:textId="77777777">
        <w:trPr>
          <w:jc w:val="center"/>
        </w:trPr>
        <w:tc>
          <w:tcPr>
            <w:tcW w:w="503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747901A" w14:textId="77777777" w:rsidR="00DA360C" w:rsidRDefault="00000000">
            <w:pPr>
              <w:jc w:val="center"/>
            </w:pPr>
            <w:r>
              <w:rPr>
                <w:color w:val="1F2937"/>
                <w:sz w:val="15"/>
              </w:rPr>
              <w:t>5</w:t>
            </w:r>
          </w:p>
        </w:tc>
        <w:tc>
          <w:tcPr>
            <w:tcW w:w="324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F6FF4D5" w14:textId="77777777" w:rsidR="00DA360C" w:rsidRPr="00776D50" w:rsidRDefault="00000000">
            <w:pPr>
              <w:rPr>
                <w:lang w:val="es-PE"/>
              </w:rPr>
            </w:pPr>
            <w:r w:rsidRPr="00776D50">
              <w:rPr>
                <w:color w:val="1F2937"/>
                <w:sz w:val="15"/>
                <w:lang w:val="es-PE"/>
              </w:rPr>
              <w:t>Socios responsables con AI regularizado / vigente</w:t>
            </w:r>
          </w:p>
        </w:tc>
        <w:tc>
          <w:tcPr>
            <w:tcW w:w="165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51082D9" w14:textId="77777777" w:rsidR="00DA360C" w:rsidRDefault="00000000">
            <w:r>
              <w:rPr>
                <w:color w:val="1F2937"/>
                <w:sz w:val="15"/>
              </w:rPr>
              <w:t>Arts. 18 y 28.b</w:t>
            </w:r>
          </w:p>
        </w:tc>
        <w:tc>
          <w:tcPr>
            <w:tcW w:w="194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5786EDC" w14:textId="77777777" w:rsidR="00DA360C" w:rsidRDefault="00000000">
            <w:r>
              <w:rPr>
                <w:color w:val="1F2937"/>
                <w:sz w:val="15"/>
              </w:rPr>
              <w:t>Constancias</w:t>
            </w:r>
          </w:p>
        </w:tc>
        <w:tc>
          <w:tcPr>
            <w:tcW w:w="108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841D852" w14:textId="77777777" w:rsidR="00DA360C" w:rsidRDefault="00000000">
            <w:r>
              <w:rPr>
                <w:color w:val="1F2937"/>
                <w:sz w:val="15"/>
              </w:rPr>
              <w:t>Obligatorio</w:t>
            </w:r>
          </w:p>
        </w:tc>
        <w:tc>
          <w:tcPr>
            <w:tcW w:w="79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11498EE" w14:textId="77777777" w:rsidR="00DA360C" w:rsidRDefault="00000000">
            <w:r>
              <w:rPr>
                <w:color w:val="1F2937"/>
                <w:sz w:val="15"/>
              </w:rPr>
              <w:t>☐ Sí  ☐ No</w:t>
            </w:r>
          </w:p>
        </w:tc>
        <w:tc>
          <w:tcPr>
            <w:tcW w:w="86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E3BC5D1" w14:textId="77777777" w:rsidR="00DA360C" w:rsidRDefault="00DA360C"/>
        </w:tc>
      </w:tr>
      <w:tr w:rsidR="00DA360C" w14:paraId="19446525" w14:textId="77777777">
        <w:trPr>
          <w:jc w:val="center"/>
        </w:trPr>
        <w:tc>
          <w:tcPr>
            <w:tcW w:w="503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0278631" w14:textId="77777777" w:rsidR="00DA360C" w:rsidRDefault="00000000">
            <w:pPr>
              <w:jc w:val="center"/>
            </w:pPr>
            <w:r>
              <w:rPr>
                <w:color w:val="1F2937"/>
                <w:sz w:val="15"/>
              </w:rPr>
              <w:t>6</w:t>
            </w:r>
          </w:p>
        </w:tc>
        <w:tc>
          <w:tcPr>
            <w:tcW w:w="324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753AEA4" w14:textId="77777777" w:rsidR="00DA360C" w:rsidRPr="00776D50" w:rsidRDefault="00000000">
            <w:pPr>
              <w:rPr>
                <w:lang w:val="es-PE"/>
              </w:rPr>
            </w:pPr>
            <w:r w:rsidRPr="00776D50">
              <w:rPr>
                <w:color w:val="1F2937"/>
                <w:sz w:val="15"/>
                <w:lang w:val="es-PE"/>
              </w:rPr>
              <w:t>Actualización / condiciones de socios responsables</w:t>
            </w:r>
          </w:p>
        </w:tc>
        <w:tc>
          <w:tcPr>
            <w:tcW w:w="165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05F7CD5" w14:textId="77777777" w:rsidR="00DA360C" w:rsidRDefault="00000000">
            <w:r>
              <w:rPr>
                <w:color w:val="1F2937"/>
                <w:sz w:val="15"/>
              </w:rPr>
              <w:t>Arts. 27-28</w:t>
            </w:r>
          </w:p>
        </w:tc>
        <w:tc>
          <w:tcPr>
            <w:tcW w:w="194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A44C285" w14:textId="77777777" w:rsidR="00DA360C" w:rsidRDefault="00000000">
            <w:r>
              <w:rPr>
                <w:color w:val="1F2937"/>
                <w:sz w:val="15"/>
              </w:rPr>
              <w:t>FP-04 por responsable + evidencia</w:t>
            </w:r>
          </w:p>
        </w:tc>
        <w:tc>
          <w:tcPr>
            <w:tcW w:w="108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AE76064" w14:textId="77777777" w:rsidR="00DA360C" w:rsidRDefault="00000000">
            <w:r>
              <w:rPr>
                <w:color w:val="1F2937"/>
                <w:sz w:val="15"/>
              </w:rPr>
              <w:t>Obligatorio</w:t>
            </w:r>
          </w:p>
        </w:tc>
        <w:tc>
          <w:tcPr>
            <w:tcW w:w="79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969A60F" w14:textId="77777777" w:rsidR="00DA360C" w:rsidRDefault="00000000">
            <w:r>
              <w:rPr>
                <w:color w:val="1F2937"/>
                <w:sz w:val="15"/>
              </w:rPr>
              <w:t>☐ Sí  ☐ No</w:t>
            </w:r>
          </w:p>
        </w:tc>
        <w:tc>
          <w:tcPr>
            <w:tcW w:w="86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5145D1A" w14:textId="77777777" w:rsidR="00DA360C" w:rsidRDefault="00DA360C"/>
        </w:tc>
      </w:tr>
      <w:tr w:rsidR="00DA360C" w14:paraId="3B521327" w14:textId="77777777">
        <w:trPr>
          <w:jc w:val="center"/>
        </w:trPr>
        <w:tc>
          <w:tcPr>
            <w:tcW w:w="503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FE906D8" w14:textId="77777777" w:rsidR="00DA360C" w:rsidRDefault="00000000">
            <w:pPr>
              <w:jc w:val="center"/>
            </w:pPr>
            <w:r>
              <w:rPr>
                <w:color w:val="1F2937"/>
                <w:sz w:val="15"/>
              </w:rPr>
              <w:t>7</w:t>
            </w:r>
          </w:p>
        </w:tc>
        <w:tc>
          <w:tcPr>
            <w:tcW w:w="324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9B87478" w14:textId="77777777" w:rsidR="00DA360C" w:rsidRDefault="00000000">
            <w:r>
              <w:rPr>
                <w:color w:val="1F2937"/>
                <w:sz w:val="15"/>
              </w:rPr>
              <w:t>DJ no impedimentos actualizada</w:t>
            </w:r>
          </w:p>
        </w:tc>
        <w:tc>
          <w:tcPr>
            <w:tcW w:w="165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458FDEE" w14:textId="77777777" w:rsidR="00DA360C" w:rsidRDefault="00000000">
            <w:r>
              <w:rPr>
                <w:color w:val="1F2937"/>
                <w:sz w:val="15"/>
              </w:rPr>
              <w:t>Arts. 11, 16, 17 y 28.b</w:t>
            </w:r>
          </w:p>
        </w:tc>
        <w:tc>
          <w:tcPr>
            <w:tcW w:w="194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512613D" w14:textId="77777777" w:rsidR="00DA360C" w:rsidRDefault="00000000">
            <w:r>
              <w:rPr>
                <w:color w:val="1F2937"/>
                <w:sz w:val="15"/>
              </w:rPr>
              <w:t>FP-06B</w:t>
            </w:r>
          </w:p>
        </w:tc>
        <w:tc>
          <w:tcPr>
            <w:tcW w:w="108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D292978" w14:textId="77777777" w:rsidR="00DA360C" w:rsidRDefault="00000000">
            <w:r>
              <w:rPr>
                <w:color w:val="1F2937"/>
                <w:sz w:val="15"/>
              </w:rPr>
              <w:t>Obligatorio institucional</w:t>
            </w:r>
          </w:p>
        </w:tc>
        <w:tc>
          <w:tcPr>
            <w:tcW w:w="79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F289EEF" w14:textId="77777777" w:rsidR="00DA360C" w:rsidRDefault="00000000">
            <w:r>
              <w:rPr>
                <w:color w:val="1F2937"/>
                <w:sz w:val="15"/>
              </w:rPr>
              <w:t>☐ Sí  ☐ No</w:t>
            </w:r>
          </w:p>
        </w:tc>
        <w:tc>
          <w:tcPr>
            <w:tcW w:w="86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4661575" w14:textId="77777777" w:rsidR="00DA360C" w:rsidRDefault="00DA360C"/>
        </w:tc>
      </w:tr>
      <w:tr w:rsidR="00DA360C" w14:paraId="559A861C" w14:textId="77777777">
        <w:trPr>
          <w:jc w:val="center"/>
        </w:trPr>
        <w:tc>
          <w:tcPr>
            <w:tcW w:w="503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6B59D5A" w14:textId="77777777" w:rsidR="00DA360C" w:rsidRDefault="00000000">
            <w:pPr>
              <w:jc w:val="center"/>
            </w:pPr>
            <w:r>
              <w:rPr>
                <w:color w:val="1F2937"/>
                <w:sz w:val="15"/>
              </w:rPr>
              <w:t>8</w:t>
            </w:r>
          </w:p>
        </w:tc>
        <w:tc>
          <w:tcPr>
            <w:tcW w:w="324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0626BE7" w14:textId="77777777" w:rsidR="00DA360C" w:rsidRDefault="00000000">
            <w:r>
              <w:rPr>
                <w:color w:val="1F2937"/>
                <w:sz w:val="15"/>
              </w:rPr>
              <w:t>DJ integral SOA actualizada</w:t>
            </w:r>
          </w:p>
        </w:tc>
        <w:tc>
          <w:tcPr>
            <w:tcW w:w="165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AD2271B" w14:textId="77777777" w:rsidR="00DA360C" w:rsidRDefault="00000000">
            <w:r>
              <w:rPr>
                <w:color w:val="1F2937"/>
                <w:sz w:val="15"/>
              </w:rPr>
              <w:t>Arts. 16, 17 y 28.b</w:t>
            </w:r>
          </w:p>
        </w:tc>
        <w:tc>
          <w:tcPr>
            <w:tcW w:w="194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B32F466" w14:textId="77777777" w:rsidR="00DA360C" w:rsidRDefault="00000000">
            <w:r>
              <w:rPr>
                <w:color w:val="1F2937"/>
                <w:sz w:val="15"/>
              </w:rPr>
              <w:t>FP-06C</w:t>
            </w:r>
          </w:p>
        </w:tc>
        <w:tc>
          <w:tcPr>
            <w:tcW w:w="108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CD6D2BB" w14:textId="77777777" w:rsidR="00DA360C" w:rsidRDefault="00000000">
            <w:r>
              <w:rPr>
                <w:color w:val="1F2937"/>
                <w:sz w:val="15"/>
              </w:rPr>
              <w:t>Obligatorio institucional</w:t>
            </w:r>
          </w:p>
        </w:tc>
        <w:tc>
          <w:tcPr>
            <w:tcW w:w="79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85F3C6D" w14:textId="77777777" w:rsidR="00DA360C" w:rsidRDefault="00000000">
            <w:r>
              <w:rPr>
                <w:color w:val="1F2937"/>
                <w:sz w:val="15"/>
              </w:rPr>
              <w:t>☐ Sí  ☐ No</w:t>
            </w:r>
          </w:p>
        </w:tc>
        <w:tc>
          <w:tcPr>
            <w:tcW w:w="86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89E2267" w14:textId="77777777" w:rsidR="00DA360C" w:rsidRDefault="00DA360C"/>
        </w:tc>
      </w:tr>
      <w:tr w:rsidR="00DA360C" w14:paraId="7F6C91FB" w14:textId="77777777">
        <w:trPr>
          <w:jc w:val="center"/>
        </w:trPr>
        <w:tc>
          <w:tcPr>
            <w:tcW w:w="503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417BEF5" w14:textId="77777777" w:rsidR="00DA360C" w:rsidRDefault="00000000">
            <w:pPr>
              <w:jc w:val="center"/>
            </w:pPr>
            <w:r>
              <w:rPr>
                <w:color w:val="1F2937"/>
                <w:sz w:val="15"/>
              </w:rPr>
              <w:t>9</w:t>
            </w:r>
          </w:p>
        </w:tc>
        <w:tc>
          <w:tcPr>
            <w:tcW w:w="324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E058E3A" w14:textId="77777777" w:rsidR="00DA360C" w:rsidRPr="00776D50" w:rsidRDefault="00000000">
            <w:pPr>
              <w:rPr>
                <w:lang w:val="es-PE"/>
              </w:rPr>
            </w:pPr>
            <w:r w:rsidRPr="00776D50">
              <w:rPr>
                <w:color w:val="1F2937"/>
                <w:sz w:val="15"/>
                <w:lang w:val="es-PE"/>
              </w:rPr>
              <w:t>Gestión de la calidad vigente y sustentada</w:t>
            </w:r>
          </w:p>
        </w:tc>
        <w:tc>
          <w:tcPr>
            <w:tcW w:w="165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62E1D03" w14:textId="77777777" w:rsidR="00DA360C" w:rsidRDefault="00000000">
            <w:r>
              <w:rPr>
                <w:color w:val="1F2937"/>
                <w:sz w:val="15"/>
              </w:rPr>
              <w:t>Arts. 16.g, 17.l y 28.b</w:t>
            </w:r>
          </w:p>
        </w:tc>
        <w:tc>
          <w:tcPr>
            <w:tcW w:w="194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21BE30A" w14:textId="77777777" w:rsidR="00DA360C" w:rsidRDefault="00000000">
            <w:r>
              <w:rPr>
                <w:color w:val="1F2937"/>
                <w:sz w:val="15"/>
              </w:rPr>
              <w:t>FP-06E + sustento</w:t>
            </w:r>
          </w:p>
        </w:tc>
        <w:tc>
          <w:tcPr>
            <w:tcW w:w="108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2E1E6A6" w14:textId="77777777" w:rsidR="00DA360C" w:rsidRDefault="00000000">
            <w:r>
              <w:rPr>
                <w:color w:val="1F2937"/>
                <w:sz w:val="15"/>
              </w:rPr>
              <w:t>Obligatorio institucional</w:t>
            </w:r>
          </w:p>
        </w:tc>
        <w:tc>
          <w:tcPr>
            <w:tcW w:w="79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F5A5D5A" w14:textId="77777777" w:rsidR="00DA360C" w:rsidRDefault="00000000">
            <w:r>
              <w:rPr>
                <w:color w:val="1F2937"/>
                <w:sz w:val="15"/>
              </w:rPr>
              <w:t>☐ Sí  ☐ No</w:t>
            </w:r>
          </w:p>
        </w:tc>
        <w:tc>
          <w:tcPr>
            <w:tcW w:w="86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8BC0084" w14:textId="77777777" w:rsidR="00DA360C" w:rsidRDefault="00DA360C"/>
        </w:tc>
      </w:tr>
      <w:tr w:rsidR="00DA360C" w14:paraId="5621B5F2" w14:textId="77777777">
        <w:trPr>
          <w:jc w:val="center"/>
        </w:trPr>
        <w:tc>
          <w:tcPr>
            <w:tcW w:w="503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32935B6" w14:textId="77777777" w:rsidR="00DA360C" w:rsidRDefault="00000000">
            <w:pPr>
              <w:jc w:val="center"/>
            </w:pPr>
            <w:r>
              <w:rPr>
                <w:color w:val="1F2937"/>
                <w:sz w:val="15"/>
              </w:rPr>
              <w:t>10</w:t>
            </w:r>
          </w:p>
        </w:tc>
        <w:tc>
          <w:tcPr>
            <w:tcW w:w="324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EFE2D67" w14:textId="77777777" w:rsidR="00DA360C" w:rsidRDefault="00000000">
            <w:r>
              <w:rPr>
                <w:color w:val="1F2937"/>
                <w:sz w:val="15"/>
              </w:rPr>
              <w:t>Domicilio legal vigente</w:t>
            </w:r>
          </w:p>
        </w:tc>
        <w:tc>
          <w:tcPr>
            <w:tcW w:w="165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820C1A7" w14:textId="77777777" w:rsidR="00DA360C" w:rsidRDefault="00000000">
            <w:r>
              <w:rPr>
                <w:color w:val="1F2937"/>
                <w:sz w:val="15"/>
              </w:rPr>
              <w:t>Arts. 16.h y 17.m</w:t>
            </w:r>
          </w:p>
        </w:tc>
        <w:tc>
          <w:tcPr>
            <w:tcW w:w="194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BB21076" w14:textId="77777777" w:rsidR="00DA360C" w:rsidRDefault="00000000">
            <w:r>
              <w:rPr>
                <w:color w:val="1F2937"/>
                <w:sz w:val="15"/>
              </w:rPr>
              <w:t>Título / contrato / equivalente</w:t>
            </w:r>
          </w:p>
        </w:tc>
        <w:tc>
          <w:tcPr>
            <w:tcW w:w="108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92E752D" w14:textId="77777777" w:rsidR="00DA360C" w:rsidRDefault="00000000">
            <w:r>
              <w:rPr>
                <w:color w:val="1F2937"/>
                <w:sz w:val="15"/>
              </w:rPr>
              <w:t>Obligatorio</w:t>
            </w:r>
          </w:p>
        </w:tc>
        <w:tc>
          <w:tcPr>
            <w:tcW w:w="79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652385C" w14:textId="77777777" w:rsidR="00DA360C" w:rsidRDefault="00000000">
            <w:r>
              <w:rPr>
                <w:color w:val="1F2937"/>
                <w:sz w:val="15"/>
              </w:rPr>
              <w:t>☐ Sí  ☐ No</w:t>
            </w:r>
          </w:p>
        </w:tc>
        <w:tc>
          <w:tcPr>
            <w:tcW w:w="86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B48E263" w14:textId="77777777" w:rsidR="00DA360C" w:rsidRDefault="00DA360C"/>
        </w:tc>
      </w:tr>
      <w:tr w:rsidR="00DA360C" w14:paraId="04A2FEB5" w14:textId="77777777">
        <w:trPr>
          <w:jc w:val="center"/>
        </w:trPr>
        <w:tc>
          <w:tcPr>
            <w:tcW w:w="503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64DF7C7" w14:textId="77777777" w:rsidR="00DA360C" w:rsidRDefault="00000000">
            <w:pPr>
              <w:jc w:val="center"/>
            </w:pPr>
            <w:r>
              <w:rPr>
                <w:color w:val="1F2937"/>
                <w:sz w:val="15"/>
              </w:rPr>
              <w:t>11</w:t>
            </w:r>
          </w:p>
        </w:tc>
        <w:tc>
          <w:tcPr>
            <w:tcW w:w="324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8277897" w14:textId="77777777" w:rsidR="00DA360C" w:rsidRPr="00776D50" w:rsidRDefault="00000000">
            <w:pPr>
              <w:rPr>
                <w:lang w:val="es-PE"/>
              </w:rPr>
            </w:pPr>
            <w:r w:rsidRPr="00776D50">
              <w:rPr>
                <w:color w:val="1F2937"/>
                <w:sz w:val="15"/>
                <w:lang w:val="es-PE"/>
              </w:rPr>
              <w:t>Responsabilidad solidaria / cláusula vigente, si requiere actualización</w:t>
            </w:r>
          </w:p>
        </w:tc>
        <w:tc>
          <w:tcPr>
            <w:tcW w:w="165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D4A16E3" w14:textId="77777777" w:rsidR="00DA360C" w:rsidRDefault="00000000">
            <w:r>
              <w:rPr>
                <w:color w:val="1F2937"/>
                <w:sz w:val="15"/>
              </w:rPr>
              <w:t>Arts. 16.f y 17.k</w:t>
            </w:r>
          </w:p>
        </w:tc>
        <w:tc>
          <w:tcPr>
            <w:tcW w:w="194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E5D0119" w14:textId="77777777" w:rsidR="00DA360C" w:rsidRDefault="00000000">
            <w:r>
              <w:rPr>
                <w:color w:val="1F2937"/>
                <w:sz w:val="15"/>
              </w:rPr>
              <w:t>FP-06D o cláusula</w:t>
            </w:r>
          </w:p>
        </w:tc>
        <w:tc>
          <w:tcPr>
            <w:tcW w:w="108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0FFCEA8" w14:textId="77777777" w:rsidR="00DA360C" w:rsidRDefault="00000000">
            <w:r>
              <w:rPr>
                <w:color w:val="1F2937"/>
                <w:sz w:val="15"/>
              </w:rPr>
              <w:t>Condicional</w:t>
            </w:r>
          </w:p>
        </w:tc>
        <w:tc>
          <w:tcPr>
            <w:tcW w:w="79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0A7F42D" w14:textId="77777777" w:rsidR="00DA360C" w:rsidRDefault="00000000">
            <w:r>
              <w:rPr>
                <w:color w:val="1F2937"/>
                <w:sz w:val="15"/>
              </w:rPr>
              <w:t>☐ Sí  ☐ No  ☐ N/A</w:t>
            </w:r>
          </w:p>
        </w:tc>
        <w:tc>
          <w:tcPr>
            <w:tcW w:w="86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64F209C" w14:textId="77777777" w:rsidR="00DA360C" w:rsidRDefault="00DA360C"/>
        </w:tc>
      </w:tr>
      <w:tr w:rsidR="00DA360C" w14:paraId="0CA5492A" w14:textId="77777777">
        <w:trPr>
          <w:jc w:val="center"/>
        </w:trPr>
        <w:tc>
          <w:tcPr>
            <w:tcW w:w="503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C1206CB" w14:textId="77777777" w:rsidR="00DA360C" w:rsidRDefault="00000000">
            <w:pPr>
              <w:jc w:val="center"/>
            </w:pPr>
            <w:r>
              <w:rPr>
                <w:color w:val="1F2937"/>
                <w:sz w:val="15"/>
              </w:rPr>
              <w:t>12</w:t>
            </w:r>
          </w:p>
        </w:tc>
        <w:tc>
          <w:tcPr>
            <w:tcW w:w="324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A9B9DEB" w14:textId="77777777" w:rsidR="00DA360C" w:rsidRPr="00776D50" w:rsidRDefault="00000000">
            <w:pPr>
              <w:rPr>
                <w:lang w:val="es-PE"/>
              </w:rPr>
            </w:pPr>
            <w:r w:rsidRPr="00776D50">
              <w:rPr>
                <w:color w:val="1F2937"/>
                <w:sz w:val="15"/>
                <w:lang w:val="es-PE"/>
              </w:rPr>
              <w:t>Comunicación de cambios, si existen</w:t>
            </w:r>
          </w:p>
        </w:tc>
        <w:tc>
          <w:tcPr>
            <w:tcW w:w="165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F062A19" w14:textId="77777777" w:rsidR="00DA360C" w:rsidRDefault="00000000">
            <w:r>
              <w:rPr>
                <w:color w:val="1F2937"/>
                <w:sz w:val="15"/>
              </w:rPr>
              <w:t>Arts. 18 y 29</w:t>
            </w:r>
          </w:p>
        </w:tc>
        <w:tc>
          <w:tcPr>
            <w:tcW w:w="194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A89BFDF" w14:textId="77777777" w:rsidR="00DA360C" w:rsidRDefault="00000000">
            <w:r>
              <w:rPr>
                <w:color w:val="1F2937"/>
                <w:sz w:val="15"/>
              </w:rPr>
              <w:t>FP-06F</w:t>
            </w:r>
          </w:p>
        </w:tc>
        <w:tc>
          <w:tcPr>
            <w:tcW w:w="108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192B018" w14:textId="77777777" w:rsidR="00DA360C" w:rsidRDefault="00000000">
            <w:r>
              <w:rPr>
                <w:color w:val="1F2937"/>
                <w:sz w:val="15"/>
              </w:rPr>
              <w:t>Condicional</w:t>
            </w:r>
          </w:p>
        </w:tc>
        <w:tc>
          <w:tcPr>
            <w:tcW w:w="79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37A59A5" w14:textId="77777777" w:rsidR="00DA360C" w:rsidRDefault="00000000">
            <w:r>
              <w:rPr>
                <w:color w:val="1F2937"/>
                <w:sz w:val="15"/>
              </w:rPr>
              <w:t>☐ Sí  ☐ No  ☐ N/A</w:t>
            </w:r>
          </w:p>
        </w:tc>
        <w:tc>
          <w:tcPr>
            <w:tcW w:w="86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7CDC902" w14:textId="77777777" w:rsidR="00DA360C" w:rsidRDefault="00DA360C"/>
        </w:tc>
      </w:tr>
      <w:tr w:rsidR="00DA360C" w14:paraId="78B38A26" w14:textId="77777777">
        <w:trPr>
          <w:jc w:val="center"/>
        </w:trPr>
        <w:tc>
          <w:tcPr>
            <w:tcW w:w="503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BF49844" w14:textId="77777777" w:rsidR="00DA360C" w:rsidRDefault="00000000">
            <w:pPr>
              <w:jc w:val="center"/>
            </w:pPr>
            <w:r>
              <w:rPr>
                <w:color w:val="1F2937"/>
                <w:sz w:val="15"/>
              </w:rPr>
              <w:lastRenderedPageBreak/>
              <w:t>13</w:t>
            </w:r>
          </w:p>
        </w:tc>
        <w:tc>
          <w:tcPr>
            <w:tcW w:w="324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1823189" w14:textId="77777777" w:rsidR="00DA360C" w:rsidRPr="00776D50" w:rsidRDefault="00000000">
            <w:pPr>
              <w:rPr>
                <w:lang w:val="es-PE"/>
              </w:rPr>
            </w:pPr>
            <w:r w:rsidRPr="00776D50">
              <w:rPr>
                <w:color w:val="1F2937"/>
                <w:sz w:val="15"/>
                <w:lang w:val="es-PE"/>
              </w:rPr>
              <w:t>Actividad de SOA durante período vencido</w:t>
            </w:r>
          </w:p>
        </w:tc>
        <w:tc>
          <w:tcPr>
            <w:tcW w:w="165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AB31D86" w14:textId="77777777" w:rsidR="00DA360C" w:rsidRDefault="00000000">
            <w:r>
              <w:rPr>
                <w:color w:val="1F2937"/>
                <w:sz w:val="15"/>
              </w:rPr>
              <w:t xml:space="preserve">Arts. 28-30 / control </w:t>
            </w:r>
            <w:proofErr w:type="spellStart"/>
            <w:r>
              <w:rPr>
                <w:color w:val="1F2937"/>
                <w:sz w:val="15"/>
              </w:rPr>
              <w:t>institucional</w:t>
            </w:r>
            <w:proofErr w:type="spellEnd"/>
          </w:p>
        </w:tc>
        <w:tc>
          <w:tcPr>
            <w:tcW w:w="194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48085D4" w14:textId="77777777" w:rsidR="00DA360C" w:rsidRPr="00776D50" w:rsidRDefault="00000000">
            <w:pPr>
              <w:rPr>
                <w:lang w:val="es-PE"/>
              </w:rPr>
            </w:pPr>
            <w:r w:rsidRPr="00776D50">
              <w:rPr>
                <w:color w:val="1F2937"/>
                <w:sz w:val="15"/>
                <w:lang w:val="es-PE"/>
              </w:rPr>
              <w:t>FP-01B - sección específica + sustento</w:t>
            </w:r>
          </w:p>
        </w:tc>
        <w:tc>
          <w:tcPr>
            <w:tcW w:w="108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19B024B" w14:textId="77777777" w:rsidR="00DA360C" w:rsidRDefault="00000000">
            <w:proofErr w:type="spellStart"/>
            <w:r>
              <w:rPr>
                <w:color w:val="1F2937"/>
                <w:sz w:val="15"/>
              </w:rPr>
              <w:t>Obligatorio</w:t>
            </w:r>
            <w:proofErr w:type="spellEnd"/>
            <w:r>
              <w:rPr>
                <w:color w:val="1F2937"/>
                <w:sz w:val="15"/>
              </w:rPr>
              <w:t xml:space="preserve"> </w:t>
            </w:r>
            <w:proofErr w:type="spellStart"/>
            <w:r>
              <w:rPr>
                <w:color w:val="1F2937"/>
                <w:sz w:val="15"/>
              </w:rPr>
              <w:t>como</w:t>
            </w:r>
            <w:proofErr w:type="spellEnd"/>
            <w:r>
              <w:rPr>
                <w:color w:val="1F2937"/>
                <w:sz w:val="15"/>
              </w:rPr>
              <w:t xml:space="preserve"> control</w:t>
            </w:r>
          </w:p>
        </w:tc>
        <w:tc>
          <w:tcPr>
            <w:tcW w:w="79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2B3967E" w14:textId="77777777" w:rsidR="00DA360C" w:rsidRDefault="00000000">
            <w:r>
              <w:rPr>
                <w:color w:val="1F2937"/>
                <w:sz w:val="15"/>
              </w:rPr>
              <w:t>☐ Sí  ☐ No</w:t>
            </w:r>
          </w:p>
        </w:tc>
        <w:tc>
          <w:tcPr>
            <w:tcW w:w="86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EA12FCD" w14:textId="77777777" w:rsidR="00DA360C" w:rsidRDefault="00DA360C"/>
        </w:tc>
      </w:tr>
      <w:tr w:rsidR="00DA360C" w14:paraId="5E94C4B5" w14:textId="77777777">
        <w:trPr>
          <w:jc w:val="center"/>
        </w:trPr>
        <w:tc>
          <w:tcPr>
            <w:tcW w:w="503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AC7BE9E" w14:textId="77777777" w:rsidR="00DA360C" w:rsidRDefault="00000000">
            <w:pPr>
              <w:jc w:val="center"/>
            </w:pPr>
            <w:r>
              <w:rPr>
                <w:color w:val="1F2937"/>
                <w:sz w:val="15"/>
              </w:rPr>
              <w:t>14</w:t>
            </w:r>
          </w:p>
        </w:tc>
        <w:tc>
          <w:tcPr>
            <w:tcW w:w="324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BE8775B" w14:textId="77777777" w:rsidR="00DA360C" w:rsidRPr="00776D50" w:rsidRDefault="00000000">
            <w:pPr>
              <w:rPr>
                <w:lang w:val="es-PE"/>
              </w:rPr>
            </w:pPr>
            <w:r w:rsidRPr="00776D50">
              <w:rPr>
                <w:color w:val="1F2937"/>
                <w:sz w:val="15"/>
                <w:lang w:val="es-PE"/>
              </w:rPr>
              <w:t>Evaluación adicional, si el Colegio la dispone</w:t>
            </w:r>
          </w:p>
        </w:tc>
        <w:tc>
          <w:tcPr>
            <w:tcW w:w="165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037D499" w14:textId="77777777" w:rsidR="00DA360C" w:rsidRDefault="00000000">
            <w:r>
              <w:rPr>
                <w:color w:val="1F2937"/>
                <w:sz w:val="15"/>
              </w:rPr>
              <w:t>Art. 28.c</w:t>
            </w:r>
          </w:p>
        </w:tc>
        <w:tc>
          <w:tcPr>
            <w:tcW w:w="194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8E3B2D9" w14:textId="77777777" w:rsidR="00DA360C" w:rsidRDefault="00000000">
            <w:r>
              <w:rPr>
                <w:color w:val="1F2937"/>
                <w:sz w:val="15"/>
              </w:rPr>
              <w:t>Constancia / acta CCPAQP</w:t>
            </w:r>
          </w:p>
        </w:tc>
        <w:tc>
          <w:tcPr>
            <w:tcW w:w="108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250EA53" w14:textId="77777777" w:rsidR="00DA360C" w:rsidRDefault="00000000">
            <w:r>
              <w:rPr>
                <w:color w:val="1F2937"/>
                <w:sz w:val="15"/>
              </w:rPr>
              <w:t>Condicional / posterior</w:t>
            </w:r>
          </w:p>
        </w:tc>
        <w:tc>
          <w:tcPr>
            <w:tcW w:w="79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53A5489" w14:textId="77777777" w:rsidR="00DA360C" w:rsidRDefault="00000000">
            <w:r>
              <w:rPr>
                <w:color w:val="1F2937"/>
                <w:sz w:val="15"/>
              </w:rPr>
              <w:t>☐ Pendiente  ☐ N/A</w:t>
            </w:r>
          </w:p>
        </w:tc>
        <w:tc>
          <w:tcPr>
            <w:tcW w:w="86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9C9D247" w14:textId="77777777" w:rsidR="00DA360C" w:rsidRDefault="00DA360C"/>
        </w:tc>
      </w:tr>
      <w:tr w:rsidR="00DA360C" w14:paraId="413DBEEF" w14:textId="77777777">
        <w:trPr>
          <w:jc w:val="center"/>
        </w:trPr>
        <w:tc>
          <w:tcPr>
            <w:tcW w:w="503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C4B4892" w14:textId="77777777" w:rsidR="00DA360C" w:rsidRDefault="00000000">
            <w:pPr>
              <w:jc w:val="center"/>
            </w:pPr>
            <w:r>
              <w:rPr>
                <w:color w:val="1F2937"/>
                <w:sz w:val="15"/>
              </w:rPr>
              <w:t>15</w:t>
            </w:r>
          </w:p>
        </w:tc>
        <w:tc>
          <w:tcPr>
            <w:tcW w:w="324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F2BC355" w14:textId="77777777" w:rsidR="00DA360C" w:rsidRDefault="00000000">
            <w:r>
              <w:rPr>
                <w:color w:val="1F2937"/>
                <w:sz w:val="15"/>
              </w:rPr>
              <w:t>Pago de derechos</w:t>
            </w:r>
          </w:p>
        </w:tc>
        <w:tc>
          <w:tcPr>
            <w:tcW w:w="165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CF179DC" w14:textId="77777777" w:rsidR="00DA360C" w:rsidRDefault="00000000">
            <w:r>
              <w:rPr>
                <w:color w:val="1F2937"/>
                <w:sz w:val="15"/>
              </w:rPr>
              <w:t>Arts. 28.d y 33</w:t>
            </w:r>
          </w:p>
        </w:tc>
        <w:tc>
          <w:tcPr>
            <w:tcW w:w="194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6DCA891" w14:textId="77777777" w:rsidR="00DA360C" w:rsidRDefault="00000000">
            <w:r>
              <w:rPr>
                <w:color w:val="1F2937"/>
                <w:sz w:val="15"/>
              </w:rPr>
              <w:t>Comprobante</w:t>
            </w:r>
          </w:p>
        </w:tc>
        <w:tc>
          <w:tcPr>
            <w:tcW w:w="108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A3B8CA0" w14:textId="77777777" w:rsidR="00DA360C" w:rsidRDefault="00000000">
            <w:r>
              <w:rPr>
                <w:color w:val="1F2937"/>
                <w:sz w:val="15"/>
              </w:rPr>
              <w:t>Etapa posterior</w:t>
            </w:r>
          </w:p>
        </w:tc>
        <w:tc>
          <w:tcPr>
            <w:tcW w:w="79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98EE10A" w14:textId="77777777" w:rsidR="00DA360C" w:rsidRDefault="00000000">
            <w:r>
              <w:rPr>
                <w:color w:val="1F2937"/>
                <w:sz w:val="15"/>
              </w:rPr>
              <w:t>☐ Pendiente</w:t>
            </w:r>
          </w:p>
        </w:tc>
        <w:tc>
          <w:tcPr>
            <w:tcW w:w="86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95C33D8" w14:textId="77777777" w:rsidR="00DA360C" w:rsidRDefault="00DA360C"/>
        </w:tc>
      </w:tr>
    </w:tbl>
    <w:p w14:paraId="78D2AC04" w14:textId="77777777" w:rsidR="00DA360C" w:rsidRDefault="00DA360C">
      <w:pPr>
        <w:spacing w:after="20"/>
      </w:pPr>
    </w:p>
    <w:p w14:paraId="451E0373" w14:textId="77777777" w:rsidR="00DA360C" w:rsidRDefault="00000000">
      <w:pPr>
        <w:pStyle w:val="Ttulo2"/>
        <w:spacing w:before="100" w:after="80"/>
      </w:pPr>
      <w:r>
        <w:rPr>
          <w:rFonts w:ascii="Arial" w:eastAsia="Arial" w:hAnsi="Arial"/>
        </w:rPr>
        <w:t>CONTENIDO DEL SET</w:t>
      </w:r>
    </w:p>
    <w:p w14:paraId="2B771F21" w14:textId="77777777" w:rsidR="00DA360C" w:rsidRPr="00776D50" w:rsidRDefault="00000000">
      <w:pPr>
        <w:pStyle w:val="Listaconvietas"/>
        <w:spacing w:after="40"/>
        <w:ind w:left="216"/>
        <w:rPr>
          <w:lang w:val="es-PE"/>
        </w:rPr>
      </w:pPr>
      <w:r w:rsidRPr="00776D50">
        <w:rPr>
          <w:color w:val="1F2937"/>
          <w:sz w:val="17"/>
          <w:lang w:val="es-PE"/>
        </w:rPr>
        <w:t>FP-00 Constancia digital (generada por plataforma)</w:t>
      </w:r>
    </w:p>
    <w:p w14:paraId="13F2125A" w14:textId="77777777" w:rsidR="00DA360C" w:rsidRPr="00776D50" w:rsidRDefault="00000000">
      <w:pPr>
        <w:pStyle w:val="Listaconvietas"/>
        <w:spacing w:after="40"/>
        <w:ind w:left="216"/>
        <w:rPr>
          <w:lang w:val="es-PE"/>
        </w:rPr>
      </w:pPr>
      <w:r w:rsidRPr="00776D50">
        <w:rPr>
          <w:color w:val="1F2937"/>
          <w:sz w:val="17"/>
          <w:lang w:val="es-PE"/>
        </w:rPr>
        <w:t>FP-01B Solicitud y Ficha Única SOA con actividad durante vencimiento</w:t>
      </w:r>
    </w:p>
    <w:p w14:paraId="48B6C69C" w14:textId="77777777" w:rsidR="00DA360C" w:rsidRPr="00776D50" w:rsidRDefault="00000000">
      <w:pPr>
        <w:pStyle w:val="Listaconvietas"/>
        <w:spacing w:after="40"/>
        <w:ind w:left="216"/>
        <w:rPr>
          <w:lang w:val="es-PE"/>
        </w:rPr>
      </w:pPr>
      <w:r w:rsidRPr="00776D50">
        <w:rPr>
          <w:color w:val="1F2937"/>
          <w:sz w:val="17"/>
          <w:lang w:val="es-PE"/>
        </w:rPr>
        <w:t>FP-06A Relación actualizada de socios</w:t>
      </w:r>
    </w:p>
    <w:p w14:paraId="26EE2631" w14:textId="77777777" w:rsidR="00DA360C" w:rsidRPr="00776D50" w:rsidRDefault="00000000">
      <w:pPr>
        <w:pStyle w:val="Listaconvietas"/>
        <w:spacing w:after="40"/>
        <w:ind w:left="216"/>
        <w:rPr>
          <w:lang w:val="es-PE"/>
        </w:rPr>
      </w:pPr>
      <w:r w:rsidRPr="00776D50">
        <w:rPr>
          <w:color w:val="1F2937"/>
          <w:sz w:val="17"/>
          <w:lang w:val="es-PE"/>
        </w:rPr>
        <w:t>FP-04 Formación y capacitación por socio responsable</w:t>
      </w:r>
    </w:p>
    <w:p w14:paraId="193BDF46" w14:textId="77777777" w:rsidR="00DA360C" w:rsidRDefault="00000000">
      <w:pPr>
        <w:pStyle w:val="Listaconvietas"/>
        <w:spacing w:after="40"/>
        <w:ind w:left="216"/>
      </w:pPr>
      <w:r>
        <w:rPr>
          <w:color w:val="1F2937"/>
          <w:sz w:val="17"/>
        </w:rPr>
        <w:t xml:space="preserve">FP-06B DJ no </w:t>
      </w:r>
      <w:proofErr w:type="spellStart"/>
      <w:r>
        <w:rPr>
          <w:color w:val="1F2937"/>
          <w:sz w:val="17"/>
        </w:rPr>
        <w:t>impedimentos</w:t>
      </w:r>
      <w:proofErr w:type="spellEnd"/>
    </w:p>
    <w:p w14:paraId="28F1401F" w14:textId="77777777" w:rsidR="00DA360C" w:rsidRDefault="00000000">
      <w:pPr>
        <w:pStyle w:val="Listaconvietas"/>
        <w:spacing w:after="40"/>
        <w:ind w:left="216"/>
      </w:pPr>
      <w:r>
        <w:rPr>
          <w:color w:val="1F2937"/>
          <w:sz w:val="17"/>
        </w:rPr>
        <w:t>FP-06C DJ integral SOA</w:t>
      </w:r>
    </w:p>
    <w:p w14:paraId="4A35A7DF" w14:textId="77777777" w:rsidR="00DA360C" w:rsidRPr="00776D50" w:rsidRDefault="00000000">
      <w:pPr>
        <w:pStyle w:val="Listaconvietas"/>
        <w:spacing w:after="40"/>
        <w:ind w:left="216"/>
        <w:rPr>
          <w:lang w:val="es-PE"/>
        </w:rPr>
      </w:pPr>
      <w:r w:rsidRPr="00776D50">
        <w:rPr>
          <w:color w:val="1F2937"/>
          <w:sz w:val="17"/>
          <w:lang w:val="es-PE"/>
        </w:rPr>
        <w:t>FP-06E Gestión de la calidad</w:t>
      </w:r>
    </w:p>
    <w:p w14:paraId="07760236" w14:textId="77777777" w:rsidR="00DA360C" w:rsidRPr="00776D50" w:rsidRDefault="00000000">
      <w:pPr>
        <w:pStyle w:val="Listaconvietas"/>
        <w:spacing w:after="40"/>
        <w:ind w:left="216"/>
        <w:rPr>
          <w:lang w:val="es-PE"/>
        </w:rPr>
      </w:pPr>
      <w:r w:rsidRPr="00776D50">
        <w:rPr>
          <w:color w:val="1F2937"/>
          <w:sz w:val="17"/>
          <w:lang w:val="es-PE"/>
        </w:rPr>
        <w:t>FP-06D Responsabilidad solidaria / cláusula (condicional)</w:t>
      </w:r>
    </w:p>
    <w:p w14:paraId="553F902E" w14:textId="77777777" w:rsidR="00DA360C" w:rsidRPr="00776D50" w:rsidRDefault="00000000">
      <w:pPr>
        <w:pStyle w:val="Listaconvietas"/>
        <w:spacing w:after="40"/>
        <w:ind w:left="216"/>
        <w:rPr>
          <w:lang w:val="es-PE"/>
        </w:rPr>
      </w:pPr>
      <w:r w:rsidRPr="00776D50">
        <w:rPr>
          <w:color w:val="1F2937"/>
          <w:sz w:val="17"/>
          <w:lang w:val="es-PE"/>
        </w:rPr>
        <w:t>FP-06F Comunicación de cambios (condicional)</w:t>
      </w:r>
    </w:p>
    <w:p w14:paraId="028B2841" w14:textId="77777777" w:rsidR="00DA360C" w:rsidRPr="00776D50" w:rsidRDefault="00000000">
      <w:pPr>
        <w:pStyle w:val="Listaconvietas"/>
        <w:spacing w:after="40"/>
        <w:ind w:left="216"/>
        <w:rPr>
          <w:lang w:val="es-PE"/>
        </w:rPr>
      </w:pPr>
      <w:r w:rsidRPr="00776D50">
        <w:rPr>
          <w:color w:val="1F2937"/>
          <w:sz w:val="17"/>
          <w:lang w:val="es-PE"/>
        </w:rPr>
        <w:t xml:space="preserve">FP-07F </w:t>
      </w:r>
      <w:proofErr w:type="spellStart"/>
      <w:r w:rsidRPr="00776D50">
        <w:rPr>
          <w:color w:val="1F2937"/>
          <w:sz w:val="17"/>
          <w:lang w:val="es-PE"/>
        </w:rPr>
        <w:t>Checklist</w:t>
      </w:r>
      <w:proofErr w:type="spellEnd"/>
      <w:r w:rsidRPr="00776D50">
        <w:rPr>
          <w:color w:val="1F2937"/>
          <w:sz w:val="17"/>
          <w:lang w:val="es-PE"/>
        </w:rPr>
        <w:t xml:space="preserve"> de Regularización de Sociedad de Auditoría</w:t>
      </w:r>
    </w:p>
    <w:p w14:paraId="1B19AD5A" w14:textId="431C2545" w:rsidR="00776D50" w:rsidRPr="00776D50" w:rsidRDefault="00776D50">
      <w:pPr>
        <w:rPr>
          <w:color w:val="1F2937"/>
          <w:sz w:val="17"/>
          <w:lang w:val="es-PE"/>
        </w:rPr>
      </w:pPr>
      <w:r w:rsidRPr="00776D50">
        <w:rPr>
          <w:color w:val="1F2937"/>
          <w:sz w:val="17"/>
          <w:lang w:val="es-PE"/>
        </w:rPr>
        <w:br w:type="page"/>
      </w:r>
    </w:p>
    <w:tbl>
      <w:tblPr>
        <w:tblW w:w="0" w:type="auto"/>
        <w:jc w:val="center"/>
        <w:tblBorders>
          <w:top w:val="single" w:sz="4" w:space="0" w:color="9EABB9"/>
          <w:left w:val="single" w:sz="4" w:space="0" w:color="9EABB9"/>
          <w:bottom w:val="single" w:sz="4" w:space="0" w:color="9EABB9"/>
          <w:right w:val="single" w:sz="4" w:space="0" w:color="9EABB9"/>
          <w:insideH w:val="single" w:sz="4" w:space="0" w:color="9EABB9"/>
          <w:insideV w:val="single" w:sz="4" w:space="0" w:color="9EABB9"/>
        </w:tblBorders>
        <w:tblLayout w:type="fixed"/>
        <w:tblLook w:val="04A0" w:firstRow="1" w:lastRow="0" w:firstColumn="1" w:lastColumn="0" w:noHBand="0" w:noVBand="1"/>
      </w:tblPr>
      <w:tblGrid>
        <w:gridCol w:w="1728"/>
        <w:gridCol w:w="6623"/>
        <w:gridCol w:w="1728"/>
      </w:tblGrid>
      <w:tr w:rsidR="00DA360C" w14:paraId="5BC8F2AC" w14:textId="77777777">
        <w:trPr>
          <w:jc w:val="center"/>
        </w:trPr>
        <w:tc>
          <w:tcPr>
            <w:tcW w:w="1728" w:type="dxa"/>
            <w:shd w:val="clear" w:color="auto" w:fill="254E86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93FC89" w14:textId="77777777" w:rsidR="00DA360C" w:rsidRDefault="00000000">
            <w:pPr>
              <w:jc w:val="center"/>
            </w:pPr>
            <w:r>
              <w:rPr>
                <w:b/>
                <w:color w:val="FFFFFF"/>
                <w:sz w:val="19"/>
              </w:rPr>
              <w:lastRenderedPageBreak/>
              <w:t>FP-01B</w:t>
            </w:r>
          </w:p>
        </w:tc>
        <w:tc>
          <w:tcPr>
            <w:tcW w:w="6623" w:type="dxa"/>
            <w:shd w:val="clear" w:color="auto" w:fill="254E86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B4BF314" w14:textId="77777777" w:rsidR="00DA360C" w:rsidRPr="00776D50" w:rsidRDefault="00000000">
            <w:pPr>
              <w:jc w:val="center"/>
              <w:rPr>
                <w:lang w:val="es-PE"/>
              </w:rPr>
            </w:pPr>
            <w:r w:rsidRPr="00776D50">
              <w:rPr>
                <w:b/>
                <w:color w:val="FFFFFF"/>
                <w:sz w:val="22"/>
                <w:lang w:val="es-PE"/>
              </w:rPr>
              <w:t>SOLICITUD Y FICHA ÚNICA - SOCIEDAD DE AUDITORÍA</w:t>
            </w:r>
          </w:p>
        </w:tc>
        <w:tc>
          <w:tcPr>
            <w:tcW w:w="1728" w:type="dxa"/>
            <w:shd w:val="clear" w:color="auto" w:fill="7B1F2A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BB938E9" w14:textId="77777777" w:rsidR="00DA360C" w:rsidRDefault="00000000">
            <w:pPr>
              <w:jc w:val="center"/>
            </w:pPr>
            <w:r>
              <w:rPr>
                <w:b/>
                <w:color w:val="FFFFFF"/>
                <w:sz w:val="19"/>
              </w:rPr>
              <w:t>OBLIGATORIO</w:t>
            </w:r>
          </w:p>
        </w:tc>
      </w:tr>
      <w:tr w:rsidR="00DA360C" w14:paraId="74E50408" w14:textId="77777777">
        <w:trPr>
          <w:jc w:val="center"/>
        </w:trPr>
        <w:tc>
          <w:tcPr>
            <w:tcW w:w="1728" w:type="dxa"/>
            <w:shd w:val="clear" w:color="auto" w:fill="EAF1F8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47129AE2" w14:textId="77777777" w:rsidR="00DA360C" w:rsidRPr="00776D50" w:rsidRDefault="00000000">
            <w:pPr>
              <w:jc w:val="center"/>
              <w:rPr>
                <w:lang w:val="es-PE"/>
              </w:rPr>
            </w:pPr>
            <w:r w:rsidRPr="00776D50">
              <w:rPr>
                <w:b/>
                <w:color w:val="1E3E6E"/>
                <w:sz w:val="17"/>
                <w:lang w:val="es-PE"/>
              </w:rPr>
              <w:t>Regularización de Sociedad de Auditoría</w:t>
            </w:r>
          </w:p>
        </w:tc>
        <w:tc>
          <w:tcPr>
            <w:tcW w:w="6623" w:type="dxa"/>
            <w:shd w:val="clear" w:color="auto" w:fill="EAF1F8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CCA73F" w14:textId="77777777" w:rsidR="00DA360C" w:rsidRDefault="00000000">
            <w:pPr>
              <w:jc w:val="center"/>
            </w:pPr>
            <w:r>
              <w:rPr>
                <w:color w:val="1E3E6E"/>
                <w:sz w:val="17"/>
              </w:rPr>
              <w:t xml:space="preserve">Art. 28 y </w:t>
            </w:r>
            <w:proofErr w:type="spellStart"/>
            <w:r>
              <w:rPr>
                <w:color w:val="1E3E6E"/>
                <w:sz w:val="17"/>
              </w:rPr>
              <w:t>concordantes</w:t>
            </w:r>
            <w:proofErr w:type="spellEnd"/>
          </w:p>
        </w:tc>
        <w:tc>
          <w:tcPr>
            <w:tcW w:w="1728" w:type="dxa"/>
            <w:shd w:val="clear" w:color="auto" w:fill="FAF4E1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938D8E1" w14:textId="77777777" w:rsidR="00DA360C" w:rsidRDefault="00000000">
            <w:pPr>
              <w:jc w:val="center"/>
            </w:pPr>
            <w:r>
              <w:rPr>
                <w:color w:val="7B1F2A"/>
                <w:sz w:val="17"/>
              </w:rPr>
              <w:t>Carpeta 01</w:t>
            </w:r>
          </w:p>
        </w:tc>
      </w:tr>
    </w:tbl>
    <w:p w14:paraId="10D88E03" w14:textId="77777777" w:rsidR="00DA360C" w:rsidRDefault="00DA360C">
      <w:pPr>
        <w:spacing w:after="20"/>
      </w:pPr>
    </w:p>
    <w:p w14:paraId="5ECCBA2B" w14:textId="77777777" w:rsidR="00DA360C" w:rsidRPr="00776D50" w:rsidRDefault="00000000">
      <w:pPr>
        <w:spacing w:after="100"/>
        <w:rPr>
          <w:lang w:val="es-PE"/>
        </w:rPr>
      </w:pPr>
      <w:r w:rsidRPr="00776D50">
        <w:rPr>
          <w:b/>
          <w:color w:val="1E3E6E"/>
          <w:lang w:val="es-PE"/>
        </w:rPr>
        <w:t>SEÑOR DECANO DEL COLEGIO DE CONTADORES PÚBLICOS DE AREQUIPA</w:t>
      </w:r>
    </w:p>
    <w:p w14:paraId="6F0EDC7C" w14:textId="77777777" w:rsidR="00DA360C" w:rsidRDefault="00000000">
      <w:pPr>
        <w:spacing w:after="80"/>
      </w:pPr>
      <w:r>
        <w:rPr>
          <w:b/>
          <w:color w:val="1E3E6E"/>
          <w:sz w:val="19"/>
        </w:rPr>
        <w:t>I. DATOS DE LA SOCIEDAD</w:t>
      </w:r>
    </w:p>
    <w:tbl>
      <w:tblPr>
        <w:tblW w:w="0" w:type="auto"/>
        <w:jc w:val="center"/>
        <w:tblBorders>
          <w:top w:val="single" w:sz="4" w:space="0" w:color="B8C1CD"/>
          <w:left w:val="single" w:sz="4" w:space="0" w:color="B8C1CD"/>
          <w:bottom w:val="single" w:sz="4" w:space="0" w:color="B8C1CD"/>
          <w:right w:val="single" w:sz="4" w:space="0" w:color="B8C1CD"/>
          <w:insideH w:val="single" w:sz="4" w:space="0" w:color="B8C1CD"/>
          <w:insideV w:val="single" w:sz="4" w:space="0" w:color="B8C1CD"/>
        </w:tblBorders>
        <w:tblLayout w:type="fixed"/>
        <w:tblLook w:val="04A0" w:firstRow="1" w:lastRow="0" w:firstColumn="1" w:lastColumn="0" w:noHBand="0" w:noVBand="1"/>
      </w:tblPr>
      <w:tblGrid>
        <w:gridCol w:w="3384"/>
        <w:gridCol w:w="6696"/>
      </w:tblGrid>
      <w:tr w:rsidR="00DA360C" w:rsidRPr="00776D50" w14:paraId="03E08C25" w14:textId="77777777">
        <w:trPr>
          <w:jc w:val="center"/>
        </w:trPr>
        <w:tc>
          <w:tcPr>
            <w:tcW w:w="3384" w:type="dxa"/>
            <w:shd w:val="clear" w:color="auto" w:fill="EAF1F8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14:paraId="282D6B39" w14:textId="77777777" w:rsidR="00DA360C" w:rsidRPr="00776D50" w:rsidRDefault="00000000">
            <w:pPr>
              <w:rPr>
                <w:lang w:val="es-PE"/>
              </w:rPr>
            </w:pPr>
            <w:r w:rsidRPr="00776D50">
              <w:rPr>
                <w:b/>
                <w:color w:val="1E3E6E"/>
                <w:sz w:val="18"/>
                <w:lang w:val="es-PE"/>
              </w:rPr>
              <w:t>Razón social / denominación social completa</w:t>
            </w:r>
          </w:p>
        </w:tc>
        <w:tc>
          <w:tcPr>
            <w:tcW w:w="6696" w:type="dxa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14:paraId="71772C04" w14:textId="77777777" w:rsidR="00DA360C" w:rsidRPr="00776D50" w:rsidRDefault="00DA360C">
            <w:pPr>
              <w:rPr>
                <w:lang w:val="es-PE"/>
              </w:rPr>
            </w:pPr>
          </w:p>
        </w:tc>
      </w:tr>
      <w:tr w:rsidR="00DA360C" w14:paraId="75179E21" w14:textId="77777777">
        <w:trPr>
          <w:jc w:val="center"/>
        </w:trPr>
        <w:tc>
          <w:tcPr>
            <w:tcW w:w="3384" w:type="dxa"/>
            <w:shd w:val="clear" w:color="auto" w:fill="EAF1F8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14:paraId="586D1020" w14:textId="77777777" w:rsidR="00DA360C" w:rsidRDefault="00000000">
            <w:r>
              <w:rPr>
                <w:b/>
                <w:color w:val="1E3E6E"/>
                <w:sz w:val="18"/>
              </w:rPr>
              <w:t>RUC</w:t>
            </w:r>
          </w:p>
        </w:tc>
        <w:tc>
          <w:tcPr>
            <w:tcW w:w="6696" w:type="dxa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14:paraId="6B108DAA" w14:textId="77777777" w:rsidR="00DA360C" w:rsidRDefault="00DA360C"/>
        </w:tc>
      </w:tr>
      <w:tr w:rsidR="00DA360C" w14:paraId="05A01BCD" w14:textId="77777777">
        <w:trPr>
          <w:jc w:val="center"/>
        </w:trPr>
        <w:tc>
          <w:tcPr>
            <w:tcW w:w="3384" w:type="dxa"/>
            <w:shd w:val="clear" w:color="auto" w:fill="EAF1F8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14:paraId="261A3D12" w14:textId="77777777" w:rsidR="00DA360C" w:rsidRDefault="00000000">
            <w:r>
              <w:rPr>
                <w:b/>
                <w:color w:val="1E3E6E"/>
                <w:sz w:val="18"/>
              </w:rPr>
              <w:t>Partida registral / oficina registral</w:t>
            </w:r>
          </w:p>
        </w:tc>
        <w:tc>
          <w:tcPr>
            <w:tcW w:w="6696" w:type="dxa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14:paraId="57A5905D" w14:textId="77777777" w:rsidR="00DA360C" w:rsidRDefault="00DA360C"/>
        </w:tc>
      </w:tr>
      <w:tr w:rsidR="00DA360C" w14:paraId="04D7D19C" w14:textId="77777777">
        <w:trPr>
          <w:jc w:val="center"/>
        </w:trPr>
        <w:tc>
          <w:tcPr>
            <w:tcW w:w="3384" w:type="dxa"/>
            <w:shd w:val="clear" w:color="auto" w:fill="EAF1F8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14:paraId="6A573D0B" w14:textId="77777777" w:rsidR="00DA360C" w:rsidRDefault="00000000">
            <w:r>
              <w:rPr>
                <w:b/>
                <w:color w:val="1E3E6E"/>
                <w:sz w:val="18"/>
              </w:rPr>
              <w:t>Fecha de constitución</w:t>
            </w:r>
          </w:p>
        </w:tc>
        <w:tc>
          <w:tcPr>
            <w:tcW w:w="6696" w:type="dxa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14:paraId="2FCDCA54" w14:textId="77777777" w:rsidR="00DA360C" w:rsidRDefault="00DA360C"/>
        </w:tc>
      </w:tr>
      <w:tr w:rsidR="00DA360C" w14:paraId="0EC14D5A" w14:textId="77777777">
        <w:trPr>
          <w:jc w:val="center"/>
        </w:trPr>
        <w:tc>
          <w:tcPr>
            <w:tcW w:w="3384" w:type="dxa"/>
            <w:shd w:val="clear" w:color="auto" w:fill="EAF1F8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14:paraId="66910006" w14:textId="77777777" w:rsidR="00DA360C" w:rsidRDefault="00000000">
            <w:r>
              <w:rPr>
                <w:b/>
                <w:color w:val="1E3E6E"/>
                <w:sz w:val="18"/>
              </w:rPr>
              <w:t>Domicilio legal</w:t>
            </w:r>
          </w:p>
        </w:tc>
        <w:tc>
          <w:tcPr>
            <w:tcW w:w="6696" w:type="dxa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14:paraId="63BAC26A" w14:textId="77777777" w:rsidR="00DA360C" w:rsidRDefault="00DA360C"/>
        </w:tc>
      </w:tr>
      <w:tr w:rsidR="00DA360C" w14:paraId="7E480196" w14:textId="77777777">
        <w:trPr>
          <w:jc w:val="center"/>
        </w:trPr>
        <w:tc>
          <w:tcPr>
            <w:tcW w:w="3384" w:type="dxa"/>
            <w:shd w:val="clear" w:color="auto" w:fill="EAF1F8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14:paraId="28C13E4D" w14:textId="77777777" w:rsidR="00DA360C" w:rsidRDefault="00000000">
            <w:r>
              <w:rPr>
                <w:b/>
                <w:color w:val="1E3E6E"/>
                <w:sz w:val="18"/>
              </w:rPr>
              <w:t>Teléfono institucional</w:t>
            </w:r>
          </w:p>
        </w:tc>
        <w:tc>
          <w:tcPr>
            <w:tcW w:w="6696" w:type="dxa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14:paraId="187FEA30" w14:textId="77777777" w:rsidR="00DA360C" w:rsidRDefault="00DA360C"/>
        </w:tc>
      </w:tr>
      <w:tr w:rsidR="00DA360C" w14:paraId="5AFED618" w14:textId="77777777">
        <w:trPr>
          <w:jc w:val="center"/>
        </w:trPr>
        <w:tc>
          <w:tcPr>
            <w:tcW w:w="3384" w:type="dxa"/>
            <w:shd w:val="clear" w:color="auto" w:fill="EAF1F8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14:paraId="2B71C2A4" w14:textId="77777777" w:rsidR="00DA360C" w:rsidRDefault="00000000">
            <w:r>
              <w:rPr>
                <w:b/>
                <w:color w:val="1E3E6E"/>
                <w:sz w:val="18"/>
              </w:rPr>
              <w:t>Correo electrónico institucional</w:t>
            </w:r>
          </w:p>
        </w:tc>
        <w:tc>
          <w:tcPr>
            <w:tcW w:w="6696" w:type="dxa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14:paraId="4644DDD4" w14:textId="77777777" w:rsidR="00DA360C" w:rsidRDefault="00DA360C"/>
        </w:tc>
      </w:tr>
      <w:tr w:rsidR="00DA360C" w14:paraId="12259AD3" w14:textId="77777777">
        <w:trPr>
          <w:jc w:val="center"/>
        </w:trPr>
        <w:tc>
          <w:tcPr>
            <w:tcW w:w="3384" w:type="dxa"/>
            <w:shd w:val="clear" w:color="auto" w:fill="EAF1F8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14:paraId="7D684CE1" w14:textId="77777777" w:rsidR="00DA360C" w:rsidRDefault="00000000">
            <w:r>
              <w:rPr>
                <w:b/>
                <w:color w:val="1E3E6E"/>
                <w:sz w:val="18"/>
              </w:rPr>
              <w:t>Representante legal / socio principal</w:t>
            </w:r>
          </w:p>
        </w:tc>
        <w:tc>
          <w:tcPr>
            <w:tcW w:w="6696" w:type="dxa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14:paraId="255A3EBD" w14:textId="77777777" w:rsidR="00DA360C" w:rsidRDefault="00DA360C"/>
        </w:tc>
      </w:tr>
      <w:tr w:rsidR="00DA360C" w14:paraId="31AAB807" w14:textId="77777777">
        <w:trPr>
          <w:jc w:val="center"/>
        </w:trPr>
        <w:tc>
          <w:tcPr>
            <w:tcW w:w="3384" w:type="dxa"/>
            <w:shd w:val="clear" w:color="auto" w:fill="EAF1F8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14:paraId="47B1530A" w14:textId="77777777" w:rsidR="00DA360C" w:rsidRDefault="00000000">
            <w:r>
              <w:rPr>
                <w:b/>
                <w:color w:val="1E3E6E"/>
                <w:sz w:val="18"/>
              </w:rPr>
              <w:t>DNI del representante</w:t>
            </w:r>
          </w:p>
        </w:tc>
        <w:tc>
          <w:tcPr>
            <w:tcW w:w="6696" w:type="dxa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14:paraId="78CB7DEC" w14:textId="77777777" w:rsidR="00DA360C" w:rsidRDefault="00DA360C"/>
        </w:tc>
      </w:tr>
      <w:tr w:rsidR="00DA360C" w14:paraId="616C4616" w14:textId="77777777">
        <w:trPr>
          <w:jc w:val="center"/>
        </w:trPr>
        <w:tc>
          <w:tcPr>
            <w:tcW w:w="3384" w:type="dxa"/>
            <w:shd w:val="clear" w:color="auto" w:fill="EAF1F8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14:paraId="7D62B097" w14:textId="77777777" w:rsidR="00DA360C" w:rsidRDefault="00000000">
            <w:r>
              <w:rPr>
                <w:b/>
                <w:color w:val="1E3E6E"/>
                <w:sz w:val="18"/>
              </w:rPr>
              <w:t>Cargo / calidad</w:t>
            </w:r>
          </w:p>
        </w:tc>
        <w:tc>
          <w:tcPr>
            <w:tcW w:w="6696" w:type="dxa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14:paraId="4E1D9F12" w14:textId="77777777" w:rsidR="00DA360C" w:rsidRDefault="00DA360C"/>
        </w:tc>
      </w:tr>
      <w:tr w:rsidR="00DA360C" w14:paraId="3B4AB75A" w14:textId="77777777">
        <w:trPr>
          <w:jc w:val="center"/>
        </w:trPr>
        <w:tc>
          <w:tcPr>
            <w:tcW w:w="3384" w:type="dxa"/>
            <w:shd w:val="clear" w:color="auto" w:fill="EAF1F8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14:paraId="11C99DF3" w14:textId="77777777" w:rsidR="00DA360C" w:rsidRDefault="00000000">
            <w:r>
              <w:rPr>
                <w:b/>
                <w:color w:val="1E3E6E"/>
                <w:sz w:val="18"/>
              </w:rPr>
              <w:t>Registro SOA N.°</w:t>
            </w:r>
          </w:p>
        </w:tc>
        <w:tc>
          <w:tcPr>
            <w:tcW w:w="6696" w:type="dxa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14:paraId="7EBD3297" w14:textId="77777777" w:rsidR="00DA360C" w:rsidRDefault="00DA360C"/>
        </w:tc>
      </w:tr>
      <w:tr w:rsidR="00DA360C" w:rsidRPr="00776D50" w14:paraId="1B3D8591" w14:textId="77777777">
        <w:trPr>
          <w:jc w:val="center"/>
        </w:trPr>
        <w:tc>
          <w:tcPr>
            <w:tcW w:w="3384" w:type="dxa"/>
            <w:shd w:val="clear" w:color="auto" w:fill="EAF1F8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14:paraId="3C68D222" w14:textId="77777777" w:rsidR="00DA360C" w:rsidRPr="00776D50" w:rsidRDefault="00000000">
            <w:pPr>
              <w:rPr>
                <w:lang w:val="es-PE"/>
              </w:rPr>
            </w:pPr>
            <w:r w:rsidRPr="00776D50">
              <w:rPr>
                <w:b/>
                <w:color w:val="1E3E6E"/>
                <w:sz w:val="18"/>
                <w:lang w:val="es-PE"/>
              </w:rPr>
              <w:t>Fecha de inscripción / última revalidación</w:t>
            </w:r>
          </w:p>
        </w:tc>
        <w:tc>
          <w:tcPr>
            <w:tcW w:w="6696" w:type="dxa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14:paraId="1C524569" w14:textId="77777777" w:rsidR="00DA360C" w:rsidRPr="00776D50" w:rsidRDefault="00DA360C">
            <w:pPr>
              <w:rPr>
                <w:lang w:val="es-PE"/>
              </w:rPr>
            </w:pPr>
          </w:p>
        </w:tc>
      </w:tr>
      <w:tr w:rsidR="00DA360C" w:rsidRPr="00776D50" w14:paraId="3B96A417" w14:textId="77777777">
        <w:trPr>
          <w:jc w:val="center"/>
        </w:trPr>
        <w:tc>
          <w:tcPr>
            <w:tcW w:w="3384" w:type="dxa"/>
            <w:shd w:val="clear" w:color="auto" w:fill="EAF1F8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14:paraId="2239DCE6" w14:textId="77777777" w:rsidR="00DA360C" w:rsidRPr="00776D50" w:rsidRDefault="00000000">
            <w:pPr>
              <w:rPr>
                <w:lang w:val="es-PE"/>
              </w:rPr>
            </w:pPr>
            <w:r w:rsidRPr="00776D50">
              <w:rPr>
                <w:b/>
                <w:color w:val="1E3E6E"/>
                <w:sz w:val="18"/>
                <w:lang w:val="es-PE"/>
              </w:rPr>
              <w:t>Fecha de vencimiento del registro</w:t>
            </w:r>
          </w:p>
        </w:tc>
        <w:tc>
          <w:tcPr>
            <w:tcW w:w="6696" w:type="dxa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14:paraId="20DC3980" w14:textId="77777777" w:rsidR="00DA360C" w:rsidRPr="00776D50" w:rsidRDefault="00DA360C">
            <w:pPr>
              <w:rPr>
                <w:lang w:val="es-PE"/>
              </w:rPr>
            </w:pPr>
          </w:p>
        </w:tc>
      </w:tr>
    </w:tbl>
    <w:p w14:paraId="1D21CFDD" w14:textId="77777777" w:rsidR="00DA360C" w:rsidRPr="00776D50" w:rsidRDefault="00000000">
      <w:pPr>
        <w:spacing w:before="120" w:after="80"/>
        <w:rPr>
          <w:lang w:val="es-PE"/>
        </w:rPr>
      </w:pPr>
      <w:r w:rsidRPr="00776D50">
        <w:rPr>
          <w:b/>
          <w:color w:val="1E3E6E"/>
          <w:sz w:val="19"/>
          <w:lang w:val="es-PE"/>
        </w:rPr>
        <w:t>II. PETITORIO</w:t>
      </w:r>
    </w:p>
    <w:p w14:paraId="35300C08" w14:textId="77777777" w:rsidR="00DA360C" w:rsidRPr="00776D50" w:rsidRDefault="00000000">
      <w:pPr>
        <w:spacing w:after="80"/>
        <w:rPr>
          <w:lang w:val="es-PE"/>
        </w:rPr>
      </w:pPr>
      <w:r w:rsidRPr="00776D50">
        <w:rPr>
          <w:color w:val="1F2937"/>
          <w:sz w:val="19"/>
          <w:lang w:val="es-PE"/>
        </w:rPr>
        <w:t>Solicito la regularización / reincorporación de la Sociedad de Auditoría cuyo registro se encuentra vencido.</w:t>
      </w:r>
    </w:p>
    <w:p w14:paraId="0F4A51F8" w14:textId="77777777" w:rsidR="00DA360C" w:rsidRPr="00776D50" w:rsidRDefault="00000000">
      <w:pPr>
        <w:spacing w:after="80"/>
        <w:rPr>
          <w:lang w:val="es-PE"/>
        </w:rPr>
      </w:pPr>
      <w:r w:rsidRPr="00776D50">
        <w:rPr>
          <w:color w:val="1F2937"/>
          <w:sz w:val="18"/>
          <w:lang w:val="es-PE"/>
        </w:rPr>
        <w:t xml:space="preserve">Declaro, en representación de la sociedad, que la información presentada es concordante con los documentos </w:t>
      </w:r>
      <w:proofErr w:type="spellStart"/>
      <w:r w:rsidRPr="00776D50">
        <w:rPr>
          <w:color w:val="1F2937"/>
          <w:sz w:val="18"/>
          <w:lang w:val="es-PE"/>
        </w:rPr>
        <w:t>sustentatorios</w:t>
      </w:r>
      <w:proofErr w:type="spellEnd"/>
      <w:r w:rsidRPr="00776D50">
        <w:rPr>
          <w:color w:val="1F2937"/>
          <w:sz w:val="18"/>
          <w:lang w:val="es-PE"/>
        </w:rPr>
        <w:t xml:space="preserve"> y que el expediente digital y el físico corresponden al mismo contenido.</w:t>
      </w:r>
    </w:p>
    <w:p w14:paraId="31376060" w14:textId="77777777" w:rsidR="00DA360C" w:rsidRPr="00776D50" w:rsidRDefault="00000000">
      <w:pPr>
        <w:spacing w:before="120" w:after="80"/>
        <w:rPr>
          <w:lang w:val="es-PE"/>
        </w:rPr>
      </w:pPr>
      <w:r w:rsidRPr="00776D50">
        <w:rPr>
          <w:b/>
          <w:color w:val="1E3E6E"/>
          <w:sz w:val="19"/>
          <w:lang w:val="es-PE"/>
        </w:rPr>
        <w:lastRenderedPageBreak/>
        <w:t>III. ACTIVIDAD DE LA SOCIEDAD DURANTE EL PERÍODO DE REGISTRO VENCIDO</w:t>
      </w:r>
    </w:p>
    <w:p w14:paraId="34790F14" w14:textId="77777777" w:rsidR="00DA360C" w:rsidRPr="00776D50" w:rsidRDefault="00DA360C">
      <w:pPr>
        <w:spacing w:after="20"/>
        <w:rPr>
          <w:lang w:val="es-PE"/>
        </w:rPr>
      </w:pPr>
    </w:p>
    <w:tbl>
      <w:tblPr>
        <w:tblW w:w="0" w:type="auto"/>
        <w:jc w:val="center"/>
        <w:tblBorders>
          <w:top w:val="single" w:sz="4" w:space="0" w:color="A9B3C1"/>
          <w:left w:val="single" w:sz="4" w:space="0" w:color="A9B3C1"/>
          <w:bottom w:val="single" w:sz="4" w:space="0" w:color="A9B3C1"/>
          <w:right w:val="single" w:sz="4" w:space="0" w:color="A9B3C1"/>
          <w:insideH w:val="single" w:sz="4" w:space="0" w:color="A9B3C1"/>
          <w:insideV w:val="single" w:sz="4" w:space="0" w:color="A9B3C1"/>
        </w:tblBorders>
        <w:tblLayout w:type="fixed"/>
        <w:tblLook w:val="04A0" w:firstRow="1" w:lastRow="0" w:firstColumn="1" w:lastColumn="0" w:noHBand="0" w:noVBand="1"/>
      </w:tblPr>
      <w:tblGrid>
        <w:gridCol w:w="503"/>
        <w:gridCol w:w="1584"/>
        <w:gridCol w:w="2088"/>
        <w:gridCol w:w="936"/>
        <w:gridCol w:w="936"/>
        <w:gridCol w:w="1512"/>
        <w:gridCol w:w="1296"/>
        <w:gridCol w:w="1224"/>
      </w:tblGrid>
      <w:tr w:rsidR="00DA360C" w14:paraId="3C2D6340" w14:textId="77777777">
        <w:trPr>
          <w:tblHeader/>
          <w:jc w:val="center"/>
        </w:trPr>
        <w:tc>
          <w:tcPr>
            <w:tcW w:w="503" w:type="dxa"/>
            <w:shd w:val="clear" w:color="auto" w:fill="254E86"/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14:paraId="234441B1" w14:textId="77777777" w:rsidR="00DA360C" w:rsidRDefault="00000000">
            <w:pPr>
              <w:jc w:val="center"/>
            </w:pPr>
            <w:r>
              <w:rPr>
                <w:b/>
                <w:color w:val="FFFFFF"/>
                <w:sz w:val="14"/>
              </w:rPr>
              <w:t>N.°</w:t>
            </w:r>
          </w:p>
        </w:tc>
        <w:tc>
          <w:tcPr>
            <w:tcW w:w="1584" w:type="dxa"/>
            <w:shd w:val="clear" w:color="auto" w:fill="254E86"/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14:paraId="0C98EB76" w14:textId="77777777" w:rsidR="00DA360C" w:rsidRDefault="00000000">
            <w:pPr>
              <w:jc w:val="center"/>
            </w:pPr>
            <w:r>
              <w:rPr>
                <w:b/>
                <w:color w:val="FFFFFF"/>
                <w:sz w:val="14"/>
              </w:rPr>
              <w:t>Cliente / entidad</w:t>
            </w:r>
          </w:p>
        </w:tc>
        <w:tc>
          <w:tcPr>
            <w:tcW w:w="2088" w:type="dxa"/>
            <w:shd w:val="clear" w:color="auto" w:fill="254E86"/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14:paraId="618DBE45" w14:textId="77777777" w:rsidR="00DA360C" w:rsidRDefault="00000000">
            <w:pPr>
              <w:jc w:val="center"/>
            </w:pPr>
            <w:r>
              <w:rPr>
                <w:b/>
                <w:color w:val="FFFFFF"/>
                <w:sz w:val="14"/>
              </w:rPr>
              <w:t>Actividad / encargo</w:t>
            </w:r>
          </w:p>
        </w:tc>
        <w:tc>
          <w:tcPr>
            <w:tcW w:w="936" w:type="dxa"/>
            <w:shd w:val="clear" w:color="auto" w:fill="254E86"/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14:paraId="15C943F2" w14:textId="77777777" w:rsidR="00DA360C" w:rsidRDefault="00000000">
            <w:pPr>
              <w:jc w:val="center"/>
            </w:pPr>
            <w:r>
              <w:rPr>
                <w:b/>
                <w:color w:val="FFFFFF"/>
                <w:sz w:val="14"/>
              </w:rPr>
              <w:t>Desde</w:t>
            </w:r>
          </w:p>
        </w:tc>
        <w:tc>
          <w:tcPr>
            <w:tcW w:w="936" w:type="dxa"/>
            <w:shd w:val="clear" w:color="auto" w:fill="254E86"/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14:paraId="65405D73" w14:textId="77777777" w:rsidR="00DA360C" w:rsidRDefault="00000000">
            <w:pPr>
              <w:jc w:val="center"/>
            </w:pPr>
            <w:r>
              <w:rPr>
                <w:b/>
                <w:color w:val="FFFFFF"/>
                <w:sz w:val="14"/>
              </w:rPr>
              <w:t>Hasta</w:t>
            </w:r>
          </w:p>
        </w:tc>
        <w:tc>
          <w:tcPr>
            <w:tcW w:w="1512" w:type="dxa"/>
            <w:shd w:val="clear" w:color="auto" w:fill="254E86"/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14:paraId="714DEA01" w14:textId="77777777" w:rsidR="00DA360C" w:rsidRDefault="00000000">
            <w:pPr>
              <w:jc w:val="center"/>
            </w:pPr>
            <w:r>
              <w:rPr>
                <w:b/>
                <w:color w:val="FFFFFF"/>
                <w:sz w:val="14"/>
              </w:rPr>
              <w:t>Socio responsable</w:t>
            </w:r>
          </w:p>
        </w:tc>
        <w:tc>
          <w:tcPr>
            <w:tcW w:w="1296" w:type="dxa"/>
            <w:shd w:val="clear" w:color="auto" w:fill="254E86"/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14:paraId="55171169" w14:textId="77777777" w:rsidR="00DA360C" w:rsidRDefault="00000000">
            <w:pPr>
              <w:jc w:val="center"/>
            </w:pPr>
            <w:r>
              <w:rPr>
                <w:b/>
                <w:color w:val="FFFFFF"/>
                <w:sz w:val="14"/>
              </w:rPr>
              <w:t>¿Se suscribió informe?</w:t>
            </w:r>
          </w:p>
        </w:tc>
        <w:tc>
          <w:tcPr>
            <w:tcW w:w="1224" w:type="dxa"/>
            <w:shd w:val="clear" w:color="auto" w:fill="254E86"/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14:paraId="7103DC75" w14:textId="77777777" w:rsidR="00DA360C" w:rsidRDefault="00000000">
            <w:pPr>
              <w:jc w:val="center"/>
            </w:pPr>
            <w:r>
              <w:rPr>
                <w:b/>
                <w:color w:val="FFFFFF"/>
                <w:sz w:val="14"/>
              </w:rPr>
              <w:t>Sustento</w:t>
            </w:r>
          </w:p>
        </w:tc>
      </w:tr>
      <w:tr w:rsidR="00DA360C" w14:paraId="771BCA14" w14:textId="77777777">
        <w:trPr>
          <w:jc w:val="center"/>
        </w:trPr>
        <w:tc>
          <w:tcPr>
            <w:tcW w:w="503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44553B6" w14:textId="77777777" w:rsidR="00DA360C" w:rsidRDefault="00000000">
            <w:pPr>
              <w:jc w:val="center"/>
            </w:pPr>
            <w:r>
              <w:rPr>
                <w:color w:val="1F2937"/>
                <w:sz w:val="14"/>
              </w:rPr>
              <w:t>1</w:t>
            </w:r>
          </w:p>
        </w:tc>
        <w:tc>
          <w:tcPr>
            <w:tcW w:w="158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2A92F34" w14:textId="77777777" w:rsidR="00DA360C" w:rsidRDefault="00DA360C"/>
        </w:tc>
        <w:tc>
          <w:tcPr>
            <w:tcW w:w="208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F84BFAD" w14:textId="77777777" w:rsidR="00DA360C" w:rsidRDefault="00DA360C"/>
        </w:tc>
        <w:tc>
          <w:tcPr>
            <w:tcW w:w="936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2BA04E5" w14:textId="77777777" w:rsidR="00DA360C" w:rsidRDefault="00DA360C"/>
        </w:tc>
        <w:tc>
          <w:tcPr>
            <w:tcW w:w="936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55AB61B" w14:textId="77777777" w:rsidR="00DA360C" w:rsidRDefault="00DA360C"/>
        </w:tc>
        <w:tc>
          <w:tcPr>
            <w:tcW w:w="151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4091FD2" w14:textId="77777777" w:rsidR="00DA360C" w:rsidRDefault="00DA360C"/>
        </w:tc>
        <w:tc>
          <w:tcPr>
            <w:tcW w:w="1296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D169859" w14:textId="77777777" w:rsidR="00DA360C" w:rsidRDefault="00DA360C"/>
        </w:tc>
        <w:tc>
          <w:tcPr>
            <w:tcW w:w="122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6DF7F19" w14:textId="77777777" w:rsidR="00DA360C" w:rsidRDefault="00DA360C"/>
        </w:tc>
      </w:tr>
      <w:tr w:rsidR="00DA360C" w14:paraId="6243FD0A" w14:textId="77777777">
        <w:trPr>
          <w:jc w:val="center"/>
        </w:trPr>
        <w:tc>
          <w:tcPr>
            <w:tcW w:w="503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02465F8" w14:textId="77777777" w:rsidR="00DA360C" w:rsidRDefault="00000000">
            <w:pPr>
              <w:jc w:val="center"/>
            </w:pPr>
            <w:r>
              <w:rPr>
                <w:color w:val="1F2937"/>
                <w:sz w:val="14"/>
              </w:rPr>
              <w:t>2</w:t>
            </w:r>
          </w:p>
        </w:tc>
        <w:tc>
          <w:tcPr>
            <w:tcW w:w="158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F688296" w14:textId="77777777" w:rsidR="00DA360C" w:rsidRDefault="00DA360C"/>
        </w:tc>
        <w:tc>
          <w:tcPr>
            <w:tcW w:w="208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7665D68" w14:textId="77777777" w:rsidR="00DA360C" w:rsidRDefault="00DA360C"/>
        </w:tc>
        <w:tc>
          <w:tcPr>
            <w:tcW w:w="936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D1A275E" w14:textId="77777777" w:rsidR="00DA360C" w:rsidRDefault="00DA360C"/>
        </w:tc>
        <w:tc>
          <w:tcPr>
            <w:tcW w:w="936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F65233B" w14:textId="77777777" w:rsidR="00DA360C" w:rsidRDefault="00DA360C"/>
        </w:tc>
        <w:tc>
          <w:tcPr>
            <w:tcW w:w="151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6055F6F" w14:textId="77777777" w:rsidR="00DA360C" w:rsidRDefault="00DA360C"/>
        </w:tc>
        <w:tc>
          <w:tcPr>
            <w:tcW w:w="1296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72AE65D" w14:textId="77777777" w:rsidR="00DA360C" w:rsidRDefault="00DA360C"/>
        </w:tc>
        <w:tc>
          <w:tcPr>
            <w:tcW w:w="122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3D44ABC" w14:textId="77777777" w:rsidR="00DA360C" w:rsidRDefault="00DA360C"/>
        </w:tc>
      </w:tr>
      <w:tr w:rsidR="00DA360C" w14:paraId="6E684E67" w14:textId="77777777">
        <w:trPr>
          <w:jc w:val="center"/>
        </w:trPr>
        <w:tc>
          <w:tcPr>
            <w:tcW w:w="503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54F544E" w14:textId="77777777" w:rsidR="00DA360C" w:rsidRDefault="00000000">
            <w:pPr>
              <w:jc w:val="center"/>
            </w:pPr>
            <w:r>
              <w:rPr>
                <w:color w:val="1F2937"/>
                <w:sz w:val="14"/>
              </w:rPr>
              <w:t>3</w:t>
            </w:r>
          </w:p>
        </w:tc>
        <w:tc>
          <w:tcPr>
            <w:tcW w:w="158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F620EDA" w14:textId="77777777" w:rsidR="00DA360C" w:rsidRDefault="00DA360C"/>
        </w:tc>
        <w:tc>
          <w:tcPr>
            <w:tcW w:w="208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FE084DB" w14:textId="77777777" w:rsidR="00DA360C" w:rsidRDefault="00DA360C"/>
        </w:tc>
        <w:tc>
          <w:tcPr>
            <w:tcW w:w="936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355A039" w14:textId="77777777" w:rsidR="00DA360C" w:rsidRDefault="00DA360C"/>
        </w:tc>
        <w:tc>
          <w:tcPr>
            <w:tcW w:w="936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6F07C4E" w14:textId="77777777" w:rsidR="00DA360C" w:rsidRDefault="00DA360C"/>
        </w:tc>
        <w:tc>
          <w:tcPr>
            <w:tcW w:w="151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2DD8EC3" w14:textId="77777777" w:rsidR="00DA360C" w:rsidRDefault="00DA360C"/>
        </w:tc>
        <w:tc>
          <w:tcPr>
            <w:tcW w:w="1296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8BA7AD2" w14:textId="77777777" w:rsidR="00DA360C" w:rsidRDefault="00DA360C"/>
        </w:tc>
        <w:tc>
          <w:tcPr>
            <w:tcW w:w="122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506BC09" w14:textId="77777777" w:rsidR="00DA360C" w:rsidRDefault="00DA360C"/>
        </w:tc>
      </w:tr>
      <w:tr w:rsidR="00DA360C" w14:paraId="0C02423A" w14:textId="77777777">
        <w:trPr>
          <w:jc w:val="center"/>
        </w:trPr>
        <w:tc>
          <w:tcPr>
            <w:tcW w:w="503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294BAE8" w14:textId="77777777" w:rsidR="00DA360C" w:rsidRDefault="00000000">
            <w:pPr>
              <w:jc w:val="center"/>
            </w:pPr>
            <w:r>
              <w:rPr>
                <w:color w:val="1F2937"/>
                <w:sz w:val="14"/>
              </w:rPr>
              <w:t>4</w:t>
            </w:r>
          </w:p>
        </w:tc>
        <w:tc>
          <w:tcPr>
            <w:tcW w:w="158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ED328EE" w14:textId="77777777" w:rsidR="00DA360C" w:rsidRDefault="00DA360C"/>
        </w:tc>
        <w:tc>
          <w:tcPr>
            <w:tcW w:w="208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5D5F359" w14:textId="77777777" w:rsidR="00DA360C" w:rsidRDefault="00DA360C"/>
        </w:tc>
        <w:tc>
          <w:tcPr>
            <w:tcW w:w="936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BE582B7" w14:textId="77777777" w:rsidR="00DA360C" w:rsidRDefault="00DA360C"/>
        </w:tc>
        <w:tc>
          <w:tcPr>
            <w:tcW w:w="936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ED450BD" w14:textId="77777777" w:rsidR="00DA360C" w:rsidRDefault="00DA360C"/>
        </w:tc>
        <w:tc>
          <w:tcPr>
            <w:tcW w:w="151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22A4D96" w14:textId="77777777" w:rsidR="00DA360C" w:rsidRDefault="00DA360C"/>
        </w:tc>
        <w:tc>
          <w:tcPr>
            <w:tcW w:w="1296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BEF2EC3" w14:textId="77777777" w:rsidR="00DA360C" w:rsidRDefault="00DA360C"/>
        </w:tc>
        <w:tc>
          <w:tcPr>
            <w:tcW w:w="122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1E1BC51" w14:textId="77777777" w:rsidR="00DA360C" w:rsidRDefault="00DA360C"/>
        </w:tc>
      </w:tr>
    </w:tbl>
    <w:p w14:paraId="4DB35388" w14:textId="77777777" w:rsidR="00DA360C" w:rsidRDefault="00DA360C">
      <w:pPr>
        <w:spacing w:after="20"/>
      </w:pPr>
    </w:p>
    <w:p w14:paraId="7398658A" w14:textId="77777777" w:rsidR="00DA360C" w:rsidRDefault="00000000">
      <w:pPr>
        <w:spacing w:before="120" w:after="80"/>
      </w:pPr>
      <w:r>
        <w:rPr>
          <w:b/>
          <w:color w:val="1E3E6E"/>
          <w:sz w:val="19"/>
        </w:rPr>
        <w:t>IV. DOCUMENTOS QUE SE ADJUNTAN</w:t>
      </w:r>
    </w:p>
    <w:p w14:paraId="387C56DE" w14:textId="77777777" w:rsidR="00DA360C" w:rsidRPr="00776D50" w:rsidRDefault="00000000">
      <w:pPr>
        <w:spacing w:after="80"/>
        <w:rPr>
          <w:lang w:val="es-PE"/>
        </w:rPr>
      </w:pPr>
      <w:r w:rsidRPr="00776D50">
        <w:rPr>
          <w:color w:val="1F2937"/>
          <w:sz w:val="18"/>
          <w:lang w:val="es-PE"/>
        </w:rPr>
        <w:t>Adjunto los documentos y formatos marcados en el checklist FP-07 correspondiente a esta categoría.</w:t>
      </w:r>
    </w:p>
    <w:p w14:paraId="151D66AE" w14:textId="77777777" w:rsidR="00DA360C" w:rsidRPr="00776D50" w:rsidRDefault="00DA360C">
      <w:pPr>
        <w:rPr>
          <w:lang w:val="es-PE"/>
        </w:rPr>
      </w:pPr>
    </w:p>
    <w:tbl>
      <w:tblPr>
        <w:tblW w:w="0" w:type="auto"/>
        <w:jc w:val="center"/>
        <w:tblBorders>
          <w:top w:val="single" w:sz="0" w:space="0" w:color="FFFFFF"/>
          <w:left w:val="single" w:sz="0" w:space="0" w:color="FFFFFF"/>
          <w:bottom w:val="single" w:sz="0" w:space="0" w:color="FFFFFF"/>
          <w:right w:val="single" w:sz="0" w:space="0" w:color="FFFFFF"/>
          <w:insideH w:val="single" w:sz="0" w:space="0" w:color="FFFFFF"/>
          <w:insideV w:val="single" w:sz="0" w:space="0" w:color="FFFFFF"/>
        </w:tblBorders>
        <w:tblLayout w:type="fixed"/>
        <w:tblLook w:val="04A0" w:firstRow="1" w:lastRow="0" w:firstColumn="1" w:lastColumn="0" w:noHBand="0" w:noVBand="1"/>
      </w:tblPr>
      <w:tblGrid>
        <w:gridCol w:w="6768"/>
        <w:gridCol w:w="3311"/>
      </w:tblGrid>
      <w:tr w:rsidR="00DA360C" w14:paraId="07934D9F" w14:textId="77777777">
        <w:trPr>
          <w:jc w:val="center"/>
        </w:trPr>
        <w:tc>
          <w:tcPr>
            <w:tcW w:w="67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F8E77F" w14:textId="77777777" w:rsidR="00DA360C" w:rsidRDefault="00000000">
            <w:pPr>
              <w:jc w:val="center"/>
            </w:pPr>
            <w:r>
              <w:rPr>
                <w:color w:val="1F2937"/>
                <w:sz w:val="18"/>
              </w:rPr>
              <w:t>____________________________________________</w:t>
            </w:r>
            <w:r>
              <w:rPr>
                <w:color w:val="1F2937"/>
                <w:sz w:val="18"/>
              </w:rPr>
              <w:br/>
              <w:t>Firma del declarante / representante</w:t>
            </w:r>
          </w:p>
        </w:tc>
        <w:tc>
          <w:tcPr>
            <w:tcW w:w="331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D5B527" w14:textId="77777777" w:rsidR="00DA360C" w:rsidRDefault="00000000">
            <w:pPr>
              <w:jc w:val="center"/>
            </w:pPr>
            <w:r>
              <w:rPr>
                <w:color w:val="1F2937"/>
                <w:sz w:val="18"/>
              </w:rPr>
              <w:t>Huella / sello</w:t>
            </w:r>
            <w:r>
              <w:rPr>
                <w:color w:val="1F2937"/>
                <w:sz w:val="18"/>
              </w:rPr>
              <w:br/>
              <w:t>__________________</w:t>
            </w:r>
          </w:p>
        </w:tc>
      </w:tr>
    </w:tbl>
    <w:p w14:paraId="391585EF" w14:textId="77777777" w:rsidR="00DA360C" w:rsidRPr="00776D50" w:rsidRDefault="00000000">
      <w:pPr>
        <w:spacing w:before="40" w:after="80"/>
        <w:jc w:val="center"/>
        <w:rPr>
          <w:lang w:val="es-PE"/>
        </w:rPr>
      </w:pPr>
      <w:r w:rsidRPr="00776D50">
        <w:rPr>
          <w:color w:val="1F2937"/>
          <w:sz w:val="18"/>
          <w:lang w:val="es-PE"/>
        </w:rPr>
        <w:t>Lugar y fecha: Arequipa, ____ de __________________ de 20____</w:t>
      </w:r>
    </w:p>
    <w:p w14:paraId="09BFEC02" w14:textId="77777777" w:rsidR="00DA360C" w:rsidRPr="00776D50" w:rsidRDefault="00DA360C">
      <w:pPr>
        <w:pageBreakBefore/>
        <w:spacing w:after="0"/>
        <w:rPr>
          <w:lang w:val="es-PE"/>
        </w:rPr>
      </w:pPr>
    </w:p>
    <w:tbl>
      <w:tblPr>
        <w:tblW w:w="0" w:type="auto"/>
        <w:jc w:val="center"/>
        <w:tblBorders>
          <w:top w:val="single" w:sz="4" w:space="0" w:color="9EABB9"/>
          <w:left w:val="single" w:sz="4" w:space="0" w:color="9EABB9"/>
          <w:bottom w:val="single" w:sz="4" w:space="0" w:color="9EABB9"/>
          <w:right w:val="single" w:sz="4" w:space="0" w:color="9EABB9"/>
          <w:insideH w:val="single" w:sz="4" w:space="0" w:color="9EABB9"/>
          <w:insideV w:val="single" w:sz="4" w:space="0" w:color="9EABB9"/>
        </w:tblBorders>
        <w:tblLayout w:type="fixed"/>
        <w:tblLook w:val="04A0" w:firstRow="1" w:lastRow="0" w:firstColumn="1" w:lastColumn="0" w:noHBand="0" w:noVBand="1"/>
      </w:tblPr>
      <w:tblGrid>
        <w:gridCol w:w="1728"/>
        <w:gridCol w:w="6623"/>
        <w:gridCol w:w="1728"/>
      </w:tblGrid>
      <w:tr w:rsidR="00DA360C" w14:paraId="2542565E" w14:textId="77777777">
        <w:trPr>
          <w:jc w:val="center"/>
        </w:trPr>
        <w:tc>
          <w:tcPr>
            <w:tcW w:w="1728" w:type="dxa"/>
            <w:shd w:val="clear" w:color="auto" w:fill="254E86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2CDB576" w14:textId="77777777" w:rsidR="00DA360C" w:rsidRDefault="00000000">
            <w:pPr>
              <w:jc w:val="center"/>
            </w:pPr>
            <w:r>
              <w:rPr>
                <w:b/>
                <w:color w:val="FFFFFF"/>
                <w:sz w:val="19"/>
              </w:rPr>
              <w:t>FP-06A</w:t>
            </w:r>
          </w:p>
        </w:tc>
        <w:tc>
          <w:tcPr>
            <w:tcW w:w="6623" w:type="dxa"/>
            <w:shd w:val="clear" w:color="auto" w:fill="254E86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48B73434" w14:textId="77777777" w:rsidR="00DA360C" w:rsidRPr="00776D50" w:rsidRDefault="00000000">
            <w:pPr>
              <w:jc w:val="center"/>
              <w:rPr>
                <w:lang w:val="es-PE"/>
              </w:rPr>
            </w:pPr>
            <w:r w:rsidRPr="00776D50">
              <w:rPr>
                <w:b/>
                <w:color w:val="FFFFFF"/>
                <w:sz w:val="22"/>
                <w:lang w:val="es-PE"/>
              </w:rPr>
              <w:t>RELACIÓN ACTUALIZADA DE SOCIOS Y RESPONSABLES</w:t>
            </w:r>
          </w:p>
        </w:tc>
        <w:tc>
          <w:tcPr>
            <w:tcW w:w="1728" w:type="dxa"/>
            <w:shd w:val="clear" w:color="auto" w:fill="7B1F2A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75A7B8B" w14:textId="77777777" w:rsidR="00DA360C" w:rsidRDefault="00000000">
            <w:pPr>
              <w:jc w:val="center"/>
            </w:pPr>
            <w:r>
              <w:rPr>
                <w:b/>
                <w:color w:val="FFFFFF"/>
                <w:sz w:val="19"/>
              </w:rPr>
              <w:t>OBLIGATORIO</w:t>
            </w:r>
          </w:p>
        </w:tc>
      </w:tr>
      <w:tr w:rsidR="00DA360C" w14:paraId="3C61DE98" w14:textId="77777777">
        <w:trPr>
          <w:jc w:val="center"/>
        </w:trPr>
        <w:tc>
          <w:tcPr>
            <w:tcW w:w="1728" w:type="dxa"/>
            <w:shd w:val="clear" w:color="auto" w:fill="EAF1F8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CF829F0" w14:textId="77777777" w:rsidR="00DA360C" w:rsidRPr="00776D50" w:rsidRDefault="00000000">
            <w:pPr>
              <w:jc w:val="center"/>
              <w:rPr>
                <w:lang w:val="es-PE"/>
              </w:rPr>
            </w:pPr>
            <w:r w:rsidRPr="00776D50">
              <w:rPr>
                <w:b/>
                <w:color w:val="1E3E6E"/>
                <w:sz w:val="17"/>
                <w:lang w:val="es-PE"/>
              </w:rPr>
              <w:t>Regularización de Sociedad de Auditoría</w:t>
            </w:r>
          </w:p>
        </w:tc>
        <w:tc>
          <w:tcPr>
            <w:tcW w:w="6623" w:type="dxa"/>
            <w:shd w:val="clear" w:color="auto" w:fill="EAF1F8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76DDB91" w14:textId="77777777" w:rsidR="00DA360C" w:rsidRDefault="00000000">
            <w:pPr>
              <w:jc w:val="center"/>
            </w:pPr>
            <w:r>
              <w:rPr>
                <w:color w:val="1E3E6E"/>
                <w:sz w:val="17"/>
              </w:rPr>
              <w:t>Arts. 17.e y 18</w:t>
            </w:r>
          </w:p>
        </w:tc>
        <w:tc>
          <w:tcPr>
            <w:tcW w:w="1728" w:type="dxa"/>
            <w:shd w:val="clear" w:color="auto" w:fill="FAF4E1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C8D1B6D" w14:textId="77777777" w:rsidR="00DA360C" w:rsidRDefault="00000000">
            <w:pPr>
              <w:jc w:val="center"/>
            </w:pPr>
            <w:r>
              <w:rPr>
                <w:color w:val="7B1F2A"/>
                <w:sz w:val="17"/>
              </w:rPr>
              <w:t>Carpeta 06</w:t>
            </w:r>
          </w:p>
        </w:tc>
      </w:tr>
    </w:tbl>
    <w:p w14:paraId="11A53753" w14:textId="77777777" w:rsidR="00DA360C" w:rsidRDefault="00DA360C">
      <w:pPr>
        <w:spacing w:after="20"/>
      </w:pPr>
    </w:p>
    <w:tbl>
      <w:tblPr>
        <w:tblW w:w="0" w:type="auto"/>
        <w:jc w:val="center"/>
        <w:tblBorders>
          <w:top w:val="single" w:sz="4" w:space="0" w:color="B8C1CD"/>
          <w:left w:val="single" w:sz="4" w:space="0" w:color="B8C1CD"/>
          <w:bottom w:val="single" w:sz="4" w:space="0" w:color="B8C1CD"/>
          <w:right w:val="single" w:sz="4" w:space="0" w:color="B8C1CD"/>
          <w:insideH w:val="single" w:sz="4" w:space="0" w:color="B8C1CD"/>
          <w:insideV w:val="single" w:sz="4" w:space="0" w:color="B8C1CD"/>
        </w:tblBorders>
        <w:tblLayout w:type="fixed"/>
        <w:tblLook w:val="04A0" w:firstRow="1" w:lastRow="0" w:firstColumn="1" w:lastColumn="0" w:noHBand="0" w:noVBand="1"/>
      </w:tblPr>
      <w:tblGrid>
        <w:gridCol w:w="403"/>
        <w:gridCol w:w="1584"/>
        <w:gridCol w:w="936"/>
        <w:gridCol w:w="936"/>
        <w:gridCol w:w="1036"/>
        <w:gridCol w:w="648"/>
        <w:gridCol w:w="936"/>
        <w:gridCol w:w="1080"/>
        <w:gridCol w:w="1080"/>
        <w:gridCol w:w="1152"/>
        <w:gridCol w:w="1800"/>
        <w:gridCol w:w="6"/>
      </w:tblGrid>
      <w:tr w:rsidR="00DA360C" w14:paraId="5EAE8C50" w14:textId="77777777">
        <w:trPr>
          <w:gridAfter w:val="1"/>
          <w:wAfter w:w="6" w:type="dxa"/>
          <w:jc w:val="center"/>
        </w:trPr>
        <w:tc>
          <w:tcPr>
            <w:tcW w:w="3384" w:type="dxa"/>
            <w:gridSpan w:val="5"/>
            <w:shd w:val="clear" w:color="auto" w:fill="EAF1F8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14:paraId="0A483748" w14:textId="77777777" w:rsidR="00DA360C" w:rsidRDefault="00000000">
            <w:r>
              <w:rPr>
                <w:b/>
                <w:color w:val="1E3E6E"/>
                <w:sz w:val="18"/>
              </w:rPr>
              <w:t>Razón social / denominación social</w:t>
            </w:r>
          </w:p>
        </w:tc>
        <w:tc>
          <w:tcPr>
            <w:tcW w:w="6696" w:type="dxa"/>
            <w:gridSpan w:val="6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14:paraId="0F7D8D9D" w14:textId="77777777" w:rsidR="00DA360C" w:rsidRDefault="00DA360C"/>
        </w:tc>
      </w:tr>
      <w:tr w:rsidR="00DA360C" w14:paraId="16788847" w14:textId="77777777">
        <w:trPr>
          <w:gridAfter w:val="1"/>
          <w:wAfter w:w="6" w:type="dxa"/>
          <w:jc w:val="center"/>
        </w:trPr>
        <w:tc>
          <w:tcPr>
            <w:tcW w:w="3384" w:type="dxa"/>
            <w:gridSpan w:val="5"/>
            <w:shd w:val="clear" w:color="auto" w:fill="EAF1F8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14:paraId="6949AF74" w14:textId="77777777" w:rsidR="00DA360C" w:rsidRDefault="00000000">
            <w:r>
              <w:rPr>
                <w:b/>
                <w:color w:val="1E3E6E"/>
                <w:sz w:val="18"/>
              </w:rPr>
              <w:t>RUC</w:t>
            </w:r>
          </w:p>
        </w:tc>
        <w:tc>
          <w:tcPr>
            <w:tcW w:w="6696" w:type="dxa"/>
            <w:gridSpan w:val="6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14:paraId="4ADCDF8A" w14:textId="77777777" w:rsidR="00DA360C" w:rsidRDefault="00DA360C"/>
        </w:tc>
      </w:tr>
      <w:tr w:rsidR="00DA360C" w:rsidRPr="00776D50" w14:paraId="339A332A" w14:textId="77777777">
        <w:trPr>
          <w:gridAfter w:val="1"/>
          <w:wAfter w:w="6" w:type="dxa"/>
          <w:jc w:val="center"/>
        </w:trPr>
        <w:tc>
          <w:tcPr>
            <w:tcW w:w="3384" w:type="dxa"/>
            <w:gridSpan w:val="5"/>
            <w:shd w:val="clear" w:color="auto" w:fill="EAF1F8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14:paraId="2910C8C9" w14:textId="77777777" w:rsidR="00DA360C" w:rsidRPr="00776D50" w:rsidRDefault="00000000">
            <w:pPr>
              <w:rPr>
                <w:lang w:val="es-PE"/>
              </w:rPr>
            </w:pPr>
            <w:r w:rsidRPr="00776D50">
              <w:rPr>
                <w:b/>
                <w:color w:val="1E3E6E"/>
                <w:sz w:val="18"/>
                <w:lang w:val="es-PE"/>
              </w:rPr>
              <w:t>Registro SOA N.° (si corresponde)</w:t>
            </w:r>
          </w:p>
        </w:tc>
        <w:tc>
          <w:tcPr>
            <w:tcW w:w="6696" w:type="dxa"/>
            <w:gridSpan w:val="6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14:paraId="03F39B51" w14:textId="77777777" w:rsidR="00DA360C" w:rsidRPr="00776D50" w:rsidRDefault="00DA360C">
            <w:pPr>
              <w:rPr>
                <w:lang w:val="es-PE"/>
              </w:rPr>
            </w:pPr>
          </w:p>
        </w:tc>
      </w:tr>
      <w:tr w:rsidR="00DA360C" w14:paraId="1EF4E501" w14:textId="77777777">
        <w:trPr>
          <w:gridAfter w:val="1"/>
          <w:wAfter w:w="6" w:type="dxa"/>
          <w:jc w:val="center"/>
        </w:trPr>
        <w:tc>
          <w:tcPr>
            <w:tcW w:w="3384" w:type="dxa"/>
            <w:gridSpan w:val="5"/>
            <w:shd w:val="clear" w:color="auto" w:fill="EAF1F8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14:paraId="3DA9A9B3" w14:textId="77777777" w:rsidR="00DA360C" w:rsidRDefault="00000000">
            <w:r>
              <w:rPr>
                <w:b/>
                <w:color w:val="1E3E6E"/>
                <w:sz w:val="18"/>
              </w:rPr>
              <w:t>Representante legal</w:t>
            </w:r>
          </w:p>
        </w:tc>
        <w:tc>
          <w:tcPr>
            <w:tcW w:w="6696" w:type="dxa"/>
            <w:gridSpan w:val="6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14:paraId="30E010E5" w14:textId="77777777" w:rsidR="00DA360C" w:rsidRDefault="00DA360C"/>
        </w:tc>
      </w:tr>
      <w:tr w:rsidR="00DA360C" w14:paraId="7C4BFFD4" w14:textId="77777777">
        <w:tblPrEx>
          <w:tblBorders>
            <w:top w:val="single" w:sz="4" w:space="0" w:color="A9B3C1"/>
            <w:left w:val="single" w:sz="4" w:space="0" w:color="A9B3C1"/>
            <w:bottom w:val="single" w:sz="4" w:space="0" w:color="A9B3C1"/>
            <w:right w:val="single" w:sz="4" w:space="0" w:color="A9B3C1"/>
            <w:insideH w:val="single" w:sz="4" w:space="0" w:color="A9B3C1"/>
            <w:insideV w:val="single" w:sz="4" w:space="0" w:color="A9B3C1"/>
          </w:tblBorders>
        </w:tblPrEx>
        <w:trPr>
          <w:tblHeader/>
          <w:jc w:val="center"/>
        </w:trPr>
        <w:tc>
          <w:tcPr>
            <w:tcW w:w="403" w:type="dxa"/>
            <w:shd w:val="clear" w:color="auto" w:fill="254E86"/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14:paraId="3402199A" w14:textId="77777777" w:rsidR="00DA360C" w:rsidRDefault="00000000">
            <w:pPr>
              <w:jc w:val="center"/>
            </w:pPr>
            <w:r>
              <w:rPr>
                <w:b/>
                <w:color w:val="FFFFFF"/>
                <w:sz w:val="13"/>
              </w:rPr>
              <w:t>N.°</w:t>
            </w:r>
          </w:p>
        </w:tc>
        <w:tc>
          <w:tcPr>
            <w:tcW w:w="1584" w:type="dxa"/>
            <w:shd w:val="clear" w:color="auto" w:fill="254E86"/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14:paraId="4F9CF24D" w14:textId="77777777" w:rsidR="00DA360C" w:rsidRDefault="00000000">
            <w:pPr>
              <w:jc w:val="center"/>
            </w:pPr>
            <w:r>
              <w:rPr>
                <w:b/>
                <w:color w:val="FFFFFF"/>
                <w:sz w:val="13"/>
              </w:rPr>
              <w:t>Socio</w:t>
            </w:r>
          </w:p>
        </w:tc>
        <w:tc>
          <w:tcPr>
            <w:tcW w:w="936" w:type="dxa"/>
            <w:shd w:val="clear" w:color="auto" w:fill="254E86"/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14:paraId="53084724" w14:textId="77777777" w:rsidR="00DA360C" w:rsidRDefault="00000000">
            <w:pPr>
              <w:jc w:val="center"/>
            </w:pPr>
            <w:r>
              <w:rPr>
                <w:b/>
                <w:color w:val="FFFFFF"/>
                <w:sz w:val="13"/>
              </w:rPr>
              <w:t>DNI</w:t>
            </w:r>
          </w:p>
        </w:tc>
        <w:tc>
          <w:tcPr>
            <w:tcW w:w="936" w:type="dxa"/>
            <w:shd w:val="clear" w:color="auto" w:fill="254E86"/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14:paraId="7F9E21BE" w14:textId="77777777" w:rsidR="00DA360C" w:rsidRDefault="00000000">
            <w:pPr>
              <w:jc w:val="center"/>
            </w:pPr>
            <w:r>
              <w:rPr>
                <w:b/>
                <w:color w:val="FFFFFF"/>
                <w:sz w:val="13"/>
              </w:rPr>
              <w:t>Colegio</w:t>
            </w:r>
          </w:p>
        </w:tc>
        <w:tc>
          <w:tcPr>
            <w:tcW w:w="1036" w:type="dxa"/>
            <w:shd w:val="clear" w:color="auto" w:fill="254E86"/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14:paraId="708164EA" w14:textId="77777777" w:rsidR="00DA360C" w:rsidRDefault="00000000">
            <w:pPr>
              <w:jc w:val="center"/>
            </w:pPr>
            <w:r>
              <w:rPr>
                <w:b/>
                <w:color w:val="FFFFFF"/>
                <w:sz w:val="13"/>
              </w:rPr>
              <w:t>Matrícula CPC</w:t>
            </w:r>
          </w:p>
        </w:tc>
        <w:tc>
          <w:tcPr>
            <w:tcW w:w="648" w:type="dxa"/>
            <w:shd w:val="clear" w:color="auto" w:fill="254E86"/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14:paraId="2F095E9E" w14:textId="77777777" w:rsidR="00DA360C" w:rsidRDefault="00000000">
            <w:pPr>
              <w:jc w:val="center"/>
            </w:pPr>
            <w:r>
              <w:rPr>
                <w:b/>
                <w:color w:val="FFFFFF"/>
                <w:sz w:val="13"/>
              </w:rPr>
              <w:t>Hábil</w:t>
            </w:r>
          </w:p>
        </w:tc>
        <w:tc>
          <w:tcPr>
            <w:tcW w:w="936" w:type="dxa"/>
            <w:shd w:val="clear" w:color="auto" w:fill="254E86"/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14:paraId="157FA5BF" w14:textId="77777777" w:rsidR="00DA360C" w:rsidRDefault="00000000">
            <w:pPr>
              <w:jc w:val="center"/>
            </w:pPr>
            <w:r>
              <w:rPr>
                <w:b/>
                <w:color w:val="FFFFFF"/>
                <w:sz w:val="13"/>
              </w:rPr>
              <w:t>Registro AI</w:t>
            </w:r>
          </w:p>
        </w:tc>
        <w:tc>
          <w:tcPr>
            <w:tcW w:w="1080" w:type="dxa"/>
            <w:shd w:val="clear" w:color="auto" w:fill="254E86"/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14:paraId="5D065BC3" w14:textId="77777777" w:rsidR="00DA360C" w:rsidRDefault="00000000">
            <w:pPr>
              <w:jc w:val="center"/>
            </w:pPr>
            <w:r>
              <w:rPr>
                <w:b/>
                <w:color w:val="FFFFFF"/>
                <w:sz w:val="13"/>
              </w:rPr>
              <w:t>Inicio vigencia AI</w:t>
            </w:r>
          </w:p>
        </w:tc>
        <w:tc>
          <w:tcPr>
            <w:tcW w:w="1080" w:type="dxa"/>
            <w:shd w:val="clear" w:color="auto" w:fill="254E86"/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14:paraId="57FB3DB3" w14:textId="77777777" w:rsidR="00DA360C" w:rsidRDefault="00000000">
            <w:pPr>
              <w:jc w:val="center"/>
            </w:pPr>
            <w:r>
              <w:rPr>
                <w:b/>
                <w:color w:val="FFFFFF"/>
                <w:sz w:val="13"/>
              </w:rPr>
              <w:t>Fin vigencia AI</w:t>
            </w:r>
          </w:p>
        </w:tc>
        <w:tc>
          <w:tcPr>
            <w:tcW w:w="1152" w:type="dxa"/>
            <w:shd w:val="clear" w:color="auto" w:fill="254E86"/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14:paraId="5C7AF183" w14:textId="77777777" w:rsidR="00DA360C" w:rsidRDefault="00000000">
            <w:pPr>
              <w:jc w:val="center"/>
            </w:pPr>
            <w:r>
              <w:rPr>
                <w:b/>
                <w:color w:val="FFFFFF"/>
                <w:sz w:val="13"/>
              </w:rPr>
              <w:t>Rol</w:t>
            </w:r>
          </w:p>
        </w:tc>
        <w:tc>
          <w:tcPr>
            <w:tcW w:w="1655" w:type="dxa"/>
            <w:gridSpan w:val="2"/>
            <w:shd w:val="clear" w:color="auto" w:fill="254E86"/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14:paraId="73902799" w14:textId="77777777" w:rsidR="00DA360C" w:rsidRDefault="00000000">
            <w:pPr>
              <w:jc w:val="center"/>
            </w:pPr>
            <w:r>
              <w:rPr>
                <w:b/>
                <w:color w:val="FFFFFF"/>
                <w:sz w:val="13"/>
              </w:rPr>
              <w:t>¿Ejerce auditoría / suscribe?</w:t>
            </w:r>
          </w:p>
        </w:tc>
      </w:tr>
      <w:tr w:rsidR="00DA360C" w14:paraId="755471F1" w14:textId="77777777">
        <w:tblPrEx>
          <w:tblBorders>
            <w:top w:val="single" w:sz="4" w:space="0" w:color="A9B3C1"/>
            <w:left w:val="single" w:sz="4" w:space="0" w:color="A9B3C1"/>
            <w:bottom w:val="single" w:sz="4" w:space="0" w:color="A9B3C1"/>
            <w:right w:val="single" w:sz="4" w:space="0" w:color="A9B3C1"/>
            <w:insideH w:val="single" w:sz="4" w:space="0" w:color="A9B3C1"/>
            <w:insideV w:val="single" w:sz="4" w:space="0" w:color="A9B3C1"/>
          </w:tblBorders>
        </w:tblPrEx>
        <w:trPr>
          <w:jc w:val="center"/>
        </w:trPr>
        <w:tc>
          <w:tcPr>
            <w:tcW w:w="403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AA273E9" w14:textId="77777777" w:rsidR="00DA360C" w:rsidRDefault="00000000">
            <w:pPr>
              <w:jc w:val="center"/>
            </w:pPr>
            <w:r>
              <w:rPr>
                <w:color w:val="1F2937"/>
                <w:sz w:val="13"/>
              </w:rPr>
              <w:t>1</w:t>
            </w:r>
          </w:p>
        </w:tc>
        <w:tc>
          <w:tcPr>
            <w:tcW w:w="158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54569EB" w14:textId="77777777" w:rsidR="00DA360C" w:rsidRDefault="00DA360C"/>
        </w:tc>
        <w:tc>
          <w:tcPr>
            <w:tcW w:w="936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2FD1FA9" w14:textId="77777777" w:rsidR="00DA360C" w:rsidRDefault="00DA360C"/>
        </w:tc>
        <w:tc>
          <w:tcPr>
            <w:tcW w:w="936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3B44E37" w14:textId="77777777" w:rsidR="00DA360C" w:rsidRDefault="00DA360C"/>
        </w:tc>
        <w:tc>
          <w:tcPr>
            <w:tcW w:w="1036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7297A2F" w14:textId="77777777" w:rsidR="00DA360C" w:rsidRDefault="00DA360C"/>
        </w:tc>
        <w:tc>
          <w:tcPr>
            <w:tcW w:w="64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D412DA0" w14:textId="77777777" w:rsidR="00DA360C" w:rsidRDefault="00DA360C"/>
        </w:tc>
        <w:tc>
          <w:tcPr>
            <w:tcW w:w="936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88010B8" w14:textId="77777777" w:rsidR="00DA360C" w:rsidRDefault="00DA360C"/>
        </w:tc>
        <w:tc>
          <w:tcPr>
            <w:tcW w:w="108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40E2229" w14:textId="77777777" w:rsidR="00DA360C" w:rsidRDefault="00DA360C"/>
        </w:tc>
        <w:tc>
          <w:tcPr>
            <w:tcW w:w="108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D414507" w14:textId="77777777" w:rsidR="00DA360C" w:rsidRDefault="00DA360C"/>
        </w:tc>
        <w:tc>
          <w:tcPr>
            <w:tcW w:w="115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C01F7FB" w14:textId="77777777" w:rsidR="00DA360C" w:rsidRDefault="00DA360C"/>
        </w:tc>
        <w:tc>
          <w:tcPr>
            <w:tcW w:w="1655" w:type="dxa"/>
            <w:gridSpan w:val="2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2933B3D" w14:textId="77777777" w:rsidR="00DA360C" w:rsidRDefault="00DA360C"/>
        </w:tc>
      </w:tr>
      <w:tr w:rsidR="00DA360C" w14:paraId="1B5EFCE9" w14:textId="77777777">
        <w:tblPrEx>
          <w:tblBorders>
            <w:top w:val="single" w:sz="4" w:space="0" w:color="A9B3C1"/>
            <w:left w:val="single" w:sz="4" w:space="0" w:color="A9B3C1"/>
            <w:bottom w:val="single" w:sz="4" w:space="0" w:color="A9B3C1"/>
            <w:right w:val="single" w:sz="4" w:space="0" w:color="A9B3C1"/>
            <w:insideH w:val="single" w:sz="4" w:space="0" w:color="A9B3C1"/>
            <w:insideV w:val="single" w:sz="4" w:space="0" w:color="A9B3C1"/>
          </w:tblBorders>
        </w:tblPrEx>
        <w:trPr>
          <w:jc w:val="center"/>
        </w:trPr>
        <w:tc>
          <w:tcPr>
            <w:tcW w:w="403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3A42223" w14:textId="77777777" w:rsidR="00DA360C" w:rsidRDefault="00000000">
            <w:pPr>
              <w:jc w:val="center"/>
            </w:pPr>
            <w:r>
              <w:rPr>
                <w:color w:val="1F2937"/>
                <w:sz w:val="13"/>
              </w:rPr>
              <w:t>2</w:t>
            </w:r>
          </w:p>
        </w:tc>
        <w:tc>
          <w:tcPr>
            <w:tcW w:w="158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ABE6EA9" w14:textId="77777777" w:rsidR="00DA360C" w:rsidRDefault="00DA360C"/>
        </w:tc>
        <w:tc>
          <w:tcPr>
            <w:tcW w:w="936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6A809FC" w14:textId="77777777" w:rsidR="00DA360C" w:rsidRDefault="00DA360C"/>
        </w:tc>
        <w:tc>
          <w:tcPr>
            <w:tcW w:w="936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793D20D" w14:textId="77777777" w:rsidR="00DA360C" w:rsidRDefault="00DA360C"/>
        </w:tc>
        <w:tc>
          <w:tcPr>
            <w:tcW w:w="1036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CEE1DD5" w14:textId="77777777" w:rsidR="00DA360C" w:rsidRDefault="00DA360C"/>
        </w:tc>
        <w:tc>
          <w:tcPr>
            <w:tcW w:w="64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5FB3771" w14:textId="77777777" w:rsidR="00DA360C" w:rsidRDefault="00DA360C"/>
        </w:tc>
        <w:tc>
          <w:tcPr>
            <w:tcW w:w="936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18AB354" w14:textId="77777777" w:rsidR="00DA360C" w:rsidRDefault="00DA360C"/>
        </w:tc>
        <w:tc>
          <w:tcPr>
            <w:tcW w:w="108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10E9015" w14:textId="77777777" w:rsidR="00DA360C" w:rsidRDefault="00DA360C"/>
        </w:tc>
        <w:tc>
          <w:tcPr>
            <w:tcW w:w="108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6BA450E" w14:textId="77777777" w:rsidR="00DA360C" w:rsidRDefault="00DA360C"/>
        </w:tc>
        <w:tc>
          <w:tcPr>
            <w:tcW w:w="115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2F7F23D" w14:textId="77777777" w:rsidR="00DA360C" w:rsidRDefault="00DA360C"/>
        </w:tc>
        <w:tc>
          <w:tcPr>
            <w:tcW w:w="1655" w:type="dxa"/>
            <w:gridSpan w:val="2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D150B4B" w14:textId="77777777" w:rsidR="00DA360C" w:rsidRDefault="00DA360C"/>
        </w:tc>
      </w:tr>
      <w:tr w:rsidR="00DA360C" w14:paraId="566944D1" w14:textId="77777777">
        <w:tblPrEx>
          <w:tblBorders>
            <w:top w:val="single" w:sz="4" w:space="0" w:color="A9B3C1"/>
            <w:left w:val="single" w:sz="4" w:space="0" w:color="A9B3C1"/>
            <w:bottom w:val="single" w:sz="4" w:space="0" w:color="A9B3C1"/>
            <w:right w:val="single" w:sz="4" w:space="0" w:color="A9B3C1"/>
            <w:insideH w:val="single" w:sz="4" w:space="0" w:color="A9B3C1"/>
            <w:insideV w:val="single" w:sz="4" w:space="0" w:color="A9B3C1"/>
          </w:tblBorders>
        </w:tblPrEx>
        <w:trPr>
          <w:jc w:val="center"/>
        </w:trPr>
        <w:tc>
          <w:tcPr>
            <w:tcW w:w="403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619471F" w14:textId="77777777" w:rsidR="00DA360C" w:rsidRDefault="00000000">
            <w:pPr>
              <w:jc w:val="center"/>
            </w:pPr>
            <w:r>
              <w:rPr>
                <w:color w:val="1F2937"/>
                <w:sz w:val="13"/>
              </w:rPr>
              <w:t>3</w:t>
            </w:r>
          </w:p>
        </w:tc>
        <w:tc>
          <w:tcPr>
            <w:tcW w:w="158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2CA26E3" w14:textId="77777777" w:rsidR="00DA360C" w:rsidRDefault="00DA360C"/>
        </w:tc>
        <w:tc>
          <w:tcPr>
            <w:tcW w:w="936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04295E7" w14:textId="77777777" w:rsidR="00DA360C" w:rsidRDefault="00DA360C"/>
        </w:tc>
        <w:tc>
          <w:tcPr>
            <w:tcW w:w="936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57D84AD" w14:textId="77777777" w:rsidR="00DA360C" w:rsidRDefault="00DA360C"/>
        </w:tc>
        <w:tc>
          <w:tcPr>
            <w:tcW w:w="1036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B57BECF" w14:textId="77777777" w:rsidR="00DA360C" w:rsidRDefault="00DA360C"/>
        </w:tc>
        <w:tc>
          <w:tcPr>
            <w:tcW w:w="64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03FDC80" w14:textId="77777777" w:rsidR="00DA360C" w:rsidRDefault="00DA360C"/>
        </w:tc>
        <w:tc>
          <w:tcPr>
            <w:tcW w:w="936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CFAD10B" w14:textId="77777777" w:rsidR="00DA360C" w:rsidRDefault="00DA360C"/>
        </w:tc>
        <w:tc>
          <w:tcPr>
            <w:tcW w:w="108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D329C31" w14:textId="77777777" w:rsidR="00DA360C" w:rsidRDefault="00DA360C"/>
        </w:tc>
        <w:tc>
          <w:tcPr>
            <w:tcW w:w="108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99ECDC1" w14:textId="77777777" w:rsidR="00DA360C" w:rsidRDefault="00DA360C"/>
        </w:tc>
        <w:tc>
          <w:tcPr>
            <w:tcW w:w="115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C4849AB" w14:textId="77777777" w:rsidR="00DA360C" w:rsidRDefault="00DA360C"/>
        </w:tc>
        <w:tc>
          <w:tcPr>
            <w:tcW w:w="1655" w:type="dxa"/>
            <w:gridSpan w:val="2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C3EF5D2" w14:textId="77777777" w:rsidR="00DA360C" w:rsidRDefault="00DA360C"/>
        </w:tc>
      </w:tr>
      <w:tr w:rsidR="00DA360C" w14:paraId="2AB875BA" w14:textId="77777777">
        <w:tblPrEx>
          <w:tblBorders>
            <w:top w:val="single" w:sz="4" w:space="0" w:color="A9B3C1"/>
            <w:left w:val="single" w:sz="4" w:space="0" w:color="A9B3C1"/>
            <w:bottom w:val="single" w:sz="4" w:space="0" w:color="A9B3C1"/>
            <w:right w:val="single" w:sz="4" w:space="0" w:color="A9B3C1"/>
            <w:insideH w:val="single" w:sz="4" w:space="0" w:color="A9B3C1"/>
            <w:insideV w:val="single" w:sz="4" w:space="0" w:color="A9B3C1"/>
          </w:tblBorders>
        </w:tblPrEx>
        <w:trPr>
          <w:jc w:val="center"/>
        </w:trPr>
        <w:tc>
          <w:tcPr>
            <w:tcW w:w="403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F81E35D" w14:textId="77777777" w:rsidR="00DA360C" w:rsidRDefault="00000000">
            <w:pPr>
              <w:jc w:val="center"/>
            </w:pPr>
            <w:r>
              <w:rPr>
                <w:color w:val="1F2937"/>
                <w:sz w:val="13"/>
              </w:rPr>
              <w:t>4</w:t>
            </w:r>
          </w:p>
        </w:tc>
        <w:tc>
          <w:tcPr>
            <w:tcW w:w="158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4FC2DAB" w14:textId="77777777" w:rsidR="00DA360C" w:rsidRDefault="00DA360C"/>
        </w:tc>
        <w:tc>
          <w:tcPr>
            <w:tcW w:w="936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970CC84" w14:textId="77777777" w:rsidR="00DA360C" w:rsidRDefault="00DA360C"/>
        </w:tc>
        <w:tc>
          <w:tcPr>
            <w:tcW w:w="936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762C42A" w14:textId="77777777" w:rsidR="00DA360C" w:rsidRDefault="00DA360C"/>
        </w:tc>
        <w:tc>
          <w:tcPr>
            <w:tcW w:w="1036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30C3B6E" w14:textId="77777777" w:rsidR="00DA360C" w:rsidRDefault="00DA360C"/>
        </w:tc>
        <w:tc>
          <w:tcPr>
            <w:tcW w:w="64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75098F7" w14:textId="77777777" w:rsidR="00DA360C" w:rsidRDefault="00DA360C"/>
        </w:tc>
        <w:tc>
          <w:tcPr>
            <w:tcW w:w="936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A0929CD" w14:textId="77777777" w:rsidR="00DA360C" w:rsidRDefault="00DA360C"/>
        </w:tc>
        <w:tc>
          <w:tcPr>
            <w:tcW w:w="108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C9570CB" w14:textId="77777777" w:rsidR="00DA360C" w:rsidRDefault="00DA360C"/>
        </w:tc>
        <w:tc>
          <w:tcPr>
            <w:tcW w:w="108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C14F4FC" w14:textId="77777777" w:rsidR="00DA360C" w:rsidRDefault="00DA360C"/>
        </w:tc>
        <w:tc>
          <w:tcPr>
            <w:tcW w:w="115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B074E32" w14:textId="77777777" w:rsidR="00DA360C" w:rsidRDefault="00DA360C"/>
        </w:tc>
        <w:tc>
          <w:tcPr>
            <w:tcW w:w="1655" w:type="dxa"/>
            <w:gridSpan w:val="2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24FCEAC" w14:textId="77777777" w:rsidR="00DA360C" w:rsidRDefault="00DA360C"/>
        </w:tc>
      </w:tr>
      <w:tr w:rsidR="00DA360C" w14:paraId="398314CA" w14:textId="77777777">
        <w:tblPrEx>
          <w:tblBorders>
            <w:top w:val="single" w:sz="4" w:space="0" w:color="A9B3C1"/>
            <w:left w:val="single" w:sz="4" w:space="0" w:color="A9B3C1"/>
            <w:bottom w:val="single" w:sz="4" w:space="0" w:color="A9B3C1"/>
            <w:right w:val="single" w:sz="4" w:space="0" w:color="A9B3C1"/>
            <w:insideH w:val="single" w:sz="4" w:space="0" w:color="A9B3C1"/>
            <w:insideV w:val="single" w:sz="4" w:space="0" w:color="A9B3C1"/>
          </w:tblBorders>
        </w:tblPrEx>
        <w:trPr>
          <w:jc w:val="center"/>
        </w:trPr>
        <w:tc>
          <w:tcPr>
            <w:tcW w:w="403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18920DD" w14:textId="77777777" w:rsidR="00DA360C" w:rsidRDefault="00000000">
            <w:pPr>
              <w:jc w:val="center"/>
            </w:pPr>
            <w:r>
              <w:rPr>
                <w:color w:val="1F2937"/>
                <w:sz w:val="13"/>
              </w:rPr>
              <w:t>5</w:t>
            </w:r>
          </w:p>
        </w:tc>
        <w:tc>
          <w:tcPr>
            <w:tcW w:w="158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4BE6BEC" w14:textId="77777777" w:rsidR="00DA360C" w:rsidRDefault="00DA360C"/>
        </w:tc>
        <w:tc>
          <w:tcPr>
            <w:tcW w:w="936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83EE19A" w14:textId="77777777" w:rsidR="00DA360C" w:rsidRDefault="00DA360C"/>
        </w:tc>
        <w:tc>
          <w:tcPr>
            <w:tcW w:w="936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F619E01" w14:textId="77777777" w:rsidR="00DA360C" w:rsidRDefault="00DA360C"/>
        </w:tc>
        <w:tc>
          <w:tcPr>
            <w:tcW w:w="1036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EF76AC2" w14:textId="77777777" w:rsidR="00DA360C" w:rsidRDefault="00DA360C"/>
        </w:tc>
        <w:tc>
          <w:tcPr>
            <w:tcW w:w="64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4C74ABA" w14:textId="77777777" w:rsidR="00DA360C" w:rsidRDefault="00DA360C"/>
        </w:tc>
        <w:tc>
          <w:tcPr>
            <w:tcW w:w="936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C8A8887" w14:textId="77777777" w:rsidR="00DA360C" w:rsidRDefault="00DA360C"/>
        </w:tc>
        <w:tc>
          <w:tcPr>
            <w:tcW w:w="108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9A47D68" w14:textId="77777777" w:rsidR="00DA360C" w:rsidRDefault="00DA360C"/>
        </w:tc>
        <w:tc>
          <w:tcPr>
            <w:tcW w:w="108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66BDADF" w14:textId="77777777" w:rsidR="00DA360C" w:rsidRDefault="00DA360C"/>
        </w:tc>
        <w:tc>
          <w:tcPr>
            <w:tcW w:w="115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2B8598F" w14:textId="77777777" w:rsidR="00DA360C" w:rsidRDefault="00DA360C"/>
        </w:tc>
        <w:tc>
          <w:tcPr>
            <w:tcW w:w="1655" w:type="dxa"/>
            <w:gridSpan w:val="2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5506D6F" w14:textId="77777777" w:rsidR="00DA360C" w:rsidRDefault="00DA360C"/>
        </w:tc>
      </w:tr>
      <w:tr w:rsidR="00DA360C" w14:paraId="4C72EA59" w14:textId="77777777">
        <w:tblPrEx>
          <w:tblBorders>
            <w:top w:val="single" w:sz="4" w:space="0" w:color="A9B3C1"/>
            <w:left w:val="single" w:sz="4" w:space="0" w:color="A9B3C1"/>
            <w:bottom w:val="single" w:sz="4" w:space="0" w:color="A9B3C1"/>
            <w:right w:val="single" w:sz="4" w:space="0" w:color="A9B3C1"/>
            <w:insideH w:val="single" w:sz="4" w:space="0" w:color="A9B3C1"/>
            <w:insideV w:val="single" w:sz="4" w:space="0" w:color="A9B3C1"/>
          </w:tblBorders>
        </w:tblPrEx>
        <w:trPr>
          <w:jc w:val="center"/>
        </w:trPr>
        <w:tc>
          <w:tcPr>
            <w:tcW w:w="403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4C15E93" w14:textId="77777777" w:rsidR="00DA360C" w:rsidRDefault="00000000">
            <w:pPr>
              <w:jc w:val="center"/>
            </w:pPr>
            <w:r>
              <w:rPr>
                <w:color w:val="1F2937"/>
                <w:sz w:val="13"/>
              </w:rPr>
              <w:t>6</w:t>
            </w:r>
          </w:p>
        </w:tc>
        <w:tc>
          <w:tcPr>
            <w:tcW w:w="158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9561B66" w14:textId="77777777" w:rsidR="00DA360C" w:rsidRDefault="00DA360C"/>
        </w:tc>
        <w:tc>
          <w:tcPr>
            <w:tcW w:w="936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765E468" w14:textId="77777777" w:rsidR="00DA360C" w:rsidRDefault="00DA360C"/>
        </w:tc>
        <w:tc>
          <w:tcPr>
            <w:tcW w:w="936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AF84724" w14:textId="77777777" w:rsidR="00DA360C" w:rsidRDefault="00DA360C"/>
        </w:tc>
        <w:tc>
          <w:tcPr>
            <w:tcW w:w="1036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1CE165C" w14:textId="77777777" w:rsidR="00DA360C" w:rsidRDefault="00DA360C"/>
        </w:tc>
        <w:tc>
          <w:tcPr>
            <w:tcW w:w="64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A3C7893" w14:textId="77777777" w:rsidR="00DA360C" w:rsidRDefault="00DA360C"/>
        </w:tc>
        <w:tc>
          <w:tcPr>
            <w:tcW w:w="936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CEA7F3D" w14:textId="77777777" w:rsidR="00DA360C" w:rsidRDefault="00DA360C"/>
        </w:tc>
        <w:tc>
          <w:tcPr>
            <w:tcW w:w="108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B201DDB" w14:textId="77777777" w:rsidR="00DA360C" w:rsidRDefault="00DA360C"/>
        </w:tc>
        <w:tc>
          <w:tcPr>
            <w:tcW w:w="108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A26141B" w14:textId="77777777" w:rsidR="00DA360C" w:rsidRDefault="00DA360C"/>
        </w:tc>
        <w:tc>
          <w:tcPr>
            <w:tcW w:w="115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1DE1677" w14:textId="77777777" w:rsidR="00DA360C" w:rsidRDefault="00DA360C"/>
        </w:tc>
        <w:tc>
          <w:tcPr>
            <w:tcW w:w="1655" w:type="dxa"/>
            <w:gridSpan w:val="2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010B815" w14:textId="77777777" w:rsidR="00DA360C" w:rsidRDefault="00DA360C"/>
        </w:tc>
      </w:tr>
    </w:tbl>
    <w:p w14:paraId="6F9547BF" w14:textId="77777777" w:rsidR="00DA360C" w:rsidRDefault="00DA360C">
      <w:pPr>
        <w:spacing w:after="20"/>
      </w:pPr>
    </w:p>
    <w:tbl>
      <w:tblPr>
        <w:tblW w:w="0" w:type="auto"/>
        <w:jc w:val="center"/>
        <w:tblBorders>
          <w:top w:val="single" w:sz="0" w:space="0" w:color="FFFFFF"/>
          <w:left w:val="single" w:sz="0" w:space="0" w:color="FFFFFF"/>
          <w:bottom w:val="single" w:sz="0" w:space="0" w:color="FFFFFF"/>
          <w:right w:val="single" w:sz="0" w:space="0" w:color="FFFFFF"/>
          <w:insideH w:val="single" w:sz="0" w:space="0" w:color="FFFFFF"/>
          <w:insideV w:val="single" w:sz="0" w:space="0" w:color="FFFFFF"/>
        </w:tblBorders>
        <w:tblLayout w:type="fixed"/>
        <w:tblLook w:val="04A0" w:firstRow="1" w:lastRow="0" w:firstColumn="1" w:lastColumn="0" w:noHBand="0" w:noVBand="1"/>
      </w:tblPr>
      <w:tblGrid>
        <w:gridCol w:w="6768"/>
        <w:gridCol w:w="3311"/>
      </w:tblGrid>
      <w:tr w:rsidR="00DA360C" w14:paraId="336D9099" w14:textId="77777777">
        <w:trPr>
          <w:jc w:val="center"/>
        </w:trPr>
        <w:tc>
          <w:tcPr>
            <w:tcW w:w="67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EE6E69" w14:textId="77777777" w:rsidR="00DA360C" w:rsidRDefault="00000000">
            <w:pPr>
              <w:jc w:val="center"/>
            </w:pPr>
            <w:r>
              <w:rPr>
                <w:color w:val="1F2937"/>
                <w:sz w:val="18"/>
              </w:rPr>
              <w:t>____________________________________________</w:t>
            </w:r>
            <w:r>
              <w:rPr>
                <w:color w:val="1F2937"/>
                <w:sz w:val="18"/>
              </w:rPr>
              <w:br/>
              <w:t>Firma del declarante / representante</w:t>
            </w:r>
          </w:p>
        </w:tc>
        <w:tc>
          <w:tcPr>
            <w:tcW w:w="331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0E8E14" w14:textId="77777777" w:rsidR="00DA360C" w:rsidRDefault="00000000">
            <w:pPr>
              <w:jc w:val="center"/>
            </w:pPr>
            <w:r>
              <w:rPr>
                <w:color w:val="1F2937"/>
                <w:sz w:val="18"/>
              </w:rPr>
              <w:t>Huella / sello</w:t>
            </w:r>
            <w:r>
              <w:rPr>
                <w:color w:val="1F2937"/>
                <w:sz w:val="18"/>
              </w:rPr>
              <w:br/>
              <w:t>__________________</w:t>
            </w:r>
          </w:p>
        </w:tc>
      </w:tr>
    </w:tbl>
    <w:p w14:paraId="0D5116D3" w14:textId="77777777" w:rsidR="00DA360C" w:rsidRPr="00776D50" w:rsidRDefault="00000000">
      <w:pPr>
        <w:spacing w:before="40" w:after="80"/>
        <w:jc w:val="center"/>
        <w:rPr>
          <w:lang w:val="es-PE"/>
        </w:rPr>
      </w:pPr>
      <w:r w:rsidRPr="00776D50">
        <w:rPr>
          <w:color w:val="1F2937"/>
          <w:sz w:val="18"/>
          <w:lang w:val="es-PE"/>
        </w:rPr>
        <w:t>Lugar y fecha: Arequipa, ____ de __________________ de 20____</w:t>
      </w:r>
    </w:p>
    <w:p w14:paraId="7AE55CF0" w14:textId="77777777" w:rsidR="00DA360C" w:rsidRPr="00776D50" w:rsidRDefault="00DA360C">
      <w:pPr>
        <w:pageBreakBefore/>
        <w:spacing w:after="0"/>
        <w:rPr>
          <w:lang w:val="es-PE"/>
        </w:rPr>
      </w:pPr>
    </w:p>
    <w:tbl>
      <w:tblPr>
        <w:tblW w:w="0" w:type="auto"/>
        <w:jc w:val="center"/>
        <w:tblBorders>
          <w:top w:val="single" w:sz="4" w:space="0" w:color="9EABB9"/>
          <w:left w:val="single" w:sz="4" w:space="0" w:color="9EABB9"/>
          <w:bottom w:val="single" w:sz="4" w:space="0" w:color="9EABB9"/>
          <w:right w:val="single" w:sz="4" w:space="0" w:color="9EABB9"/>
          <w:insideH w:val="single" w:sz="4" w:space="0" w:color="9EABB9"/>
          <w:insideV w:val="single" w:sz="4" w:space="0" w:color="9EABB9"/>
        </w:tblBorders>
        <w:tblLayout w:type="fixed"/>
        <w:tblLook w:val="04A0" w:firstRow="1" w:lastRow="0" w:firstColumn="1" w:lastColumn="0" w:noHBand="0" w:noVBand="1"/>
      </w:tblPr>
      <w:tblGrid>
        <w:gridCol w:w="1728"/>
        <w:gridCol w:w="6623"/>
        <w:gridCol w:w="1728"/>
      </w:tblGrid>
      <w:tr w:rsidR="00DA360C" w14:paraId="411E46A1" w14:textId="77777777">
        <w:trPr>
          <w:jc w:val="center"/>
        </w:trPr>
        <w:tc>
          <w:tcPr>
            <w:tcW w:w="1728" w:type="dxa"/>
            <w:shd w:val="clear" w:color="auto" w:fill="254E86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4C2B5D8C" w14:textId="77777777" w:rsidR="00DA360C" w:rsidRDefault="00000000">
            <w:pPr>
              <w:jc w:val="center"/>
            </w:pPr>
            <w:r>
              <w:rPr>
                <w:b/>
                <w:color w:val="FFFFFF"/>
                <w:sz w:val="19"/>
              </w:rPr>
              <w:t>FP-04</w:t>
            </w:r>
          </w:p>
        </w:tc>
        <w:tc>
          <w:tcPr>
            <w:tcW w:w="6623" w:type="dxa"/>
            <w:shd w:val="clear" w:color="auto" w:fill="254E86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6B08F2A" w14:textId="77777777" w:rsidR="00DA360C" w:rsidRPr="00776D50" w:rsidRDefault="00000000">
            <w:pPr>
              <w:jc w:val="center"/>
              <w:rPr>
                <w:lang w:val="es-PE"/>
              </w:rPr>
            </w:pPr>
            <w:r w:rsidRPr="00776D50">
              <w:rPr>
                <w:b/>
                <w:color w:val="FFFFFF"/>
                <w:sz w:val="22"/>
                <w:lang w:val="es-PE"/>
              </w:rPr>
              <w:t>FICHA DE FORMACIÓN Y CAPACITACIÓN</w:t>
            </w:r>
          </w:p>
        </w:tc>
        <w:tc>
          <w:tcPr>
            <w:tcW w:w="1728" w:type="dxa"/>
            <w:shd w:val="clear" w:color="auto" w:fill="7B1F2A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E7106CA" w14:textId="77777777" w:rsidR="00DA360C" w:rsidRDefault="00000000">
            <w:pPr>
              <w:jc w:val="center"/>
            </w:pPr>
            <w:r>
              <w:rPr>
                <w:b/>
                <w:color w:val="FFFFFF"/>
                <w:sz w:val="19"/>
              </w:rPr>
              <w:t>OBLIGATORIO</w:t>
            </w:r>
          </w:p>
        </w:tc>
      </w:tr>
      <w:tr w:rsidR="00DA360C" w14:paraId="4F7940C3" w14:textId="77777777">
        <w:trPr>
          <w:jc w:val="center"/>
        </w:trPr>
        <w:tc>
          <w:tcPr>
            <w:tcW w:w="1728" w:type="dxa"/>
            <w:shd w:val="clear" w:color="auto" w:fill="EAF1F8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418860C3" w14:textId="77777777" w:rsidR="00DA360C" w:rsidRPr="00776D50" w:rsidRDefault="00000000">
            <w:pPr>
              <w:jc w:val="center"/>
              <w:rPr>
                <w:lang w:val="es-PE"/>
              </w:rPr>
            </w:pPr>
            <w:r w:rsidRPr="00776D50">
              <w:rPr>
                <w:b/>
                <w:color w:val="1E3E6E"/>
                <w:sz w:val="17"/>
                <w:lang w:val="es-PE"/>
              </w:rPr>
              <w:t>Regularización de Sociedad de Auditoría</w:t>
            </w:r>
          </w:p>
        </w:tc>
        <w:tc>
          <w:tcPr>
            <w:tcW w:w="6623" w:type="dxa"/>
            <w:shd w:val="clear" w:color="auto" w:fill="EAF1F8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7F4DD40" w14:textId="77777777" w:rsidR="00DA360C" w:rsidRDefault="00000000">
            <w:pPr>
              <w:jc w:val="center"/>
            </w:pPr>
            <w:r>
              <w:rPr>
                <w:color w:val="1E3E6E"/>
                <w:sz w:val="17"/>
              </w:rPr>
              <w:t>Arts. 27-28</w:t>
            </w:r>
          </w:p>
        </w:tc>
        <w:tc>
          <w:tcPr>
            <w:tcW w:w="1728" w:type="dxa"/>
            <w:shd w:val="clear" w:color="auto" w:fill="FAF4E1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7D8B3DE" w14:textId="77777777" w:rsidR="00DA360C" w:rsidRDefault="00000000">
            <w:pPr>
              <w:jc w:val="center"/>
            </w:pPr>
            <w:r>
              <w:rPr>
                <w:color w:val="7B1F2A"/>
                <w:sz w:val="17"/>
              </w:rPr>
              <w:t>Carpeta 04</w:t>
            </w:r>
          </w:p>
        </w:tc>
      </w:tr>
    </w:tbl>
    <w:p w14:paraId="79B64F14" w14:textId="77777777" w:rsidR="00DA360C" w:rsidRDefault="00DA360C">
      <w:pPr>
        <w:spacing w:after="20"/>
      </w:pPr>
    </w:p>
    <w:tbl>
      <w:tblPr>
        <w:tblW w:w="0" w:type="auto"/>
        <w:jc w:val="center"/>
        <w:tblBorders>
          <w:top w:val="single" w:sz="4" w:space="0" w:color="B8C1CD"/>
          <w:left w:val="single" w:sz="4" w:space="0" w:color="B8C1CD"/>
          <w:bottom w:val="single" w:sz="4" w:space="0" w:color="B8C1CD"/>
          <w:right w:val="single" w:sz="4" w:space="0" w:color="B8C1CD"/>
          <w:insideH w:val="single" w:sz="4" w:space="0" w:color="B8C1CD"/>
          <w:insideV w:val="single" w:sz="4" w:space="0" w:color="B8C1CD"/>
        </w:tblBorders>
        <w:tblLayout w:type="fixed"/>
        <w:tblLook w:val="04A0" w:firstRow="1" w:lastRow="0" w:firstColumn="1" w:lastColumn="0" w:noHBand="0" w:noVBand="1"/>
      </w:tblPr>
      <w:tblGrid>
        <w:gridCol w:w="403"/>
        <w:gridCol w:w="1655"/>
        <w:gridCol w:w="1728"/>
        <w:gridCol w:w="792"/>
        <w:gridCol w:w="792"/>
        <w:gridCol w:w="720"/>
        <w:gridCol w:w="792"/>
        <w:gridCol w:w="1800"/>
        <w:gridCol w:w="1080"/>
        <w:gridCol w:w="1512"/>
        <w:gridCol w:w="6"/>
      </w:tblGrid>
      <w:tr w:rsidR="00DA360C" w14:paraId="56757F02" w14:textId="77777777">
        <w:trPr>
          <w:gridAfter w:val="1"/>
          <w:wAfter w:w="6" w:type="dxa"/>
          <w:jc w:val="center"/>
        </w:trPr>
        <w:tc>
          <w:tcPr>
            <w:tcW w:w="3384" w:type="dxa"/>
            <w:gridSpan w:val="4"/>
            <w:shd w:val="clear" w:color="auto" w:fill="EAF1F8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14:paraId="6204B517" w14:textId="77777777" w:rsidR="00DA360C" w:rsidRDefault="00000000">
            <w:r>
              <w:rPr>
                <w:b/>
                <w:color w:val="1E3E6E"/>
                <w:sz w:val="18"/>
              </w:rPr>
              <w:t>Socio responsable</w:t>
            </w:r>
          </w:p>
        </w:tc>
        <w:tc>
          <w:tcPr>
            <w:tcW w:w="6696" w:type="dxa"/>
            <w:gridSpan w:val="6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14:paraId="69A412E3" w14:textId="77777777" w:rsidR="00DA360C" w:rsidRDefault="00DA360C"/>
        </w:tc>
      </w:tr>
      <w:tr w:rsidR="00DA360C" w14:paraId="47922290" w14:textId="77777777">
        <w:trPr>
          <w:gridAfter w:val="1"/>
          <w:wAfter w:w="6" w:type="dxa"/>
          <w:jc w:val="center"/>
        </w:trPr>
        <w:tc>
          <w:tcPr>
            <w:tcW w:w="3384" w:type="dxa"/>
            <w:gridSpan w:val="4"/>
            <w:shd w:val="clear" w:color="auto" w:fill="EAF1F8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14:paraId="749642D2" w14:textId="77777777" w:rsidR="00DA360C" w:rsidRDefault="00000000">
            <w:r>
              <w:rPr>
                <w:b/>
                <w:color w:val="1E3E6E"/>
                <w:sz w:val="18"/>
              </w:rPr>
              <w:t>DNI</w:t>
            </w:r>
          </w:p>
        </w:tc>
        <w:tc>
          <w:tcPr>
            <w:tcW w:w="6696" w:type="dxa"/>
            <w:gridSpan w:val="6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14:paraId="438E5CFD" w14:textId="77777777" w:rsidR="00DA360C" w:rsidRDefault="00DA360C"/>
        </w:tc>
      </w:tr>
      <w:tr w:rsidR="00DA360C" w14:paraId="081F06AB" w14:textId="77777777">
        <w:trPr>
          <w:gridAfter w:val="1"/>
          <w:wAfter w:w="6" w:type="dxa"/>
          <w:jc w:val="center"/>
        </w:trPr>
        <w:tc>
          <w:tcPr>
            <w:tcW w:w="3384" w:type="dxa"/>
            <w:gridSpan w:val="4"/>
            <w:shd w:val="clear" w:color="auto" w:fill="EAF1F8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14:paraId="4C44C12F" w14:textId="77777777" w:rsidR="00DA360C" w:rsidRDefault="00000000">
            <w:r>
              <w:rPr>
                <w:b/>
                <w:color w:val="1E3E6E"/>
                <w:sz w:val="18"/>
              </w:rPr>
              <w:t>Matrícula CPC</w:t>
            </w:r>
          </w:p>
        </w:tc>
        <w:tc>
          <w:tcPr>
            <w:tcW w:w="6696" w:type="dxa"/>
            <w:gridSpan w:val="6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14:paraId="04B3FDDF" w14:textId="77777777" w:rsidR="00DA360C" w:rsidRDefault="00DA360C"/>
        </w:tc>
      </w:tr>
      <w:tr w:rsidR="00DA360C" w14:paraId="206196D0" w14:textId="77777777">
        <w:trPr>
          <w:gridAfter w:val="1"/>
          <w:wAfter w:w="6" w:type="dxa"/>
          <w:jc w:val="center"/>
        </w:trPr>
        <w:tc>
          <w:tcPr>
            <w:tcW w:w="3384" w:type="dxa"/>
            <w:gridSpan w:val="4"/>
            <w:shd w:val="clear" w:color="auto" w:fill="EAF1F8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14:paraId="294F7982" w14:textId="77777777" w:rsidR="00DA360C" w:rsidRDefault="00000000">
            <w:r>
              <w:rPr>
                <w:b/>
                <w:color w:val="1E3E6E"/>
                <w:sz w:val="18"/>
              </w:rPr>
              <w:t>Registro AI</w:t>
            </w:r>
          </w:p>
        </w:tc>
        <w:tc>
          <w:tcPr>
            <w:tcW w:w="6696" w:type="dxa"/>
            <w:gridSpan w:val="6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14:paraId="68F52A38" w14:textId="77777777" w:rsidR="00DA360C" w:rsidRDefault="00DA360C"/>
        </w:tc>
      </w:tr>
      <w:tr w:rsidR="00DA360C" w:rsidRPr="00776D50" w14:paraId="62FD11C0" w14:textId="77777777">
        <w:trPr>
          <w:gridAfter w:val="1"/>
          <w:wAfter w:w="6" w:type="dxa"/>
          <w:jc w:val="center"/>
        </w:trPr>
        <w:tc>
          <w:tcPr>
            <w:tcW w:w="3384" w:type="dxa"/>
            <w:gridSpan w:val="4"/>
            <w:shd w:val="clear" w:color="auto" w:fill="EAF1F8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14:paraId="5AE375B0" w14:textId="77777777" w:rsidR="00DA360C" w:rsidRPr="00776D50" w:rsidRDefault="00000000">
            <w:pPr>
              <w:rPr>
                <w:lang w:val="es-PE"/>
              </w:rPr>
            </w:pPr>
            <w:r w:rsidRPr="00776D50">
              <w:rPr>
                <w:b/>
                <w:color w:val="1E3E6E"/>
                <w:sz w:val="18"/>
                <w:lang w:val="es-PE"/>
              </w:rPr>
              <w:t>Período de vigencia / ventana evaluada</w:t>
            </w:r>
          </w:p>
        </w:tc>
        <w:tc>
          <w:tcPr>
            <w:tcW w:w="6696" w:type="dxa"/>
            <w:gridSpan w:val="6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14:paraId="6326CFC1" w14:textId="77777777" w:rsidR="00DA360C" w:rsidRPr="00776D50" w:rsidRDefault="00DA360C">
            <w:pPr>
              <w:rPr>
                <w:lang w:val="es-PE"/>
              </w:rPr>
            </w:pPr>
          </w:p>
        </w:tc>
      </w:tr>
      <w:tr w:rsidR="00DA360C" w14:paraId="29188EA2" w14:textId="77777777">
        <w:tblPrEx>
          <w:tblBorders>
            <w:top w:val="single" w:sz="4" w:space="0" w:color="A9B3C1"/>
            <w:left w:val="single" w:sz="4" w:space="0" w:color="A9B3C1"/>
            <w:bottom w:val="single" w:sz="4" w:space="0" w:color="A9B3C1"/>
            <w:right w:val="single" w:sz="4" w:space="0" w:color="A9B3C1"/>
            <w:insideH w:val="single" w:sz="4" w:space="0" w:color="A9B3C1"/>
            <w:insideV w:val="single" w:sz="4" w:space="0" w:color="A9B3C1"/>
          </w:tblBorders>
        </w:tblPrEx>
        <w:trPr>
          <w:tblHeader/>
          <w:jc w:val="center"/>
        </w:trPr>
        <w:tc>
          <w:tcPr>
            <w:tcW w:w="403" w:type="dxa"/>
            <w:shd w:val="clear" w:color="auto" w:fill="254E86"/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14:paraId="219EEF82" w14:textId="77777777" w:rsidR="00DA360C" w:rsidRDefault="00000000">
            <w:pPr>
              <w:jc w:val="center"/>
            </w:pPr>
            <w:r>
              <w:rPr>
                <w:b/>
                <w:color w:val="FFFFFF"/>
                <w:sz w:val="13"/>
              </w:rPr>
              <w:t>N.°</w:t>
            </w:r>
          </w:p>
        </w:tc>
        <w:tc>
          <w:tcPr>
            <w:tcW w:w="1655" w:type="dxa"/>
            <w:shd w:val="clear" w:color="auto" w:fill="254E86"/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14:paraId="69571242" w14:textId="77777777" w:rsidR="00DA360C" w:rsidRDefault="00000000">
            <w:pPr>
              <w:jc w:val="center"/>
            </w:pPr>
            <w:r>
              <w:rPr>
                <w:b/>
                <w:color w:val="FFFFFF"/>
                <w:sz w:val="13"/>
              </w:rPr>
              <w:t>Programa / curso</w:t>
            </w:r>
          </w:p>
        </w:tc>
        <w:tc>
          <w:tcPr>
            <w:tcW w:w="1728" w:type="dxa"/>
            <w:shd w:val="clear" w:color="auto" w:fill="254E86"/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14:paraId="4C646B7B" w14:textId="77777777" w:rsidR="00DA360C" w:rsidRDefault="00000000">
            <w:pPr>
              <w:jc w:val="center"/>
            </w:pPr>
            <w:r>
              <w:rPr>
                <w:b/>
                <w:color w:val="FFFFFF"/>
                <w:sz w:val="13"/>
              </w:rPr>
              <w:t>Institución</w:t>
            </w:r>
          </w:p>
        </w:tc>
        <w:tc>
          <w:tcPr>
            <w:tcW w:w="792" w:type="dxa"/>
            <w:shd w:val="clear" w:color="auto" w:fill="254E86"/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14:paraId="437C310A" w14:textId="77777777" w:rsidR="00DA360C" w:rsidRDefault="00000000">
            <w:pPr>
              <w:jc w:val="center"/>
            </w:pPr>
            <w:r>
              <w:rPr>
                <w:b/>
                <w:color w:val="FFFFFF"/>
                <w:sz w:val="13"/>
              </w:rPr>
              <w:t>Inicio</w:t>
            </w:r>
          </w:p>
        </w:tc>
        <w:tc>
          <w:tcPr>
            <w:tcW w:w="792" w:type="dxa"/>
            <w:shd w:val="clear" w:color="auto" w:fill="254E86"/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14:paraId="0E7220EE" w14:textId="77777777" w:rsidR="00DA360C" w:rsidRDefault="00000000">
            <w:pPr>
              <w:jc w:val="center"/>
            </w:pPr>
            <w:r>
              <w:rPr>
                <w:b/>
                <w:color w:val="FFFFFF"/>
                <w:sz w:val="13"/>
              </w:rPr>
              <w:t>Fin</w:t>
            </w:r>
          </w:p>
        </w:tc>
        <w:tc>
          <w:tcPr>
            <w:tcW w:w="720" w:type="dxa"/>
            <w:shd w:val="clear" w:color="auto" w:fill="254E86"/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14:paraId="4B660B33" w14:textId="77777777" w:rsidR="00DA360C" w:rsidRDefault="00000000">
            <w:pPr>
              <w:jc w:val="center"/>
            </w:pPr>
            <w:r>
              <w:rPr>
                <w:b/>
                <w:color w:val="FFFFFF"/>
                <w:sz w:val="13"/>
              </w:rPr>
              <w:t>Horas</w:t>
            </w:r>
          </w:p>
        </w:tc>
        <w:tc>
          <w:tcPr>
            <w:tcW w:w="792" w:type="dxa"/>
            <w:shd w:val="clear" w:color="auto" w:fill="254E86"/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14:paraId="24C87AF8" w14:textId="77777777" w:rsidR="00DA360C" w:rsidRDefault="00000000">
            <w:pPr>
              <w:jc w:val="center"/>
            </w:pPr>
            <w:r>
              <w:rPr>
                <w:b/>
                <w:color w:val="FFFFFF"/>
                <w:sz w:val="13"/>
              </w:rPr>
              <w:t>Aprobado</w:t>
            </w:r>
          </w:p>
        </w:tc>
        <w:tc>
          <w:tcPr>
            <w:tcW w:w="1800" w:type="dxa"/>
            <w:shd w:val="clear" w:color="auto" w:fill="254E86"/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14:paraId="3A2254F6" w14:textId="77777777" w:rsidR="00DA360C" w:rsidRDefault="00000000">
            <w:pPr>
              <w:jc w:val="center"/>
            </w:pPr>
            <w:r>
              <w:rPr>
                <w:b/>
                <w:color w:val="FFFFFF"/>
                <w:sz w:val="13"/>
              </w:rPr>
              <w:t>Contenido / tema</w:t>
            </w:r>
          </w:p>
        </w:tc>
        <w:tc>
          <w:tcPr>
            <w:tcW w:w="1080" w:type="dxa"/>
            <w:shd w:val="clear" w:color="auto" w:fill="254E86"/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14:paraId="5222252D" w14:textId="77777777" w:rsidR="00DA360C" w:rsidRDefault="00000000">
            <w:pPr>
              <w:jc w:val="center"/>
            </w:pPr>
            <w:r>
              <w:rPr>
                <w:b/>
                <w:color w:val="FFFFFF"/>
                <w:sz w:val="13"/>
              </w:rPr>
              <w:t>Código / QR</w:t>
            </w:r>
          </w:p>
        </w:tc>
        <w:tc>
          <w:tcPr>
            <w:tcW w:w="1224" w:type="dxa"/>
            <w:gridSpan w:val="2"/>
            <w:shd w:val="clear" w:color="auto" w:fill="254E86"/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14:paraId="02F917F4" w14:textId="77777777" w:rsidR="00DA360C" w:rsidRDefault="00000000">
            <w:pPr>
              <w:jc w:val="center"/>
            </w:pPr>
            <w:r>
              <w:rPr>
                <w:b/>
                <w:color w:val="FFFFFF"/>
                <w:sz w:val="13"/>
              </w:rPr>
              <w:t>Archivo / folio</w:t>
            </w:r>
          </w:p>
        </w:tc>
      </w:tr>
      <w:tr w:rsidR="00DA360C" w14:paraId="0864B84A" w14:textId="77777777">
        <w:tblPrEx>
          <w:tblBorders>
            <w:top w:val="single" w:sz="4" w:space="0" w:color="A9B3C1"/>
            <w:left w:val="single" w:sz="4" w:space="0" w:color="A9B3C1"/>
            <w:bottom w:val="single" w:sz="4" w:space="0" w:color="A9B3C1"/>
            <w:right w:val="single" w:sz="4" w:space="0" w:color="A9B3C1"/>
            <w:insideH w:val="single" w:sz="4" w:space="0" w:color="A9B3C1"/>
            <w:insideV w:val="single" w:sz="4" w:space="0" w:color="A9B3C1"/>
          </w:tblBorders>
        </w:tblPrEx>
        <w:trPr>
          <w:jc w:val="center"/>
        </w:trPr>
        <w:tc>
          <w:tcPr>
            <w:tcW w:w="403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E24B007" w14:textId="77777777" w:rsidR="00DA360C" w:rsidRDefault="00000000">
            <w:pPr>
              <w:jc w:val="center"/>
            </w:pPr>
            <w:r>
              <w:rPr>
                <w:color w:val="1F2937"/>
                <w:sz w:val="13"/>
              </w:rPr>
              <w:t>1</w:t>
            </w:r>
          </w:p>
        </w:tc>
        <w:tc>
          <w:tcPr>
            <w:tcW w:w="165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081B87C" w14:textId="77777777" w:rsidR="00DA360C" w:rsidRDefault="00DA360C"/>
        </w:tc>
        <w:tc>
          <w:tcPr>
            <w:tcW w:w="172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B8F52E1" w14:textId="77777777" w:rsidR="00DA360C" w:rsidRDefault="00DA360C"/>
        </w:tc>
        <w:tc>
          <w:tcPr>
            <w:tcW w:w="79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46B2F71" w14:textId="77777777" w:rsidR="00DA360C" w:rsidRDefault="00DA360C"/>
        </w:tc>
        <w:tc>
          <w:tcPr>
            <w:tcW w:w="79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F07FA9B" w14:textId="77777777" w:rsidR="00DA360C" w:rsidRDefault="00DA360C"/>
        </w:tc>
        <w:tc>
          <w:tcPr>
            <w:tcW w:w="72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0261679" w14:textId="77777777" w:rsidR="00DA360C" w:rsidRDefault="00DA360C"/>
        </w:tc>
        <w:tc>
          <w:tcPr>
            <w:tcW w:w="79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0391E11" w14:textId="77777777" w:rsidR="00DA360C" w:rsidRDefault="00DA360C"/>
        </w:tc>
        <w:tc>
          <w:tcPr>
            <w:tcW w:w="180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A431A44" w14:textId="77777777" w:rsidR="00DA360C" w:rsidRDefault="00DA360C"/>
        </w:tc>
        <w:tc>
          <w:tcPr>
            <w:tcW w:w="108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B535CFF" w14:textId="77777777" w:rsidR="00DA360C" w:rsidRDefault="00DA360C"/>
        </w:tc>
        <w:tc>
          <w:tcPr>
            <w:tcW w:w="1224" w:type="dxa"/>
            <w:gridSpan w:val="2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82396FF" w14:textId="77777777" w:rsidR="00DA360C" w:rsidRDefault="00DA360C"/>
        </w:tc>
      </w:tr>
      <w:tr w:rsidR="00DA360C" w14:paraId="143BAB1F" w14:textId="77777777">
        <w:tblPrEx>
          <w:tblBorders>
            <w:top w:val="single" w:sz="4" w:space="0" w:color="A9B3C1"/>
            <w:left w:val="single" w:sz="4" w:space="0" w:color="A9B3C1"/>
            <w:bottom w:val="single" w:sz="4" w:space="0" w:color="A9B3C1"/>
            <w:right w:val="single" w:sz="4" w:space="0" w:color="A9B3C1"/>
            <w:insideH w:val="single" w:sz="4" w:space="0" w:color="A9B3C1"/>
            <w:insideV w:val="single" w:sz="4" w:space="0" w:color="A9B3C1"/>
          </w:tblBorders>
        </w:tblPrEx>
        <w:trPr>
          <w:jc w:val="center"/>
        </w:trPr>
        <w:tc>
          <w:tcPr>
            <w:tcW w:w="403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AFEA7E8" w14:textId="77777777" w:rsidR="00DA360C" w:rsidRDefault="00000000">
            <w:pPr>
              <w:jc w:val="center"/>
            </w:pPr>
            <w:r>
              <w:rPr>
                <w:color w:val="1F2937"/>
                <w:sz w:val="13"/>
              </w:rPr>
              <w:t>2</w:t>
            </w:r>
          </w:p>
        </w:tc>
        <w:tc>
          <w:tcPr>
            <w:tcW w:w="165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67C2B86" w14:textId="77777777" w:rsidR="00DA360C" w:rsidRDefault="00DA360C"/>
        </w:tc>
        <w:tc>
          <w:tcPr>
            <w:tcW w:w="172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49E8F04" w14:textId="77777777" w:rsidR="00DA360C" w:rsidRDefault="00DA360C"/>
        </w:tc>
        <w:tc>
          <w:tcPr>
            <w:tcW w:w="79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1E17666" w14:textId="77777777" w:rsidR="00DA360C" w:rsidRDefault="00DA360C"/>
        </w:tc>
        <w:tc>
          <w:tcPr>
            <w:tcW w:w="79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188211D" w14:textId="77777777" w:rsidR="00DA360C" w:rsidRDefault="00DA360C"/>
        </w:tc>
        <w:tc>
          <w:tcPr>
            <w:tcW w:w="72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E6B2B40" w14:textId="77777777" w:rsidR="00DA360C" w:rsidRDefault="00DA360C"/>
        </w:tc>
        <w:tc>
          <w:tcPr>
            <w:tcW w:w="79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0672EA8" w14:textId="77777777" w:rsidR="00DA360C" w:rsidRDefault="00DA360C"/>
        </w:tc>
        <w:tc>
          <w:tcPr>
            <w:tcW w:w="180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175DF56" w14:textId="77777777" w:rsidR="00DA360C" w:rsidRDefault="00DA360C"/>
        </w:tc>
        <w:tc>
          <w:tcPr>
            <w:tcW w:w="108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205CD44" w14:textId="77777777" w:rsidR="00DA360C" w:rsidRDefault="00DA360C"/>
        </w:tc>
        <w:tc>
          <w:tcPr>
            <w:tcW w:w="1224" w:type="dxa"/>
            <w:gridSpan w:val="2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3A0A08B" w14:textId="77777777" w:rsidR="00DA360C" w:rsidRDefault="00DA360C"/>
        </w:tc>
      </w:tr>
      <w:tr w:rsidR="00DA360C" w14:paraId="5AEEED05" w14:textId="77777777">
        <w:tblPrEx>
          <w:tblBorders>
            <w:top w:val="single" w:sz="4" w:space="0" w:color="A9B3C1"/>
            <w:left w:val="single" w:sz="4" w:space="0" w:color="A9B3C1"/>
            <w:bottom w:val="single" w:sz="4" w:space="0" w:color="A9B3C1"/>
            <w:right w:val="single" w:sz="4" w:space="0" w:color="A9B3C1"/>
            <w:insideH w:val="single" w:sz="4" w:space="0" w:color="A9B3C1"/>
            <w:insideV w:val="single" w:sz="4" w:space="0" w:color="A9B3C1"/>
          </w:tblBorders>
        </w:tblPrEx>
        <w:trPr>
          <w:jc w:val="center"/>
        </w:trPr>
        <w:tc>
          <w:tcPr>
            <w:tcW w:w="403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02087B2" w14:textId="77777777" w:rsidR="00DA360C" w:rsidRDefault="00000000">
            <w:pPr>
              <w:jc w:val="center"/>
            </w:pPr>
            <w:r>
              <w:rPr>
                <w:color w:val="1F2937"/>
                <w:sz w:val="13"/>
              </w:rPr>
              <w:t>3</w:t>
            </w:r>
          </w:p>
        </w:tc>
        <w:tc>
          <w:tcPr>
            <w:tcW w:w="165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B02A3CA" w14:textId="77777777" w:rsidR="00DA360C" w:rsidRDefault="00DA360C"/>
        </w:tc>
        <w:tc>
          <w:tcPr>
            <w:tcW w:w="172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F5233FA" w14:textId="77777777" w:rsidR="00DA360C" w:rsidRDefault="00DA360C"/>
        </w:tc>
        <w:tc>
          <w:tcPr>
            <w:tcW w:w="79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FA0F57C" w14:textId="77777777" w:rsidR="00DA360C" w:rsidRDefault="00DA360C"/>
        </w:tc>
        <w:tc>
          <w:tcPr>
            <w:tcW w:w="79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CF64CAC" w14:textId="77777777" w:rsidR="00DA360C" w:rsidRDefault="00DA360C"/>
        </w:tc>
        <w:tc>
          <w:tcPr>
            <w:tcW w:w="72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FE825EB" w14:textId="77777777" w:rsidR="00DA360C" w:rsidRDefault="00DA360C"/>
        </w:tc>
        <w:tc>
          <w:tcPr>
            <w:tcW w:w="79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803947F" w14:textId="77777777" w:rsidR="00DA360C" w:rsidRDefault="00DA360C"/>
        </w:tc>
        <w:tc>
          <w:tcPr>
            <w:tcW w:w="180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C6483D0" w14:textId="77777777" w:rsidR="00DA360C" w:rsidRDefault="00DA360C"/>
        </w:tc>
        <w:tc>
          <w:tcPr>
            <w:tcW w:w="108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7217478" w14:textId="77777777" w:rsidR="00DA360C" w:rsidRDefault="00DA360C"/>
        </w:tc>
        <w:tc>
          <w:tcPr>
            <w:tcW w:w="1224" w:type="dxa"/>
            <w:gridSpan w:val="2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97DD206" w14:textId="77777777" w:rsidR="00DA360C" w:rsidRDefault="00DA360C"/>
        </w:tc>
      </w:tr>
      <w:tr w:rsidR="00DA360C" w14:paraId="03ACA74B" w14:textId="77777777">
        <w:tblPrEx>
          <w:tblBorders>
            <w:top w:val="single" w:sz="4" w:space="0" w:color="A9B3C1"/>
            <w:left w:val="single" w:sz="4" w:space="0" w:color="A9B3C1"/>
            <w:bottom w:val="single" w:sz="4" w:space="0" w:color="A9B3C1"/>
            <w:right w:val="single" w:sz="4" w:space="0" w:color="A9B3C1"/>
            <w:insideH w:val="single" w:sz="4" w:space="0" w:color="A9B3C1"/>
            <w:insideV w:val="single" w:sz="4" w:space="0" w:color="A9B3C1"/>
          </w:tblBorders>
        </w:tblPrEx>
        <w:trPr>
          <w:jc w:val="center"/>
        </w:trPr>
        <w:tc>
          <w:tcPr>
            <w:tcW w:w="403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B07C58A" w14:textId="77777777" w:rsidR="00DA360C" w:rsidRDefault="00000000">
            <w:pPr>
              <w:jc w:val="center"/>
            </w:pPr>
            <w:r>
              <w:rPr>
                <w:color w:val="1F2937"/>
                <w:sz w:val="13"/>
              </w:rPr>
              <w:t>4</w:t>
            </w:r>
          </w:p>
        </w:tc>
        <w:tc>
          <w:tcPr>
            <w:tcW w:w="165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432081E" w14:textId="77777777" w:rsidR="00DA360C" w:rsidRDefault="00DA360C"/>
        </w:tc>
        <w:tc>
          <w:tcPr>
            <w:tcW w:w="172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E6E173A" w14:textId="77777777" w:rsidR="00DA360C" w:rsidRDefault="00DA360C"/>
        </w:tc>
        <w:tc>
          <w:tcPr>
            <w:tcW w:w="79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07DEBFB" w14:textId="77777777" w:rsidR="00DA360C" w:rsidRDefault="00DA360C"/>
        </w:tc>
        <w:tc>
          <w:tcPr>
            <w:tcW w:w="79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9D2C2D7" w14:textId="77777777" w:rsidR="00DA360C" w:rsidRDefault="00DA360C"/>
        </w:tc>
        <w:tc>
          <w:tcPr>
            <w:tcW w:w="72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58996F5" w14:textId="77777777" w:rsidR="00DA360C" w:rsidRDefault="00DA360C"/>
        </w:tc>
        <w:tc>
          <w:tcPr>
            <w:tcW w:w="79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A712193" w14:textId="77777777" w:rsidR="00DA360C" w:rsidRDefault="00DA360C"/>
        </w:tc>
        <w:tc>
          <w:tcPr>
            <w:tcW w:w="180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121E5D0" w14:textId="77777777" w:rsidR="00DA360C" w:rsidRDefault="00DA360C"/>
        </w:tc>
        <w:tc>
          <w:tcPr>
            <w:tcW w:w="108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C7A1522" w14:textId="77777777" w:rsidR="00DA360C" w:rsidRDefault="00DA360C"/>
        </w:tc>
        <w:tc>
          <w:tcPr>
            <w:tcW w:w="1224" w:type="dxa"/>
            <w:gridSpan w:val="2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2899882" w14:textId="77777777" w:rsidR="00DA360C" w:rsidRDefault="00DA360C"/>
        </w:tc>
      </w:tr>
      <w:tr w:rsidR="00DA360C" w14:paraId="75F070B2" w14:textId="77777777">
        <w:tblPrEx>
          <w:tblBorders>
            <w:top w:val="single" w:sz="4" w:space="0" w:color="A9B3C1"/>
            <w:left w:val="single" w:sz="4" w:space="0" w:color="A9B3C1"/>
            <w:bottom w:val="single" w:sz="4" w:space="0" w:color="A9B3C1"/>
            <w:right w:val="single" w:sz="4" w:space="0" w:color="A9B3C1"/>
            <w:insideH w:val="single" w:sz="4" w:space="0" w:color="A9B3C1"/>
            <w:insideV w:val="single" w:sz="4" w:space="0" w:color="A9B3C1"/>
          </w:tblBorders>
        </w:tblPrEx>
        <w:trPr>
          <w:jc w:val="center"/>
        </w:trPr>
        <w:tc>
          <w:tcPr>
            <w:tcW w:w="403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19AA996" w14:textId="77777777" w:rsidR="00DA360C" w:rsidRDefault="00000000">
            <w:pPr>
              <w:jc w:val="center"/>
            </w:pPr>
            <w:r>
              <w:rPr>
                <w:color w:val="1F2937"/>
                <w:sz w:val="13"/>
              </w:rPr>
              <w:t>5</w:t>
            </w:r>
          </w:p>
        </w:tc>
        <w:tc>
          <w:tcPr>
            <w:tcW w:w="165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568A1F3" w14:textId="77777777" w:rsidR="00DA360C" w:rsidRDefault="00DA360C"/>
        </w:tc>
        <w:tc>
          <w:tcPr>
            <w:tcW w:w="172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A19EBE6" w14:textId="77777777" w:rsidR="00DA360C" w:rsidRDefault="00DA360C"/>
        </w:tc>
        <w:tc>
          <w:tcPr>
            <w:tcW w:w="79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F7BC3E0" w14:textId="77777777" w:rsidR="00DA360C" w:rsidRDefault="00DA360C"/>
        </w:tc>
        <w:tc>
          <w:tcPr>
            <w:tcW w:w="79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A1642BD" w14:textId="77777777" w:rsidR="00DA360C" w:rsidRDefault="00DA360C"/>
        </w:tc>
        <w:tc>
          <w:tcPr>
            <w:tcW w:w="72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30B28C0" w14:textId="77777777" w:rsidR="00DA360C" w:rsidRDefault="00DA360C"/>
        </w:tc>
        <w:tc>
          <w:tcPr>
            <w:tcW w:w="79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E270A4B" w14:textId="77777777" w:rsidR="00DA360C" w:rsidRDefault="00DA360C"/>
        </w:tc>
        <w:tc>
          <w:tcPr>
            <w:tcW w:w="180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AC2B018" w14:textId="77777777" w:rsidR="00DA360C" w:rsidRDefault="00DA360C"/>
        </w:tc>
        <w:tc>
          <w:tcPr>
            <w:tcW w:w="108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9EA622F" w14:textId="77777777" w:rsidR="00DA360C" w:rsidRDefault="00DA360C"/>
        </w:tc>
        <w:tc>
          <w:tcPr>
            <w:tcW w:w="1224" w:type="dxa"/>
            <w:gridSpan w:val="2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FC57A45" w14:textId="77777777" w:rsidR="00DA360C" w:rsidRDefault="00DA360C"/>
        </w:tc>
      </w:tr>
      <w:tr w:rsidR="00DA360C" w14:paraId="4FA15343" w14:textId="77777777">
        <w:tblPrEx>
          <w:tblBorders>
            <w:top w:val="single" w:sz="4" w:space="0" w:color="A9B3C1"/>
            <w:left w:val="single" w:sz="4" w:space="0" w:color="A9B3C1"/>
            <w:bottom w:val="single" w:sz="4" w:space="0" w:color="A9B3C1"/>
            <w:right w:val="single" w:sz="4" w:space="0" w:color="A9B3C1"/>
            <w:insideH w:val="single" w:sz="4" w:space="0" w:color="A9B3C1"/>
            <w:insideV w:val="single" w:sz="4" w:space="0" w:color="A9B3C1"/>
          </w:tblBorders>
        </w:tblPrEx>
        <w:trPr>
          <w:jc w:val="center"/>
        </w:trPr>
        <w:tc>
          <w:tcPr>
            <w:tcW w:w="403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4204F62" w14:textId="77777777" w:rsidR="00DA360C" w:rsidRDefault="00000000">
            <w:pPr>
              <w:jc w:val="center"/>
            </w:pPr>
            <w:r>
              <w:rPr>
                <w:color w:val="1F2937"/>
                <w:sz w:val="13"/>
              </w:rPr>
              <w:t>7</w:t>
            </w:r>
          </w:p>
        </w:tc>
        <w:tc>
          <w:tcPr>
            <w:tcW w:w="165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69219AD" w14:textId="77777777" w:rsidR="00DA360C" w:rsidRDefault="00DA360C"/>
        </w:tc>
        <w:tc>
          <w:tcPr>
            <w:tcW w:w="172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DEFC8BB" w14:textId="77777777" w:rsidR="00DA360C" w:rsidRDefault="00DA360C"/>
        </w:tc>
        <w:tc>
          <w:tcPr>
            <w:tcW w:w="79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2F48154" w14:textId="77777777" w:rsidR="00DA360C" w:rsidRDefault="00DA360C"/>
        </w:tc>
        <w:tc>
          <w:tcPr>
            <w:tcW w:w="79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91253B9" w14:textId="77777777" w:rsidR="00DA360C" w:rsidRDefault="00DA360C"/>
        </w:tc>
        <w:tc>
          <w:tcPr>
            <w:tcW w:w="72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F22C2BD" w14:textId="77777777" w:rsidR="00DA360C" w:rsidRDefault="00DA360C"/>
        </w:tc>
        <w:tc>
          <w:tcPr>
            <w:tcW w:w="79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395A107" w14:textId="77777777" w:rsidR="00DA360C" w:rsidRDefault="00DA360C"/>
        </w:tc>
        <w:tc>
          <w:tcPr>
            <w:tcW w:w="180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E4F779C" w14:textId="77777777" w:rsidR="00DA360C" w:rsidRDefault="00DA360C"/>
        </w:tc>
        <w:tc>
          <w:tcPr>
            <w:tcW w:w="108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9AC955B" w14:textId="77777777" w:rsidR="00DA360C" w:rsidRDefault="00DA360C"/>
        </w:tc>
        <w:tc>
          <w:tcPr>
            <w:tcW w:w="1224" w:type="dxa"/>
            <w:gridSpan w:val="2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CEA9D4B" w14:textId="77777777" w:rsidR="00DA360C" w:rsidRDefault="00DA360C"/>
        </w:tc>
      </w:tr>
      <w:tr w:rsidR="00DA360C" w14:paraId="17439D7D" w14:textId="77777777">
        <w:tblPrEx>
          <w:tblBorders>
            <w:top w:val="single" w:sz="4" w:space="0" w:color="A9B3C1"/>
            <w:left w:val="single" w:sz="4" w:space="0" w:color="A9B3C1"/>
            <w:bottom w:val="single" w:sz="4" w:space="0" w:color="A9B3C1"/>
            <w:right w:val="single" w:sz="4" w:space="0" w:color="A9B3C1"/>
            <w:insideH w:val="single" w:sz="4" w:space="0" w:color="A9B3C1"/>
            <w:insideV w:val="single" w:sz="4" w:space="0" w:color="A9B3C1"/>
          </w:tblBorders>
        </w:tblPrEx>
        <w:trPr>
          <w:jc w:val="center"/>
        </w:trPr>
        <w:tc>
          <w:tcPr>
            <w:tcW w:w="403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B04057B" w14:textId="77777777" w:rsidR="00DA360C" w:rsidRDefault="00000000">
            <w:pPr>
              <w:jc w:val="center"/>
            </w:pPr>
            <w:r>
              <w:rPr>
                <w:color w:val="1F2937"/>
                <w:sz w:val="13"/>
              </w:rPr>
              <w:t>8</w:t>
            </w:r>
          </w:p>
        </w:tc>
        <w:tc>
          <w:tcPr>
            <w:tcW w:w="165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4533F36" w14:textId="77777777" w:rsidR="00DA360C" w:rsidRDefault="00DA360C"/>
        </w:tc>
        <w:tc>
          <w:tcPr>
            <w:tcW w:w="172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8ACDA73" w14:textId="77777777" w:rsidR="00DA360C" w:rsidRDefault="00DA360C"/>
        </w:tc>
        <w:tc>
          <w:tcPr>
            <w:tcW w:w="79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A4553D4" w14:textId="77777777" w:rsidR="00DA360C" w:rsidRDefault="00DA360C"/>
        </w:tc>
        <w:tc>
          <w:tcPr>
            <w:tcW w:w="79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0ADD4FD" w14:textId="77777777" w:rsidR="00DA360C" w:rsidRDefault="00DA360C"/>
        </w:tc>
        <w:tc>
          <w:tcPr>
            <w:tcW w:w="72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7D0DA1C" w14:textId="77777777" w:rsidR="00DA360C" w:rsidRDefault="00DA360C"/>
        </w:tc>
        <w:tc>
          <w:tcPr>
            <w:tcW w:w="79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24C22BC" w14:textId="77777777" w:rsidR="00DA360C" w:rsidRDefault="00DA360C"/>
        </w:tc>
        <w:tc>
          <w:tcPr>
            <w:tcW w:w="180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DDD79D5" w14:textId="77777777" w:rsidR="00DA360C" w:rsidRDefault="00DA360C"/>
        </w:tc>
        <w:tc>
          <w:tcPr>
            <w:tcW w:w="108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497E42D" w14:textId="77777777" w:rsidR="00DA360C" w:rsidRDefault="00DA360C"/>
        </w:tc>
        <w:tc>
          <w:tcPr>
            <w:tcW w:w="1224" w:type="dxa"/>
            <w:gridSpan w:val="2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2197FAB" w14:textId="77777777" w:rsidR="00DA360C" w:rsidRDefault="00DA360C"/>
        </w:tc>
      </w:tr>
      <w:tr w:rsidR="00DA360C" w14:paraId="23420B0D" w14:textId="77777777">
        <w:tblPrEx>
          <w:tblBorders>
            <w:top w:val="single" w:sz="4" w:space="0" w:color="A9B3C1"/>
            <w:left w:val="single" w:sz="4" w:space="0" w:color="A9B3C1"/>
            <w:bottom w:val="single" w:sz="4" w:space="0" w:color="A9B3C1"/>
            <w:right w:val="single" w:sz="4" w:space="0" w:color="A9B3C1"/>
            <w:insideH w:val="single" w:sz="4" w:space="0" w:color="A9B3C1"/>
            <w:insideV w:val="single" w:sz="4" w:space="0" w:color="A9B3C1"/>
          </w:tblBorders>
        </w:tblPrEx>
        <w:trPr>
          <w:jc w:val="center"/>
        </w:trPr>
        <w:tc>
          <w:tcPr>
            <w:tcW w:w="403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7FD7A23" w14:textId="77777777" w:rsidR="00DA360C" w:rsidRDefault="00000000">
            <w:pPr>
              <w:jc w:val="center"/>
            </w:pPr>
            <w:r>
              <w:rPr>
                <w:color w:val="1F2937"/>
                <w:sz w:val="13"/>
              </w:rPr>
              <w:t>9</w:t>
            </w:r>
          </w:p>
        </w:tc>
        <w:tc>
          <w:tcPr>
            <w:tcW w:w="165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2434D41" w14:textId="77777777" w:rsidR="00DA360C" w:rsidRDefault="00DA360C"/>
        </w:tc>
        <w:tc>
          <w:tcPr>
            <w:tcW w:w="172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AF7ADD4" w14:textId="77777777" w:rsidR="00DA360C" w:rsidRDefault="00DA360C"/>
        </w:tc>
        <w:tc>
          <w:tcPr>
            <w:tcW w:w="79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AD45131" w14:textId="77777777" w:rsidR="00DA360C" w:rsidRDefault="00DA360C"/>
        </w:tc>
        <w:tc>
          <w:tcPr>
            <w:tcW w:w="79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E3BA0F7" w14:textId="77777777" w:rsidR="00DA360C" w:rsidRDefault="00DA360C"/>
        </w:tc>
        <w:tc>
          <w:tcPr>
            <w:tcW w:w="72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09AE73E" w14:textId="77777777" w:rsidR="00DA360C" w:rsidRDefault="00DA360C"/>
        </w:tc>
        <w:tc>
          <w:tcPr>
            <w:tcW w:w="79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1A60241" w14:textId="77777777" w:rsidR="00DA360C" w:rsidRDefault="00DA360C"/>
        </w:tc>
        <w:tc>
          <w:tcPr>
            <w:tcW w:w="180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8B12B17" w14:textId="77777777" w:rsidR="00DA360C" w:rsidRDefault="00DA360C"/>
        </w:tc>
        <w:tc>
          <w:tcPr>
            <w:tcW w:w="108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FCEE307" w14:textId="77777777" w:rsidR="00DA360C" w:rsidRDefault="00DA360C"/>
        </w:tc>
        <w:tc>
          <w:tcPr>
            <w:tcW w:w="1224" w:type="dxa"/>
            <w:gridSpan w:val="2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EE85CEF" w14:textId="77777777" w:rsidR="00DA360C" w:rsidRDefault="00DA360C"/>
        </w:tc>
      </w:tr>
      <w:tr w:rsidR="00DA360C" w14:paraId="22591BBF" w14:textId="77777777">
        <w:tblPrEx>
          <w:tblBorders>
            <w:top w:val="single" w:sz="4" w:space="0" w:color="A9B3C1"/>
            <w:left w:val="single" w:sz="4" w:space="0" w:color="A9B3C1"/>
            <w:bottom w:val="single" w:sz="4" w:space="0" w:color="A9B3C1"/>
            <w:right w:val="single" w:sz="4" w:space="0" w:color="A9B3C1"/>
            <w:insideH w:val="single" w:sz="4" w:space="0" w:color="A9B3C1"/>
            <w:insideV w:val="single" w:sz="4" w:space="0" w:color="A9B3C1"/>
          </w:tblBorders>
        </w:tblPrEx>
        <w:trPr>
          <w:jc w:val="center"/>
        </w:trPr>
        <w:tc>
          <w:tcPr>
            <w:tcW w:w="403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7AEBD7A" w14:textId="77777777" w:rsidR="00DA360C" w:rsidRDefault="00000000">
            <w:pPr>
              <w:jc w:val="center"/>
            </w:pPr>
            <w:r>
              <w:rPr>
                <w:color w:val="1F2937"/>
                <w:sz w:val="13"/>
              </w:rPr>
              <w:t>10</w:t>
            </w:r>
          </w:p>
        </w:tc>
        <w:tc>
          <w:tcPr>
            <w:tcW w:w="165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5A7BD4C" w14:textId="77777777" w:rsidR="00DA360C" w:rsidRDefault="00DA360C"/>
        </w:tc>
        <w:tc>
          <w:tcPr>
            <w:tcW w:w="172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F15ED7E" w14:textId="77777777" w:rsidR="00DA360C" w:rsidRDefault="00DA360C"/>
        </w:tc>
        <w:tc>
          <w:tcPr>
            <w:tcW w:w="79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744CF4C" w14:textId="77777777" w:rsidR="00DA360C" w:rsidRDefault="00DA360C"/>
        </w:tc>
        <w:tc>
          <w:tcPr>
            <w:tcW w:w="79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5D145E4" w14:textId="77777777" w:rsidR="00DA360C" w:rsidRDefault="00DA360C"/>
        </w:tc>
        <w:tc>
          <w:tcPr>
            <w:tcW w:w="72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87306E9" w14:textId="77777777" w:rsidR="00DA360C" w:rsidRDefault="00DA360C"/>
        </w:tc>
        <w:tc>
          <w:tcPr>
            <w:tcW w:w="79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FDCCC45" w14:textId="77777777" w:rsidR="00DA360C" w:rsidRDefault="00DA360C"/>
        </w:tc>
        <w:tc>
          <w:tcPr>
            <w:tcW w:w="180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49552AE" w14:textId="77777777" w:rsidR="00DA360C" w:rsidRDefault="00DA360C"/>
        </w:tc>
        <w:tc>
          <w:tcPr>
            <w:tcW w:w="108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F9187FF" w14:textId="77777777" w:rsidR="00DA360C" w:rsidRDefault="00DA360C"/>
        </w:tc>
        <w:tc>
          <w:tcPr>
            <w:tcW w:w="1224" w:type="dxa"/>
            <w:gridSpan w:val="2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D1B109C" w14:textId="77777777" w:rsidR="00DA360C" w:rsidRDefault="00DA360C"/>
        </w:tc>
      </w:tr>
    </w:tbl>
    <w:p w14:paraId="4F8A3784" w14:textId="77777777" w:rsidR="00DA360C" w:rsidRDefault="00DA360C">
      <w:pPr>
        <w:spacing w:after="20"/>
      </w:pPr>
    </w:p>
    <w:tbl>
      <w:tblPr>
        <w:tblW w:w="0" w:type="auto"/>
        <w:jc w:val="center"/>
        <w:tblBorders>
          <w:top w:val="single" w:sz="4" w:space="0" w:color="B8C1CD"/>
          <w:left w:val="single" w:sz="4" w:space="0" w:color="B8C1CD"/>
          <w:bottom w:val="single" w:sz="4" w:space="0" w:color="B8C1CD"/>
          <w:right w:val="single" w:sz="4" w:space="0" w:color="B8C1CD"/>
          <w:insideH w:val="single" w:sz="4" w:space="0" w:color="B8C1CD"/>
          <w:insideV w:val="single" w:sz="4" w:space="0" w:color="B8C1CD"/>
        </w:tblBorders>
        <w:tblLayout w:type="fixed"/>
        <w:tblLook w:val="04A0" w:firstRow="1" w:lastRow="0" w:firstColumn="1" w:lastColumn="0" w:noHBand="0" w:noVBand="1"/>
      </w:tblPr>
      <w:tblGrid>
        <w:gridCol w:w="5184"/>
        <w:gridCol w:w="4896"/>
      </w:tblGrid>
      <w:tr w:rsidR="00DA360C" w14:paraId="4CA21784" w14:textId="77777777">
        <w:trPr>
          <w:jc w:val="center"/>
        </w:trPr>
        <w:tc>
          <w:tcPr>
            <w:tcW w:w="5184" w:type="dxa"/>
            <w:shd w:val="clear" w:color="auto" w:fill="EAF1F8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14:paraId="0480A796" w14:textId="77777777" w:rsidR="00DA360C" w:rsidRDefault="00000000">
            <w:r>
              <w:rPr>
                <w:b/>
                <w:color w:val="1E3E6E"/>
                <w:sz w:val="18"/>
              </w:rPr>
              <w:lastRenderedPageBreak/>
              <w:t>Total de horas declaradas</w:t>
            </w:r>
          </w:p>
        </w:tc>
        <w:tc>
          <w:tcPr>
            <w:tcW w:w="4896" w:type="dxa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14:paraId="56A9D6CB" w14:textId="77777777" w:rsidR="00DA360C" w:rsidRDefault="00DA360C"/>
        </w:tc>
      </w:tr>
      <w:tr w:rsidR="00DA360C" w14:paraId="5211D377" w14:textId="77777777">
        <w:trPr>
          <w:jc w:val="center"/>
        </w:trPr>
        <w:tc>
          <w:tcPr>
            <w:tcW w:w="5184" w:type="dxa"/>
            <w:shd w:val="clear" w:color="auto" w:fill="EAF1F8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14:paraId="016D00C4" w14:textId="77777777" w:rsidR="00DA360C" w:rsidRDefault="00000000">
            <w:r>
              <w:rPr>
                <w:b/>
                <w:color w:val="1E3E6E"/>
                <w:sz w:val="18"/>
              </w:rPr>
              <w:t>Período / ventana controlada</w:t>
            </w:r>
          </w:p>
        </w:tc>
        <w:tc>
          <w:tcPr>
            <w:tcW w:w="4896" w:type="dxa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14:paraId="4DC32290" w14:textId="77777777" w:rsidR="00DA360C" w:rsidRDefault="00DA360C"/>
        </w:tc>
      </w:tr>
      <w:tr w:rsidR="00DA360C" w:rsidRPr="00776D50" w14:paraId="7B22343F" w14:textId="77777777">
        <w:trPr>
          <w:jc w:val="center"/>
        </w:trPr>
        <w:tc>
          <w:tcPr>
            <w:tcW w:w="5184" w:type="dxa"/>
            <w:shd w:val="clear" w:color="auto" w:fill="EAF1F8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14:paraId="10EA69C7" w14:textId="77777777" w:rsidR="00DA360C" w:rsidRPr="00776D50" w:rsidRDefault="00000000">
            <w:pPr>
              <w:rPr>
                <w:lang w:val="es-PE"/>
              </w:rPr>
            </w:pPr>
            <w:r w:rsidRPr="00776D50">
              <w:rPr>
                <w:b/>
                <w:color w:val="1E3E6E"/>
                <w:sz w:val="18"/>
                <w:lang w:val="es-PE"/>
              </w:rPr>
              <w:t>Horas válidas según criterio de la categoría</w:t>
            </w:r>
          </w:p>
        </w:tc>
        <w:tc>
          <w:tcPr>
            <w:tcW w:w="4896" w:type="dxa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14:paraId="0BE8C034" w14:textId="77777777" w:rsidR="00DA360C" w:rsidRPr="00776D50" w:rsidRDefault="00DA360C">
            <w:pPr>
              <w:rPr>
                <w:lang w:val="es-PE"/>
              </w:rPr>
            </w:pPr>
          </w:p>
        </w:tc>
      </w:tr>
    </w:tbl>
    <w:p w14:paraId="6A3B5F47" w14:textId="77777777" w:rsidR="00DA360C" w:rsidRPr="00776D50" w:rsidRDefault="00DA360C">
      <w:pPr>
        <w:rPr>
          <w:lang w:val="es-PE"/>
        </w:rPr>
      </w:pPr>
    </w:p>
    <w:tbl>
      <w:tblPr>
        <w:tblW w:w="0" w:type="auto"/>
        <w:jc w:val="center"/>
        <w:tblBorders>
          <w:top w:val="single" w:sz="0" w:space="0" w:color="FFFFFF"/>
          <w:left w:val="single" w:sz="0" w:space="0" w:color="FFFFFF"/>
          <w:bottom w:val="single" w:sz="0" w:space="0" w:color="FFFFFF"/>
          <w:right w:val="single" w:sz="0" w:space="0" w:color="FFFFFF"/>
          <w:insideH w:val="single" w:sz="0" w:space="0" w:color="FFFFFF"/>
          <w:insideV w:val="single" w:sz="0" w:space="0" w:color="FFFFFF"/>
        </w:tblBorders>
        <w:tblLayout w:type="fixed"/>
        <w:tblLook w:val="04A0" w:firstRow="1" w:lastRow="0" w:firstColumn="1" w:lastColumn="0" w:noHBand="0" w:noVBand="1"/>
      </w:tblPr>
      <w:tblGrid>
        <w:gridCol w:w="6768"/>
        <w:gridCol w:w="3311"/>
      </w:tblGrid>
      <w:tr w:rsidR="00DA360C" w14:paraId="2895E285" w14:textId="77777777">
        <w:trPr>
          <w:jc w:val="center"/>
        </w:trPr>
        <w:tc>
          <w:tcPr>
            <w:tcW w:w="67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C31385" w14:textId="77777777" w:rsidR="00DA360C" w:rsidRDefault="00000000">
            <w:pPr>
              <w:jc w:val="center"/>
            </w:pPr>
            <w:r>
              <w:rPr>
                <w:color w:val="1F2937"/>
                <w:sz w:val="18"/>
              </w:rPr>
              <w:t>____________________________________________</w:t>
            </w:r>
            <w:r>
              <w:rPr>
                <w:color w:val="1F2937"/>
                <w:sz w:val="18"/>
              </w:rPr>
              <w:br/>
              <w:t>Firma del declarante / representante</w:t>
            </w:r>
          </w:p>
        </w:tc>
        <w:tc>
          <w:tcPr>
            <w:tcW w:w="331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D077F0" w14:textId="77777777" w:rsidR="00DA360C" w:rsidRDefault="00000000">
            <w:pPr>
              <w:jc w:val="center"/>
            </w:pPr>
            <w:r>
              <w:rPr>
                <w:color w:val="1F2937"/>
                <w:sz w:val="18"/>
              </w:rPr>
              <w:t>Huella / sello</w:t>
            </w:r>
            <w:r>
              <w:rPr>
                <w:color w:val="1F2937"/>
                <w:sz w:val="18"/>
              </w:rPr>
              <w:br/>
              <w:t>__________________</w:t>
            </w:r>
          </w:p>
        </w:tc>
      </w:tr>
    </w:tbl>
    <w:p w14:paraId="191FD8DE" w14:textId="77777777" w:rsidR="00DA360C" w:rsidRPr="00776D50" w:rsidRDefault="00000000">
      <w:pPr>
        <w:spacing w:before="40" w:after="80"/>
        <w:jc w:val="center"/>
        <w:rPr>
          <w:lang w:val="es-PE"/>
        </w:rPr>
      </w:pPr>
      <w:r w:rsidRPr="00776D50">
        <w:rPr>
          <w:color w:val="1F2937"/>
          <w:sz w:val="18"/>
          <w:lang w:val="es-PE"/>
        </w:rPr>
        <w:t>Lugar y fecha: Arequipa, ____ de __________________ de 20____</w:t>
      </w:r>
    </w:p>
    <w:p w14:paraId="75CF7A3D" w14:textId="77777777" w:rsidR="00DA360C" w:rsidRPr="00776D50" w:rsidRDefault="00DA360C">
      <w:pPr>
        <w:pageBreakBefore/>
        <w:spacing w:after="0"/>
        <w:rPr>
          <w:lang w:val="es-PE"/>
        </w:rPr>
      </w:pPr>
    </w:p>
    <w:tbl>
      <w:tblPr>
        <w:tblW w:w="0" w:type="auto"/>
        <w:jc w:val="center"/>
        <w:tblBorders>
          <w:top w:val="single" w:sz="4" w:space="0" w:color="9EABB9"/>
          <w:left w:val="single" w:sz="4" w:space="0" w:color="9EABB9"/>
          <w:bottom w:val="single" w:sz="4" w:space="0" w:color="9EABB9"/>
          <w:right w:val="single" w:sz="4" w:space="0" w:color="9EABB9"/>
          <w:insideH w:val="single" w:sz="4" w:space="0" w:color="9EABB9"/>
          <w:insideV w:val="single" w:sz="4" w:space="0" w:color="9EABB9"/>
        </w:tblBorders>
        <w:tblLayout w:type="fixed"/>
        <w:tblLook w:val="04A0" w:firstRow="1" w:lastRow="0" w:firstColumn="1" w:lastColumn="0" w:noHBand="0" w:noVBand="1"/>
      </w:tblPr>
      <w:tblGrid>
        <w:gridCol w:w="1728"/>
        <w:gridCol w:w="6623"/>
        <w:gridCol w:w="1728"/>
      </w:tblGrid>
      <w:tr w:rsidR="00DA360C" w14:paraId="45E3B587" w14:textId="77777777">
        <w:trPr>
          <w:jc w:val="center"/>
        </w:trPr>
        <w:tc>
          <w:tcPr>
            <w:tcW w:w="1728" w:type="dxa"/>
            <w:shd w:val="clear" w:color="auto" w:fill="254E86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3915BD7" w14:textId="77777777" w:rsidR="00DA360C" w:rsidRDefault="00000000">
            <w:pPr>
              <w:jc w:val="center"/>
            </w:pPr>
            <w:r>
              <w:rPr>
                <w:b/>
                <w:color w:val="FFFFFF"/>
                <w:sz w:val="19"/>
              </w:rPr>
              <w:t>FP-06B</w:t>
            </w:r>
          </w:p>
        </w:tc>
        <w:tc>
          <w:tcPr>
            <w:tcW w:w="6623" w:type="dxa"/>
            <w:shd w:val="clear" w:color="auto" w:fill="254E86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6A7D0D50" w14:textId="77777777" w:rsidR="00DA360C" w:rsidRPr="00776D50" w:rsidRDefault="00000000">
            <w:pPr>
              <w:jc w:val="center"/>
              <w:rPr>
                <w:lang w:val="es-PE"/>
              </w:rPr>
            </w:pPr>
            <w:r w:rsidRPr="00776D50">
              <w:rPr>
                <w:b/>
                <w:color w:val="FFFFFF"/>
                <w:sz w:val="22"/>
                <w:lang w:val="es-PE"/>
              </w:rPr>
              <w:t>DECLARACIÓN JURADA DE NO IMPEDIMENTOS - SOCIO / REPRESENTANTE LEGAL</w:t>
            </w:r>
          </w:p>
        </w:tc>
        <w:tc>
          <w:tcPr>
            <w:tcW w:w="1728" w:type="dxa"/>
            <w:shd w:val="clear" w:color="auto" w:fill="7B1F2A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A749778" w14:textId="77777777" w:rsidR="00DA360C" w:rsidRDefault="00000000">
            <w:pPr>
              <w:jc w:val="center"/>
            </w:pPr>
            <w:r>
              <w:rPr>
                <w:b/>
                <w:color w:val="FFFFFF"/>
                <w:sz w:val="19"/>
              </w:rPr>
              <w:t>OBLIGATORIO</w:t>
            </w:r>
          </w:p>
        </w:tc>
      </w:tr>
      <w:tr w:rsidR="00DA360C" w14:paraId="3B4D3769" w14:textId="77777777">
        <w:trPr>
          <w:jc w:val="center"/>
        </w:trPr>
        <w:tc>
          <w:tcPr>
            <w:tcW w:w="1728" w:type="dxa"/>
            <w:shd w:val="clear" w:color="auto" w:fill="EAF1F8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4BB7DB34" w14:textId="77777777" w:rsidR="00DA360C" w:rsidRPr="00776D50" w:rsidRDefault="00000000">
            <w:pPr>
              <w:jc w:val="center"/>
              <w:rPr>
                <w:lang w:val="es-PE"/>
              </w:rPr>
            </w:pPr>
            <w:r w:rsidRPr="00776D50">
              <w:rPr>
                <w:b/>
                <w:color w:val="1E3E6E"/>
                <w:sz w:val="17"/>
                <w:lang w:val="es-PE"/>
              </w:rPr>
              <w:t>Regularización de Sociedad de Auditoría</w:t>
            </w:r>
          </w:p>
        </w:tc>
        <w:tc>
          <w:tcPr>
            <w:tcW w:w="6623" w:type="dxa"/>
            <w:shd w:val="clear" w:color="auto" w:fill="EAF1F8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67612797" w14:textId="77777777" w:rsidR="00DA360C" w:rsidRDefault="00000000">
            <w:pPr>
              <w:jc w:val="center"/>
            </w:pPr>
            <w:r>
              <w:rPr>
                <w:color w:val="1E3E6E"/>
                <w:sz w:val="17"/>
              </w:rPr>
              <w:t>Arts. 11, 16, 17 y 28.b</w:t>
            </w:r>
          </w:p>
        </w:tc>
        <w:tc>
          <w:tcPr>
            <w:tcW w:w="1728" w:type="dxa"/>
            <w:shd w:val="clear" w:color="auto" w:fill="FAF4E1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538B38F" w14:textId="77777777" w:rsidR="00DA360C" w:rsidRDefault="00000000">
            <w:pPr>
              <w:jc w:val="center"/>
            </w:pPr>
            <w:r>
              <w:rPr>
                <w:color w:val="7B1F2A"/>
                <w:sz w:val="17"/>
              </w:rPr>
              <w:t>Carpeta 05</w:t>
            </w:r>
          </w:p>
        </w:tc>
      </w:tr>
    </w:tbl>
    <w:p w14:paraId="1C539568" w14:textId="77777777" w:rsidR="00DA360C" w:rsidRDefault="00DA360C">
      <w:pPr>
        <w:spacing w:after="20"/>
      </w:pPr>
    </w:p>
    <w:tbl>
      <w:tblPr>
        <w:tblW w:w="0" w:type="auto"/>
        <w:jc w:val="center"/>
        <w:tblBorders>
          <w:top w:val="single" w:sz="4" w:space="0" w:color="B8C1CD"/>
          <w:left w:val="single" w:sz="4" w:space="0" w:color="B8C1CD"/>
          <w:bottom w:val="single" w:sz="4" w:space="0" w:color="B8C1CD"/>
          <w:right w:val="single" w:sz="4" w:space="0" w:color="B8C1CD"/>
          <w:insideH w:val="single" w:sz="4" w:space="0" w:color="B8C1CD"/>
          <w:insideV w:val="single" w:sz="4" w:space="0" w:color="B8C1CD"/>
        </w:tblBorders>
        <w:tblLayout w:type="fixed"/>
        <w:tblLook w:val="04A0" w:firstRow="1" w:lastRow="0" w:firstColumn="1" w:lastColumn="0" w:noHBand="0" w:noVBand="1"/>
      </w:tblPr>
      <w:tblGrid>
        <w:gridCol w:w="3384"/>
        <w:gridCol w:w="6696"/>
      </w:tblGrid>
      <w:tr w:rsidR="00DA360C" w14:paraId="3F5E6C7C" w14:textId="77777777">
        <w:trPr>
          <w:jc w:val="center"/>
        </w:trPr>
        <w:tc>
          <w:tcPr>
            <w:tcW w:w="3384" w:type="dxa"/>
            <w:shd w:val="clear" w:color="auto" w:fill="EAF1F8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14:paraId="4D977D97" w14:textId="77777777" w:rsidR="00DA360C" w:rsidRDefault="00000000">
            <w:r>
              <w:rPr>
                <w:b/>
                <w:color w:val="1E3E6E"/>
                <w:sz w:val="18"/>
              </w:rPr>
              <w:t>Apellidos y nombres</w:t>
            </w:r>
          </w:p>
        </w:tc>
        <w:tc>
          <w:tcPr>
            <w:tcW w:w="6696" w:type="dxa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14:paraId="47B9D648" w14:textId="77777777" w:rsidR="00DA360C" w:rsidRDefault="00DA360C"/>
        </w:tc>
      </w:tr>
      <w:tr w:rsidR="00DA360C" w14:paraId="567D39F8" w14:textId="77777777">
        <w:trPr>
          <w:jc w:val="center"/>
        </w:trPr>
        <w:tc>
          <w:tcPr>
            <w:tcW w:w="3384" w:type="dxa"/>
            <w:shd w:val="clear" w:color="auto" w:fill="EAF1F8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14:paraId="2474B334" w14:textId="77777777" w:rsidR="00DA360C" w:rsidRDefault="00000000">
            <w:r>
              <w:rPr>
                <w:b/>
                <w:color w:val="1E3E6E"/>
                <w:sz w:val="18"/>
              </w:rPr>
              <w:t>DNI</w:t>
            </w:r>
          </w:p>
        </w:tc>
        <w:tc>
          <w:tcPr>
            <w:tcW w:w="6696" w:type="dxa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14:paraId="2C0BA9C8" w14:textId="77777777" w:rsidR="00DA360C" w:rsidRDefault="00DA360C"/>
        </w:tc>
      </w:tr>
      <w:tr w:rsidR="00DA360C" w14:paraId="787DDFC5" w14:textId="77777777">
        <w:trPr>
          <w:jc w:val="center"/>
        </w:trPr>
        <w:tc>
          <w:tcPr>
            <w:tcW w:w="3384" w:type="dxa"/>
            <w:shd w:val="clear" w:color="auto" w:fill="EAF1F8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14:paraId="1D25B08B" w14:textId="77777777" w:rsidR="00DA360C" w:rsidRDefault="00000000">
            <w:r>
              <w:rPr>
                <w:b/>
                <w:color w:val="1E3E6E"/>
                <w:sz w:val="18"/>
              </w:rPr>
              <w:t>Matrícula CPC (si aplica)</w:t>
            </w:r>
          </w:p>
        </w:tc>
        <w:tc>
          <w:tcPr>
            <w:tcW w:w="6696" w:type="dxa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14:paraId="49F288FB" w14:textId="77777777" w:rsidR="00DA360C" w:rsidRDefault="00DA360C"/>
        </w:tc>
      </w:tr>
      <w:tr w:rsidR="00DA360C" w:rsidRPr="00776D50" w14:paraId="41CC68BF" w14:textId="77777777">
        <w:trPr>
          <w:jc w:val="center"/>
        </w:trPr>
        <w:tc>
          <w:tcPr>
            <w:tcW w:w="3384" w:type="dxa"/>
            <w:shd w:val="clear" w:color="auto" w:fill="EAF1F8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14:paraId="0FFE7990" w14:textId="77777777" w:rsidR="00DA360C" w:rsidRDefault="00000000">
            <w:r>
              <w:rPr>
                <w:b/>
                <w:color w:val="1E3E6E"/>
                <w:sz w:val="18"/>
              </w:rPr>
              <w:t>Calidad</w:t>
            </w:r>
          </w:p>
        </w:tc>
        <w:tc>
          <w:tcPr>
            <w:tcW w:w="6696" w:type="dxa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14:paraId="308A397E" w14:textId="77777777" w:rsidR="00DA360C" w:rsidRPr="00776D50" w:rsidRDefault="00000000">
            <w:pPr>
              <w:rPr>
                <w:lang w:val="es-PE"/>
              </w:rPr>
            </w:pPr>
            <w:r w:rsidRPr="00776D50">
              <w:rPr>
                <w:color w:val="1F2937"/>
                <w:sz w:val="18"/>
                <w:lang w:val="es-PE"/>
              </w:rPr>
              <w:t>☐ Socio  ☐ Representante legal  ☐ Responsable técnico</w:t>
            </w:r>
          </w:p>
        </w:tc>
      </w:tr>
      <w:tr w:rsidR="00DA360C" w:rsidRPr="00776D50" w14:paraId="2A403161" w14:textId="77777777">
        <w:trPr>
          <w:jc w:val="center"/>
        </w:trPr>
        <w:tc>
          <w:tcPr>
            <w:tcW w:w="3384" w:type="dxa"/>
            <w:shd w:val="clear" w:color="auto" w:fill="EAF1F8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14:paraId="59DB3649" w14:textId="77777777" w:rsidR="00DA360C" w:rsidRPr="00776D50" w:rsidRDefault="00000000">
            <w:pPr>
              <w:rPr>
                <w:lang w:val="es-PE"/>
              </w:rPr>
            </w:pPr>
            <w:r w:rsidRPr="00776D50">
              <w:rPr>
                <w:b/>
                <w:color w:val="1E3E6E"/>
                <w:sz w:val="18"/>
                <w:lang w:val="es-PE"/>
              </w:rPr>
              <w:t>Razón social / denominación de la SOA</w:t>
            </w:r>
          </w:p>
        </w:tc>
        <w:tc>
          <w:tcPr>
            <w:tcW w:w="6696" w:type="dxa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14:paraId="49BE72A0" w14:textId="77777777" w:rsidR="00DA360C" w:rsidRPr="00776D50" w:rsidRDefault="00DA360C">
            <w:pPr>
              <w:rPr>
                <w:lang w:val="es-PE"/>
              </w:rPr>
            </w:pPr>
          </w:p>
        </w:tc>
      </w:tr>
      <w:tr w:rsidR="00DA360C" w14:paraId="5657C76F" w14:textId="77777777">
        <w:trPr>
          <w:jc w:val="center"/>
        </w:trPr>
        <w:tc>
          <w:tcPr>
            <w:tcW w:w="3384" w:type="dxa"/>
            <w:shd w:val="clear" w:color="auto" w:fill="EAF1F8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14:paraId="7BB31420" w14:textId="77777777" w:rsidR="00DA360C" w:rsidRDefault="00000000">
            <w:r>
              <w:rPr>
                <w:b/>
                <w:color w:val="1E3E6E"/>
                <w:sz w:val="18"/>
              </w:rPr>
              <w:t>RUC de la SOA</w:t>
            </w:r>
          </w:p>
        </w:tc>
        <w:tc>
          <w:tcPr>
            <w:tcW w:w="6696" w:type="dxa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14:paraId="2018112E" w14:textId="77777777" w:rsidR="00DA360C" w:rsidRDefault="00DA360C"/>
        </w:tc>
      </w:tr>
    </w:tbl>
    <w:p w14:paraId="008AD03C" w14:textId="77777777" w:rsidR="00DA360C" w:rsidRDefault="00000000">
      <w:pPr>
        <w:spacing w:before="120" w:after="80"/>
      </w:pPr>
      <w:r>
        <w:rPr>
          <w:b/>
          <w:color w:val="7B1F2A"/>
        </w:rPr>
        <w:t>DECLARO BAJO JURAMENTO QUE:</w:t>
      </w:r>
    </w:p>
    <w:p w14:paraId="68633847" w14:textId="77777777" w:rsidR="00DA360C" w:rsidRPr="00776D50" w:rsidRDefault="00000000">
      <w:pPr>
        <w:spacing w:after="60"/>
        <w:rPr>
          <w:lang w:val="es-PE"/>
        </w:rPr>
      </w:pPr>
      <w:r w:rsidRPr="00776D50">
        <w:rPr>
          <w:color w:val="1F2937"/>
          <w:sz w:val="18"/>
          <w:lang w:val="es-PE"/>
        </w:rPr>
        <w:t>1. No me encuentro comprendido en los impedimentos legales y penales previstos en el artículo 11.a del Reglamento.</w:t>
      </w:r>
    </w:p>
    <w:p w14:paraId="4172FB9F" w14:textId="77777777" w:rsidR="00DA360C" w:rsidRPr="00776D50" w:rsidRDefault="00000000">
      <w:pPr>
        <w:spacing w:after="60"/>
        <w:rPr>
          <w:lang w:val="es-PE"/>
        </w:rPr>
      </w:pPr>
      <w:r w:rsidRPr="00776D50">
        <w:rPr>
          <w:color w:val="1F2937"/>
          <w:sz w:val="18"/>
          <w:lang w:val="es-PE"/>
        </w:rPr>
        <w:t>2. No mantengo impedimentos profesionales o disciplinarios previstos en el artículo 11.b.</w:t>
      </w:r>
    </w:p>
    <w:p w14:paraId="732BE36B" w14:textId="77777777" w:rsidR="00DA360C" w:rsidRPr="00776D50" w:rsidRDefault="00000000">
      <w:pPr>
        <w:spacing w:after="60"/>
        <w:rPr>
          <w:lang w:val="es-PE"/>
        </w:rPr>
      </w:pPr>
      <w:r w:rsidRPr="00776D50">
        <w:rPr>
          <w:color w:val="1F2937"/>
          <w:sz w:val="18"/>
          <w:lang w:val="es-PE"/>
        </w:rPr>
        <w:t>3. No mantengo incumplimientos institucionales que afecten mi condición de hábil ni sanciones firmes no cumplidas, conforme al artículo 11.c.</w:t>
      </w:r>
    </w:p>
    <w:p w14:paraId="75C065D8" w14:textId="77777777" w:rsidR="00DA360C" w:rsidRPr="00776D50" w:rsidRDefault="00000000">
      <w:pPr>
        <w:spacing w:after="60"/>
        <w:rPr>
          <w:lang w:val="es-PE"/>
        </w:rPr>
      </w:pPr>
      <w:r w:rsidRPr="00776D50">
        <w:rPr>
          <w:color w:val="1F2937"/>
          <w:sz w:val="18"/>
          <w:lang w:val="es-PE"/>
        </w:rPr>
        <w:t>4. No me encuentro en situaciones que comprometan objetivamente mi idoneidad profesional, ética o independencia, conforme al artículo 11.d.</w:t>
      </w:r>
    </w:p>
    <w:p w14:paraId="711017E9" w14:textId="77777777" w:rsidR="00DA360C" w:rsidRPr="00776D50" w:rsidRDefault="00DA360C">
      <w:pPr>
        <w:spacing w:after="20"/>
        <w:rPr>
          <w:lang w:val="es-PE"/>
        </w:rPr>
      </w:pPr>
    </w:p>
    <w:tbl>
      <w:tblPr>
        <w:tblW w:w="0" w:type="auto"/>
        <w:jc w:val="center"/>
        <w:tblBorders>
          <w:top w:val="single" w:sz="0" w:space="0" w:color="FFFFFF"/>
          <w:left w:val="single" w:sz="0" w:space="0" w:color="FFFFFF"/>
          <w:bottom w:val="single" w:sz="0" w:space="0" w:color="FFFFFF"/>
          <w:right w:val="single" w:sz="0" w:space="0" w:color="FFFFFF"/>
          <w:insideH w:val="single" w:sz="0" w:space="0" w:color="FFFFFF"/>
          <w:insideV w:val="single" w:sz="0" w:space="0" w:color="FFFFFF"/>
        </w:tblBorders>
        <w:tblLayout w:type="fixed"/>
        <w:tblLook w:val="04A0" w:firstRow="1" w:lastRow="0" w:firstColumn="1" w:lastColumn="0" w:noHBand="0" w:noVBand="1"/>
      </w:tblPr>
      <w:tblGrid>
        <w:gridCol w:w="6768"/>
        <w:gridCol w:w="3311"/>
      </w:tblGrid>
      <w:tr w:rsidR="00DA360C" w14:paraId="6B93AA06" w14:textId="77777777">
        <w:trPr>
          <w:jc w:val="center"/>
        </w:trPr>
        <w:tc>
          <w:tcPr>
            <w:tcW w:w="67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723D02" w14:textId="77777777" w:rsidR="00DA360C" w:rsidRDefault="00000000">
            <w:pPr>
              <w:jc w:val="center"/>
            </w:pPr>
            <w:r>
              <w:rPr>
                <w:color w:val="1F2937"/>
                <w:sz w:val="18"/>
              </w:rPr>
              <w:t>____________________________________________</w:t>
            </w:r>
            <w:r>
              <w:rPr>
                <w:color w:val="1F2937"/>
                <w:sz w:val="18"/>
              </w:rPr>
              <w:br/>
              <w:t>Firma del declarante / representante</w:t>
            </w:r>
          </w:p>
        </w:tc>
        <w:tc>
          <w:tcPr>
            <w:tcW w:w="331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9B36D6" w14:textId="77777777" w:rsidR="00DA360C" w:rsidRDefault="00000000">
            <w:pPr>
              <w:jc w:val="center"/>
            </w:pPr>
            <w:r>
              <w:rPr>
                <w:color w:val="1F2937"/>
                <w:sz w:val="18"/>
              </w:rPr>
              <w:t>Huella / sello</w:t>
            </w:r>
            <w:r>
              <w:rPr>
                <w:color w:val="1F2937"/>
                <w:sz w:val="18"/>
              </w:rPr>
              <w:br/>
              <w:t>__________________</w:t>
            </w:r>
          </w:p>
        </w:tc>
      </w:tr>
    </w:tbl>
    <w:p w14:paraId="1AEE92CE" w14:textId="77777777" w:rsidR="00DA360C" w:rsidRPr="00776D50" w:rsidRDefault="00000000">
      <w:pPr>
        <w:spacing w:before="40" w:after="80"/>
        <w:jc w:val="center"/>
        <w:rPr>
          <w:lang w:val="es-PE"/>
        </w:rPr>
      </w:pPr>
      <w:r w:rsidRPr="00776D50">
        <w:rPr>
          <w:color w:val="1F2937"/>
          <w:sz w:val="18"/>
          <w:lang w:val="es-PE"/>
        </w:rPr>
        <w:t>Lugar y fecha: Arequipa, ____ de __________________ de 20____</w:t>
      </w:r>
    </w:p>
    <w:p w14:paraId="4D82AE98" w14:textId="77777777" w:rsidR="00DA360C" w:rsidRPr="00776D50" w:rsidRDefault="00DA360C">
      <w:pPr>
        <w:pageBreakBefore/>
        <w:spacing w:after="0"/>
        <w:rPr>
          <w:lang w:val="es-PE"/>
        </w:rPr>
      </w:pPr>
    </w:p>
    <w:tbl>
      <w:tblPr>
        <w:tblW w:w="0" w:type="auto"/>
        <w:jc w:val="center"/>
        <w:tblBorders>
          <w:top w:val="single" w:sz="4" w:space="0" w:color="9EABB9"/>
          <w:left w:val="single" w:sz="4" w:space="0" w:color="9EABB9"/>
          <w:bottom w:val="single" w:sz="4" w:space="0" w:color="9EABB9"/>
          <w:right w:val="single" w:sz="4" w:space="0" w:color="9EABB9"/>
          <w:insideH w:val="single" w:sz="4" w:space="0" w:color="9EABB9"/>
          <w:insideV w:val="single" w:sz="4" w:space="0" w:color="9EABB9"/>
        </w:tblBorders>
        <w:tblLayout w:type="fixed"/>
        <w:tblLook w:val="04A0" w:firstRow="1" w:lastRow="0" w:firstColumn="1" w:lastColumn="0" w:noHBand="0" w:noVBand="1"/>
      </w:tblPr>
      <w:tblGrid>
        <w:gridCol w:w="1728"/>
        <w:gridCol w:w="6623"/>
        <w:gridCol w:w="1728"/>
      </w:tblGrid>
      <w:tr w:rsidR="00DA360C" w14:paraId="7827620B" w14:textId="77777777">
        <w:trPr>
          <w:jc w:val="center"/>
        </w:trPr>
        <w:tc>
          <w:tcPr>
            <w:tcW w:w="1728" w:type="dxa"/>
            <w:shd w:val="clear" w:color="auto" w:fill="254E86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970DB2E" w14:textId="77777777" w:rsidR="00DA360C" w:rsidRDefault="00000000">
            <w:pPr>
              <w:jc w:val="center"/>
            </w:pPr>
            <w:r>
              <w:rPr>
                <w:b/>
                <w:color w:val="FFFFFF"/>
                <w:sz w:val="19"/>
              </w:rPr>
              <w:t>FP-06C</w:t>
            </w:r>
          </w:p>
        </w:tc>
        <w:tc>
          <w:tcPr>
            <w:tcW w:w="6623" w:type="dxa"/>
            <w:shd w:val="clear" w:color="auto" w:fill="254E86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69954502" w14:textId="77777777" w:rsidR="00DA360C" w:rsidRPr="00776D50" w:rsidRDefault="00000000">
            <w:pPr>
              <w:jc w:val="center"/>
              <w:rPr>
                <w:lang w:val="es-PE"/>
              </w:rPr>
            </w:pPr>
            <w:r w:rsidRPr="00776D50">
              <w:rPr>
                <w:b/>
                <w:color w:val="FFFFFF"/>
                <w:sz w:val="22"/>
                <w:lang w:val="es-PE"/>
              </w:rPr>
              <w:t>DECLARACIÓN JURADA INTEGRAL DE LA SOCIEDAD DE AUDITORÍA</w:t>
            </w:r>
          </w:p>
        </w:tc>
        <w:tc>
          <w:tcPr>
            <w:tcW w:w="1728" w:type="dxa"/>
            <w:shd w:val="clear" w:color="auto" w:fill="7B1F2A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E853AA4" w14:textId="77777777" w:rsidR="00DA360C" w:rsidRDefault="00000000">
            <w:pPr>
              <w:jc w:val="center"/>
            </w:pPr>
            <w:r>
              <w:rPr>
                <w:b/>
                <w:color w:val="FFFFFF"/>
                <w:sz w:val="19"/>
              </w:rPr>
              <w:t>OBLIGATORIO</w:t>
            </w:r>
          </w:p>
        </w:tc>
      </w:tr>
      <w:tr w:rsidR="00DA360C" w14:paraId="7DFA6D2F" w14:textId="77777777">
        <w:trPr>
          <w:jc w:val="center"/>
        </w:trPr>
        <w:tc>
          <w:tcPr>
            <w:tcW w:w="1728" w:type="dxa"/>
            <w:shd w:val="clear" w:color="auto" w:fill="EAF1F8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9E9303E" w14:textId="77777777" w:rsidR="00DA360C" w:rsidRPr="00776D50" w:rsidRDefault="00000000">
            <w:pPr>
              <w:jc w:val="center"/>
              <w:rPr>
                <w:lang w:val="es-PE"/>
              </w:rPr>
            </w:pPr>
            <w:r w:rsidRPr="00776D50">
              <w:rPr>
                <w:b/>
                <w:color w:val="1E3E6E"/>
                <w:sz w:val="17"/>
                <w:lang w:val="es-PE"/>
              </w:rPr>
              <w:t>Regularización de Sociedad de Auditoría</w:t>
            </w:r>
          </w:p>
        </w:tc>
        <w:tc>
          <w:tcPr>
            <w:tcW w:w="6623" w:type="dxa"/>
            <w:shd w:val="clear" w:color="auto" w:fill="EAF1F8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1EC71E6" w14:textId="77777777" w:rsidR="00DA360C" w:rsidRDefault="00000000">
            <w:pPr>
              <w:jc w:val="center"/>
            </w:pPr>
            <w:r>
              <w:rPr>
                <w:color w:val="1E3E6E"/>
                <w:sz w:val="17"/>
              </w:rPr>
              <w:t>Arts. 16-18 y 28.b</w:t>
            </w:r>
          </w:p>
        </w:tc>
        <w:tc>
          <w:tcPr>
            <w:tcW w:w="1728" w:type="dxa"/>
            <w:shd w:val="clear" w:color="auto" w:fill="FAF4E1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6DA40F3" w14:textId="77777777" w:rsidR="00DA360C" w:rsidRDefault="00000000">
            <w:pPr>
              <w:jc w:val="center"/>
            </w:pPr>
            <w:r>
              <w:rPr>
                <w:color w:val="7B1F2A"/>
                <w:sz w:val="17"/>
              </w:rPr>
              <w:t>Carpeta 05</w:t>
            </w:r>
          </w:p>
        </w:tc>
      </w:tr>
    </w:tbl>
    <w:p w14:paraId="0B3BAC26" w14:textId="77777777" w:rsidR="00DA360C" w:rsidRDefault="00DA360C">
      <w:pPr>
        <w:spacing w:after="20"/>
      </w:pPr>
    </w:p>
    <w:tbl>
      <w:tblPr>
        <w:tblW w:w="0" w:type="auto"/>
        <w:jc w:val="center"/>
        <w:tblBorders>
          <w:top w:val="single" w:sz="4" w:space="0" w:color="B8C1CD"/>
          <w:left w:val="single" w:sz="4" w:space="0" w:color="B8C1CD"/>
          <w:bottom w:val="single" w:sz="4" w:space="0" w:color="B8C1CD"/>
          <w:right w:val="single" w:sz="4" w:space="0" w:color="B8C1CD"/>
          <w:insideH w:val="single" w:sz="4" w:space="0" w:color="B8C1CD"/>
          <w:insideV w:val="single" w:sz="4" w:space="0" w:color="B8C1CD"/>
        </w:tblBorders>
        <w:tblLayout w:type="fixed"/>
        <w:tblLook w:val="04A0" w:firstRow="1" w:lastRow="0" w:firstColumn="1" w:lastColumn="0" w:noHBand="0" w:noVBand="1"/>
      </w:tblPr>
      <w:tblGrid>
        <w:gridCol w:w="3384"/>
        <w:gridCol w:w="6696"/>
      </w:tblGrid>
      <w:tr w:rsidR="00DA360C" w14:paraId="3B80CE47" w14:textId="77777777">
        <w:trPr>
          <w:jc w:val="center"/>
        </w:trPr>
        <w:tc>
          <w:tcPr>
            <w:tcW w:w="3384" w:type="dxa"/>
            <w:shd w:val="clear" w:color="auto" w:fill="EAF1F8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14:paraId="0B47DBE4" w14:textId="77777777" w:rsidR="00DA360C" w:rsidRDefault="00000000">
            <w:r>
              <w:rPr>
                <w:b/>
                <w:color w:val="1E3E6E"/>
                <w:sz w:val="18"/>
              </w:rPr>
              <w:t>Razón social / denominación social</w:t>
            </w:r>
          </w:p>
        </w:tc>
        <w:tc>
          <w:tcPr>
            <w:tcW w:w="6696" w:type="dxa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14:paraId="5ECB6223" w14:textId="77777777" w:rsidR="00DA360C" w:rsidRDefault="00DA360C"/>
        </w:tc>
      </w:tr>
      <w:tr w:rsidR="00DA360C" w14:paraId="22859366" w14:textId="77777777">
        <w:trPr>
          <w:jc w:val="center"/>
        </w:trPr>
        <w:tc>
          <w:tcPr>
            <w:tcW w:w="3384" w:type="dxa"/>
            <w:shd w:val="clear" w:color="auto" w:fill="EAF1F8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14:paraId="57765368" w14:textId="77777777" w:rsidR="00DA360C" w:rsidRDefault="00000000">
            <w:r>
              <w:rPr>
                <w:b/>
                <w:color w:val="1E3E6E"/>
                <w:sz w:val="18"/>
              </w:rPr>
              <w:t>RUC</w:t>
            </w:r>
          </w:p>
        </w:tc>
        <w:tc>
          <w:tcPr>
            <w:tcW w:w="6696" w:type="dxa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14:paraId="716A9FE9" w14:textId="77777777" w:rsidR="00DA360C" w:rsidRDefault="00DA360C"/>
        </w:tc>
      </w:tr>
      <w:tr w:rsidR="00DA360C" w14:paraId="38C86532" w14:textId="77777777">
        <w:trPr>
          <w:jc w:val="center"/>
        </w:trPr>
        <w:tc>
          <w:tcPr>
            <w:tcW w:w="3384" w:type="dxa"/>
            <w:shd w:val="clear" w:color="auto" w:fill="EAF1F8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14:paraId="79747D4D" w14:textId="77777777" w:rsidR="00DA360C" w:rsidRDefault="00000000">
            <w:r>
              <w:rPr>
                <w:b/>
                <w:color w:val="1E3E6E"/>
                <w:sz w:val="18"/>
              </w:rPr>
              <w:t>Domicilio legal</w:t>
            </w:r>
          </w:p>
        </w:tc>
        <w:tc>
          <w:tcPr>
            <w:tcW w:w="6696" w:type="dxa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14:paraId="04F7FD98" w14:textId="77777777" w:rsidR="00DA360C" w:rsidRDefault="00DA360C"/>
        </w:tc>
      </w:tr>
      <w:tr w:rsidR="00DA360C" w14:paraId="45A68235" w14:textId="77777777">
        <w:trPr>
          <w:jc w:val="center"/>
        </w:trPr>
        <w:tc>
          <w:tcPr>
            <w:tcW w:w="3384" w:type="dxa"/>
            <w:shd w:val="clear" w:color="auto" w:fill="EAF1F8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14:paraId="7ADEF2BF" w14:textId="77777777" w:rsidR="00DA360C" w:rsidRDefault="00000000">
            <w:r>
              <w:rPr>
                <w:b/>
                <w:color w:val="1E3E6E"/>
                <w:sz w:val="18"/>
              </w:rPr>
              <w:t>Representante legal</w:t>
            </w:r>
          </w:p>
        </w:tc>
        <w:tc>
          <w:tcPr>
            <w:tcW w:w="6696" w:type="dxa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14:paraId="56138372" w14:textId="77777777" w:rsidR="00DA360C" w:rsidRDefault="00DA360C"/>
        </w:tc>
      </w:tr>
      <w:tr w:rsidR="00DA360C" w14:paraId="4CCAB7EB" w14:textId="77777777">
        <w:trPr>
          <w:jc w:val="center"/>
        </w:trPr>
        <w:tc>
          <w:tcPr>
            <w:tcW w:w="3384" w:type="dxa"/>
            <w:shd w:val="clear" w:color="auto" w:fill="EAF1F8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14:paraId="1FDE0445" w14:textId="77777777" w:rsidR="00DA360C" w:rsidRDefault="00000000">
            <w:r>
              <w:rPr>
                <w:b/>
                <w:color w:val="1E3E6E"/>
                <w:sz w:val="18"/>
              </w:rPr>
              <w:t>DNI del representante</w:t>
            </w:r>
          </w:p>
        </w:tc>
        <w:tc>
          <w:tcPr>
            <w:tcW w:w="6696" w:type="dxa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14:paraId="23569CD1" w14:textId="77777777" w:rsidR="00DA360C" w:rsidRDefault="00DA360C"/>
        </w:tc>
      </w:tr>
      <w:tr w:rsidR="00DA360C" w:rsidRPr="00776D50" w14:paraId="5B8F6C40" w14:textId="77777777">
        <w:trPr>
          <w:jc w:val="center"/>
        </w:trPr>
        <w:tc>
          <w:tcPr>
            <w:tcW w:w="3384" w:type="dxa"/>
            <w:shd w:val="clear" w:color="auto" w:fill="EAF1F8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14:paraId="17FEA2D7" w14:textId="77777777" w:rsidR="00DA360C" w:rsidRPr="00776D50" w:rsidRDefault="00000000">
            <w:pPr>
              <w:rPr>
                <w:lang w:val="es-PE"/>
              </w:rPr>
            </w:pPr>
            <w:r w:rsidRPr="00776D50">
              <w:rPr>
                <w:b/>
                <w:color w:val="1E3E6E"/>
                <w:sz w:val="18"/>
                <w:lang w:val="es-PE"/>
              </w:rPr>
              <w:t>Registro SOA N.° (si corresponde)</w:t>
            </w:r>
          </w:p>
        </w:tc>
        <w:tc>
          <w:tcPr>
            <w:tcW w:w="6696" w:type="dxa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14:paraId="1EB9DE3C" w14:textId="77777777" w:rsidR="00DA360C" w:rsidRPr="00776D50" w:rsidRDefault="00DA360C">
            <w:pPr>
              <w:rPr>
                <w:lang w:val="es-PE"/>
              </w:rPr>
            </w:pPr>
          </w:p>
        </w:tc>
      </w:tr>
    </w:tbl>
    <w:p w14:paraId="2838C5E4" w14:textId="77777777" w:rsidR="00DA360C" w:rsidRPr="00776D50" w:rsidRDefault="00000000">
      <w:pPr>
        <w:spacing w:before="120" w:after="80"/>
        <w:rPr>
          <w:lang w:val="es-PE"/>
        </w:rPr>
      </w:pPr>
      <w:r w:rsidRPr="00776D50">
        <w:rPr>
          <w:b/>
          <w:color w:val="7B1F2A"/>
          <w:sz w:val="19"/>
          <w:lang w:val="es-PE"/>
        </w:rPr>
        <w:t>EN MI CALIDAD DE REPRESENTANTE LEGAL, DECLARO BAJO JURAMENTO QUE LA SOCIEDAD:</w:t>
      </w:r>
    </w:p>
    <w:p w14:paraId="250C9239" w14:textId="77777777" w:rsidR="00DA360C" w:rsidRPr="00776D50" w:rsidRDefault="00000000">
      <w:pPr>
        <w:spacing w:after="60"/>
        <w:rPr>
          <w:lang w:val="es-PE"/>
        </w:rPr>
      </w:pPr>
      <w:r w:rsidRPr="00776D50">
        <w:rPr>
          <w:color w:val="1F2937"/>
          <w:sz w:val="18"/>
          <w:lang w:val="es-PE"/>
        </w:rPr>
        <w:t>1. Cumple y se compromete a mantener el Código de Ética Profesional, las normas de independencia, el debido cuidado profesional y las disposiciones del Reglamento de Auditores Independientes y Sociedades de Auditoría del CCPAQP.</w:t>
      </w:r>
    </w:p>
    <w:p w14:paraId="6E5258BD" w14:textId="77777777" w:rsidR="00DA360C" w:rsidRPr="00776D50" w:rsidRDefault="00000000">
      <w:pPr>
        <w:spacing w:after="60"/>
        <w:rPr>
          <w:lang w:val="es-PE"/>
        </w:rPr>
      </w:pPr>
      <w:r w:rsidRPr="00776D50">
        <w:rPr>
          <w:color w:val="1F2937"/>
          <w:sz w:val="18"/>
          <w:lang w:val="es-PE"/>
        </w:rPr>
        <w:t>2. Mantendrá socios responsables hábiles y con inscripción vigente / revalidada como Auditores Independientes durante la vigencia del registro de la sociedad.</w:t>
      </w:r>
    </w:p>
    <w:p w14:paraId="6823482A" w14:textId="77777777" w:rsidR="00DA360C" w:rsidRPr="00776D50" w:rsidRDefault="00000000">
      <w:pPr>
        <w:spacing w:after="60"/>
        <w:rPr>
          <w:lang w:val="es-PE"/>
        </w:rPr>
      </w:pPr>
      <w:r w:rsidRPr="00776D50">
        <w:rPr>
          <w:color w:val="1F2937"/>
          <w:sz w:val="18"/>
          <w:lang w:val="es-PE"/>
        </w:rPr>
        <w:t>3. Adoptará medidas para identificar, evaluar y gestionar amenazas a la independencia y conflictos de interés antes y durante los encargos.</w:t>
      </w:r>
    </w:p>
    <w:p w14:paraId="2C9456B0" w14:textId="77777777" w:rsidR="00DA360C" w:rsidRPr="00776D50" w:rsidRDefault="00000000">
      <w:pPr>
        <w:spacing w:after="60"/>
        <w:rPr>
          <w:lang w:val="es-PE"/>
        </w:rPr>
      </w:pPr>
      <w:r w:rsidRPr="00776D50">
        <w:rPr>
          <w:color w:val="1F2937"/>
          <w:sz w:val="18"/>
          <w:lang w:val="es-PE"/>
        </w:rPr>
        <w:t>4. Comunicará al CCPAQP dentro del plazo reglamentario cualquier pérdida de condición o cambio que pueda afectar a los socios responsables o la vigencia de la sociedad.</w:t>
      </w:r>
    </w:p>
    <w:p w14:paraId="51CE7933" w14:textId="77777777" w:rsidR="00DA360C" w:rsidRPr="00776D50" w:rsidRDefault="00000000">
      <w:pPr>
        <w:spacing w:after="60"/>
        <w:rPr>
          <w:lang w:val="es-PE"/>
        </w:rPr>
      </w:pPr>
      <w:r w:rsidRPr="00776D50">
        <w:rPr>
          <w:color w:val="1F2937"/>
          <w:sz w:val="18"/>
          <w:lang w:val="es-PE"/>
        </w:rPr>
        <w:t>5. La información contenida en el expediente es auténtica y verificable.</w:t>
      </w:r>
    </w:p>
    <w:p w14:paraId="790C7C81" w14:textId="77777777" w:rsidR="00DA360C" w:rsidRPr="00776D50" w:rsidRDefault="00DA360C">
      <w:pPr>
        <w:rPr>
          <w:lang w:val="es-PE"/>
        </w:rPr>
      </w:pPr>
    </w:p>
    <w:tbl>
      <w:tblPr>
        <w:tblW w:w="0" w:type="auto"/>
        <w:jc w:val="center"/>
        <w:tblBorders>
          <w:top w:val="single" w:sz="0" w:space="0" w:color="FFFFFF"/>
          <w:left w:val="single" w:sz="0" w:space="0" w:color="FFFFFF"/>
          <w:bottom w:val="single" w:sz="0" w:space="0" w:color="FFFFFF"/>
          <w:right w:val="single" w:sz="0" w:space="0" w:color="FFFFFF"/>
          <w:insideH w:val="single" w:sz="0" w:space="0" w:color="FFFFFF"/>
          <w:insideV w:val="single" w:sz="0" w:space="0" w:color="FFFFFF"/>
        </w:tblBorders>
        <w:tblLayout w:type="fixed"/>
        <w:tblLook w:val="04A0" w:firstRow="1" w:lastRow="0" w:firstColumn="1" w:lastColumn="0" w:noHBand="0" w:noVBand="1"/>
      </w:tblPr>
      <w:tblGrid>
        <w:gridCol w:w="6768"/>
        <w:gridCol w:w="3311"/>
      </w:tblGrid>
      <w:tr w:rsidR="00DA360C" w14:paraId="7E65253F" w14:textId="77777777">
        <w:trPr>
          <w:jc w:val="center"/>
        </w:trPr>
        <w:tc>
          <w:tcPr>
            <w:tcW w:w="67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115F0A" w14:textId="77777777" w:rsidR="00DA360C" w:rsidRDefault="00000000">
            <w:pPr>
              <w:jc w:val="center"/>
            </w:pPr>
            <w:r>
              <w:rPr>
                <w:color w:val="1F2937"/>
                <w:sz w:val="18"/>
              </w:rPr>
              <w:t>____________________________________________</w:t>
            </w:r>
            <w:r>
              <w:rPr>
                <w:color w:val="1F2937"/>
                <w:sz w:val="18"/>
              </w:rPr>
              <w:br/>
              <w:t>Firma del declarante / representante</w:t>
            </w:r>
          </w:p>
        </w:tc>
        <w:tc>
          <w:tcPr>
            <w:tcW w:w="331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77FE58" w14:textId="77777777" w:rsidR="00DA360C" w:rsidRDefault="00000000">
            <w:pPr>
              <w:jc w:val="center"/>
            </w:pPr>
            <w:r>
              <w:rPr>
                <w:color w:val="1F2937"/>
                <w:sz w:val="18"/>
              </w:rPr>
              <w:t>Huella / sello</w:t>
            </w:r>
            <w:r>
              <w:rPr>
                <w:color w:val="1F2937"/>
                <w:sz w:val="18"/>
              </w:rPr>
              <w:br/>
              <w:t>__________________</w:t>
            </w:r>
          </w:p>
        </w:tc>
      </w:tr>
    </w:tbl>
    <w:p w14:paraId="0952D355" w14:textId="77777777" w:rsidR="00DA360C" w:rsidRPr="00776D50" w:rsidRDefault="00000000">
      <w:pPr>
        <w:spacing w:before="40" w:after="80"/>
        <w:jc w:val="center"/>
        <w:rPr>
          <w:lang w:val="es-PE"/>
        </w:rPr>
      </w:pPr>
      <w:r w:rsidRPr="00776D50">
        <w:rPr>
          <w:color w:val="1F2937"/>
          <w:sz w:val="18"/>
          <w:lang w:val="es-PE"/>
        </w:rPr>
        <w:t>Lugar y fecha: Arequipa, ____ de __________________ de 20____</w:t>
      </w:r>
    </w:p>
    <w:p w14:paraId="498217A7" w14:textId="77777777" w:rsidR="00DA360C" w:rsidRPr="00776D50" w:rsidRDefault="00DA360C">
      <w:pPr>
        <w:pageBreakBefore/>
        <w:spacing w:after="0"/>
        <w:rPr>
          <w:lang w:val="es-PE"/>
        </w:rPr>
      </w:pPr>
    </w:p>
    <w:tbl>
      <w:tblPr>
        <w:tblW w:w="0" w:type="auto"/>
        <w:jc w:val="center"/>
        <w:tblBorders>
          <w:top w:val="single" w:sz="4" w:space="0" w:color="9EABB9"/>
          <w:left w:val="single" w:sz="4" w:space="0" w:color="9EABB9"/>
          <w:bottom w:val="single" w:sz="4" w:space="0" w:color="9EABB9"/>
          <w:right w:val="single" w:sz="4" w:space="0" w:color="9EABB9"/>
          <w:insideH w:val="single" w:sz="4" w:space="0" w:color="9EABB9"/>
          <w:insideV w:val="single" w:sz="4" w:space="0" w:color="9EABB9"/>
        </w:tblBorders>
        <w:tblLayout w:type="fixed"/>
        <w:tblLook w:val="04A0" w:firstRow="1" w:lastRow="0" w:firstColumn="1" w:lastColumn="0" w:noHBand="0" w:noVBand="1"/>
      </w:tblPr>
      <w:tblGrid>
        <w:gridCol w:w="1728"/>
        <w:gridCol w:w="6623"/>
        <w:gridCol w:w="1728"/>
      </w:tblGrid>
      <w:tr w:rsidR="00DA360C" w14:paraId="36525A78" w14:textId="77777777">
        <w:trPr>
          <w:jc w:val="center"/>
        </w:trPr>
        <w:tc>
          <w:tcPr>
            <w:tcW w:w="1728" w:type="dxa"/>
            <w:shd w:val="clear" w:color="auto" w:fill="254E86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ED24F37" w14:textId="77777777" w:rsidR="00DA360C" w:rsidRDefault="00000000">
            <w:pPr>
              <w:jc w:val="center"/>
            </w:pPr>
            <w:r>
              <w:rPr>
                <w:b/>
                <w:color w:val="FFFFFF"/>
                <w:sz w:val="19"/>
              </w:rPr>
              <w:t>FP-06E</w:t>
            </w:r>
          </w:p>
        </w:tc>
        <w:tc>
          <w:tcPr>
            <w:tcW w:w="6623" w:type="dxa"/>
            <w:shd w:val="clear" w:color="auto" w:fill="254E86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535B9E4" w14:textId="77777777" w:rsidR="00DA360C" w:rsidRPr="00776D50" w:rsidRDefault="00000000">
            <w:pPr>
              <w:jc w:val="center"/>
              <w:rPr>
                <w:lang w:val="es-PE"/>
              </w:rPr>
            </w:pPr>
            <w:r w:rsidRPr="00776D50">
              <w:rPr>
                <w:b/>
                <w:color w:val="FFFFFF"/>
                <w:sz w:val="22"/>
                <w:lang w:val="es-PE"/>
              </w:rPr>
              <w:t>DECLARACIÓN / ACREDITACIÓN DEL SISTEMA DE GESTIÓN DE LA CALIDAD</w:t>
            </w:r>
          </w:p>
        </w:tc>
        <w:tc>
          <w:tcPr>
            <w:tcW w:w="1728" w:type="dxa"/>
            <w:shd w:val="clear" w:color="auto" w:fill="7B1F2A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29092F" w14:textId="77777777" w:rsidR="00DA360C" w:rsidRDefault="00000000">
            <w:pPr>
              <w:jc w:val="center"/>
            </w:pPr>
            <w:r>
              <w:rPr>
                <w:b/>
                <w:color w:val="FFFFFF"/>
                <w:sz w:val="19"/>
              </w:rPr>
              <w:t>OBLIGATORIO</w:t>
            </w:r>
          </w:p>
        </w:tc>
      </w:tr>
      <w:tr w:rsidR="00DA360C" w14:paraId="74F3240C" w14:textId="77777777">
        <w:trPr>
          <w:jc w:val="center"/>
        </w:trPr>
        <w:tc>
          <w:tcPr>
            <w:tcW w:w="1728" w:type="dxa"/>
            <w:shd w:val="clear" w:color="auto" w:fill="EAF1F8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06573F4" w14:textId="77777777" w:rsidR="00DA360C" w:rsidRPr="00776D50" w:rsidRDefault="00000000">
            <w:pPr>
              <w:jc w:val="center"/>
              <w:rPr>
                <w:lang w:val="es-PE"/>
              </w:rPr>
            </w:pPr>
            <w:r w:rsidRPr="00776D50">
              <w:rPr>
                <w:b/>
                <w:color w:val="1E3E6E"/>
                <w:sz w:val="17"/>
                <w:lang w:val="es-PE"/>
              </w:rPr>
              <w:t>Regularización de Sociedad de Auditoría</w:t>
            </w:r>
          </w:p>
        </w:tc>
        <w:tc>
          <w:tcPr>
            <w:tcW w:w="6623" w:type="dxa"/>
            <w:shd w:val="clear" w:color="auto" w:fill="EAF1F8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F1E20A0" w14:textId="77777777" w:rsidR="00DA360C" w:rsidRDefault="00000000">
            <w:pPr>
              <w:jc w:val="center"/>
            </w:pPr>
            <w:r>
              <w:rPr>
                <w:color w:val="1E3E6E"/>
                <w:sz w:val="17"/>
              </w:rPr>
              <w:t>Arts. 16.g, 17.l y 28.b</w:t>
            </w:r>
          </w:p>
        </w:tc>
        <w:tc>
          <w:tcPr>
            <w:tcW w:w="1728" w:type="dxa"/>
            <w:shd w:val="clear" w:color="auto" w:fill="FAF4E1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61D64A74" w14:textId="77777777" w:rsidR="00DA360C" w:rsidRDefault="00000000">
            <w:pPr>
              <w:jc w:val="center"/>
            </w:pPr>
            <w:r>
              <w:rPr>
                <w:color w:val="7B1F2A"/>
                <w:sz w:val="17"/>
              </w:rPr>
              <w:t>Carpeta 06</w:t>
            </w:r>
          </w:p>
        </w:tc>
      </w:tr>
    </w:tbl>
    <w:p w14:paraId="2EBACD62" w14:textId="77777777" w:rsidR="00DA360C" w:rsidRDefault="00DA360C">
      <w:pPr>
        <w:spacing w:after="20"/>
      </w:pPr>
    </w:p>
    <w:tbl>
      <w:tblPr>
        <w:tblW w:w="0" w:type="auto"/>
        <w:jc w:val="center"/>
        <w:tblBorders>
          <w:top w:val="single" w:sz="4" w:space="0" w:color="B8C1CD"/>
          <w:left w:val="single" w:sz="4" w:space="0" w:color="B8C1CD"/>
          <w:bottom w:val="single" w:sz="4" w:space="0" w:color="B8C1CD"/>
          <w:right w:val="single" w:sz="4" w:space="0" w:color="B8C1CD"/>
          <w:insideH w:val="single" w:sz="4" w:space="0" w:color="B8C1CD"/>
          <w:insideV w:val="single" w:sz="4" w:space="0" w:color="B8C1CD"/>
        </w:tblBorders>
        <w:tblLayout w:type="fixed"/>
        <w:tblLook w:val="04A0" w:firstRow="1" w:lastRow="0" w:firstColumn="1" w:lastColumn="0" w:noHBand="0" w:noVBand="1"/>
      </w:tblPr>
      <w:tblGrid>
        <w:gridCol w:w="3384"/>
        <w:gridCol w:w="6696"/>
      </w:tblGrid>
      <w:tr w:rsidR="00DA360C" w14:paraId="37EA5465" w14:textId="77777777">
        <w:trPr>
          <w:jc w:val="center"/>
        </w:trPr>
        <w:tc>
          <w:tcPr>
            <w:tcW w:w="3384" w:type="dxa"/>
            <w:shd w:val="clear" w:color="auto" w:fill="EAF1F8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14:paraId="4F65E72B" w14:textId="77777777" w:rsidR="00DA360C" w:rsidRDefault="00000000">
            <w:r>
              <w:rPr>
                <w:b/>
                <w:color w:val="1E3E6E"/>
                <w:sz w:val="18"/>
              </w:rPr>
              <w:t>Razón social / denominación social</w:t>
            </w:r>
          </w:p>
        </w:tc>
        <w:tc>
          <w:tcPr>
            <w:tcW w:w="6696" w:type="dxa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14:paraId="136229CD" w14:textId="77777777" w:rsidR="00DA360C" w:rsidRDefault="00DA360C"/>
        </w:tc>
      </w:tr>
      <w:tr w:rsidR="00DA360C" w14:paraId="30FE11AD" w14:textId="77777777">
        <w:trPr>
          <w:jc w:val="center"/>
        </w:trPr>
        <w:tc>
          <w:tcPr>
            <w:tcW w:w="3384" w:type="dxa"/>
            <w:shd w:val="clear" w:color="auto" w:fill="EAF1F8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14:paraId="33B48600" w14:textId="77777777" w:rsidR="00DA360C" w:rsidRDefault="00000000">
            <w:r>
              <w:rPr>
                <w:b/>
                <w:color w:val="1E3E6E"/>
                <w:sz w:val="18"/>
              </w:rPr>
              <w:t>RUC</w:t>
            </w:r>
          </w:p>
        </w:tc>
        <w:tc>
          <w:tcPr>
            <w:tcW w:w="6696" w:type="dxa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14:paraId="2F8589A3" w14:textId="77777777" w:rsidR="00DA360C" w:rsidRDefault="00DA360C"/>
        </w:tc>
      </w:tr>
      <w:tr w:rsidR="00DA360C" w14:paraId="5373E715" w14:textId="77777777">
        <w:trPr>
          <w:jc w:val="center"/>
        </w:trPr>
        <w:tc>
          <w:tcPr>
            <w:tcW w:w="3384" w:type="dxa"/>
            <w:shd w:val="clear" w:color="auto" w:fill="EAF1F8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14:paraId="1DF8DD10" w14:textId="77777777" w:rsidR="00DA360C" w:rsidRDefault="00000000">
            <w:r>
              <w:rPr>
                <w:b/>
                <w:color w:val="1E3E6E"/>
                <w:sz w:val="18"/>
              </w:rPr>
              <w:t>Domicilio legal</w:t>
            </w:r>
          </w:p>
        </w:tc>
        <w:tc>
          <w:tcPr>
            <w:tcW w:w="6696" w:type="dxa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14:paraId="6F455FAA" w14:textId="77777777" w:rsidR="00DA360C" w:rsidRDefault="00DA360C"/>
        </w:tc>
      </w:tr>
      <w:tr w:rsidR="00DA360C" w14:paraId="470E4B16" w14:textId="77777777">
        <w:trPr>
          <w:jc w:val="center"/>
        </w:trPr>
        <w:tc>
          <w:tcPr>
            <w:tcW w:w="3384" w:type="dxa"/>
            <w:shd w:val="clear" w:color="auto" w:fill="EAF1F8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14:paraId="2074E0E1" w14:textId="77777777" w:rsidR="00DA360C" w:rsidRDefault="00000000">
            <w:r>
              <w:rPr>
                <w:b/>
                <w:color w:val="1E3E6E"/>
                <w:sz w:val="18"/>
              </w:rPr>
              <w:t>Representante legal</w:t>
            </w:r>
          </w:p>
        </w:tc>
        <w:tc>
          <w:tcPr>
            <w:tcW w:w="6696" w:type="dxa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14:paraId="3EE3DFD2" w14:textId="77777777" w:rsidR="00DA360C" w:rsidRDefault="00DA360C"/>
        </w:tc>
      </w:tr>
      <w:tr w:rsidR="00DA360C" w14:paraId="6837B212" w14:textId="77777777">
        <w:trPr>
          <w:jc w:val="center"/>
        </w:trPr>
        <w:tc>
          <w:tcPr>
            <w:tcW w:w="3384" w:type="dxa"/>
            <w:shd w:val="clear" w:color="auto" w:fill="EAF1F8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14:paraId="0A6375FE" w14:textId="77777777" w:rsidR="00DA360C" w:rsidRDefault="00000000">
            <w:r>
              <w:rPr>
                <w:b/>
                <w:color w:val="1E3E6E"/>
                <w:sz w:val="18"/>
              </w:rPr>
              <w:t>Responsable de calidad</w:t>
            </w:r>
          </w:p>
        </w:tc>
        <w:tc>
          <w:tcPr>
            <w:tcW w:w="6696" w:type="dxa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14:paraId="24B25370" w14:textId="77777777" w:rsidR="00DA360C" w:rsidRDefault="00DA360C"/>
        </w:tc>
      </w:tr>
      <w:tr w:rsidR="00DA360C" w14:paraId="5AAC93C5" w14:textId="77777777">
        <w:trPr>
          <w:jc w:val="center"/>
        </w:trPr>
        <w:tc>
          <w:tcPr>
            <w:tcW w:w="3384" w:type="dxa"/>
            <w:shd w:val="clear" w:color="auto" w:fill="EAF1F8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14:paraId="3BB75A32" w14:textId="77777777" w:rsidR="00DA360C" w:rsidRDefault="00000000">
            <w:r>
              <w:rPr>
                <w:b/>
                <w:color w:val="1E3E6E"/>
                <w:sz w:val="18"/>
              </w:rPr>
              <w:t>Documento / manual principal</w:t>
            </w:r>
          </w:p>
        </w:tc>
        <w:tc>
          <w:tcPr>
            <w:tcW w:w="6696" w:type="dxa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14:paraId="040BFB19" w14:textId="77777777" w:rsidR="00DA360C" w:rsidRDefault="00DA360C"/>
        </w:tc>
      </w:tr>
      <w:tr w:rsidR="00DA360C" w14:paraId="77C77615" w14:textId="77777777">
        <w:trPr>
          <w:jc w:val="center"/>
        </w:trPr>
        <w:tc>
          <w:tcPr>
            <w:tcW w:w="3384" w:type="dxa"/>
            <w:shd w:val="clear" w:color="auto" w:fill="EAF1F8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14:paraId="29ADD46B" w14:textId="77777777" w:rsidR="00DA360C" w:rsidRDefault="00000000">
            <w:r>
              <w:rPr>
                <w:b/>
                <w:color w:val="1E3E6E"/>
                <w:sz w:val="18"/>
              </w:rPr>
              <w:t>Versión / fecha de aprobación</w:t>
            </w:r>
          </w:p>
        </w:tc>
        <w:tc>
          <w:tcPr>
            <w:tcW w:w="6696" w:type="dxa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14:paraId="0CBADD46" w14:textId="77777777" w:rsidR="00DA360C" w:rsidRDefault="00DA360C"/>
        </w:tc>
      </w:tr>
      <w:tr w:rsidR="00DA360C" w14:paraId="3656C2A9" w14:textId="77777777">
        <w:trPr>
          <w:jc w:val="center"/>
        </w:trPr>
        <w:tc>
          <w:tcPr>
            <w:tcW w:w="3384" w:type="dxa"/>
            <w:shd w:val="clear" w:color="auto" w:fill="EAF1F8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14:paraId="3A09F18D" w14:textId="77777777" w:rsidR="00DA360C" w:rsidRDefault="00000000">
            <w:r>
              <w:rPr>
                <w:b/>
                <w:color w:val="1E3E6E"/>
                <w:sz w:val="18"/>
              </w:rPr>
              <w:t>Última actualización</w:t>
            </w:r>
          </w:p>
        </w:tc>
        <w:tc>
          <w:tcPr>
            <w:tcW w:w="6696" w:type="dxa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14:paraId="2A8473AF" w14:textId="77777777" w:rsidR="00DA360C" w:rsidRDefault="00DA360C"/>
        </w:tc>
      </w:tr>
    </w:tbl>
    <w:p w14:paraId="3976AF2D" w14:textId="77777777" w:rsidR="00DA360C" w:rsidRDefault="00000000">
      <w:pPr>
        <w:spacing w:before="120" w:after="80"/>
      </w:pPr>
      <w:r>
        <w:rPr>
          <w:b/>
          <w:color w:val="7B1F2A"/>
        </w:rPr>
        <w:t>DECLARO BAJO JURAMENTO QUE:</w:t>
      </w:r>
    </w:p>
    <w:p w14:paraId="192B2CC3" w14:textId="77777777" w:rsidR="00DA360C" w:rsidRPr="00776D50" w:rsidRDefault="00000000">
      <w:pPr>
        <w:spacing w:after="80"/>
        <w:rPr>
          <w:lang w:val="es-PE"/>
        </w:rPr>
      </w:pPr>
      <w:r w:rsidRPr="00776D50">
        <w:rPr>
          <w:color w:val="1F2937"/>
          <w:sz w:val="18"/>
          <w:lang w:val="es-PE"/>
        </w:rPr>
        <w:t>La sociedad cuenta con políticas y procedimientos de gestión de la calidad alineados con las Normas Internacionales de Gestión de la Calidad vigentes en el Perú y mantiene evidencia documental suficiente para demostrar su diseño, implementación y actualización, en lo que resulte aplicable.</w:t>
      </w:r>
    </w:p>
    <w:p w14:paraId="2860FF65" w14:textId="77777777" w:rsidR="00DA360C" w:rsidRPr="00776D50" w:rsidRDefault="00000000">
      <w:pPr>
        <w:spacing w:before="120" w:after="80"/>
        <w:rPr>
          <w:lang w:val="es-PE"/>
        </w:rPr>
      </w:pPr>
      <w:r w:rsidRPr="00776D50">
        <w:rPr>
          <w:b/>
          <w:color w:val="1E3E6E"/>
          <w:sz w:val="18"/>
          <w:lang w:val="es-PE"/>
        </w:rPr>
        <w:t>Índice de evidencia de gestión de la calidad</w:t>
      </w:r>
    </w:p>
    <w:tbl>
      <w:tblPr>
        <w:tblW w:w="0" w:type="auto"/>
        <w:jc w:val="center"/>
        <w:tblBorders>
          <w:top w:val="single" w:sz="4" w:space="0" w:color="A9B3C1"/>
          <w:left w:val="single" w:sz="4" w:space="0" w:color="A9B3C1"/>
          <w:bottom w:val="single" w:sz="4" w:space="0" w:color="A9B3C1"/>
          <w:right w:val="single" w:sz="4" w:space="0" w:color="A9B3C1"/>
          <w:insideH w:val="single" w:sz="4" w:space="0" w:color="A9B3C1"/>
          <w:insideV w:val="single" w:sz="4" w:space="0" w:color="A9B3C1"/>
        </w:tblBorders>
        <w:tblLayout w:type="fixed"/>
        <w:tblLook w:val="04A0" w:firstRow="1" w:lastRow="0" w:firstColumn="1" w:lastColumn="0" w:noHBand="0" w:noVBand="1"/>
      </w:tblPr>
      <w:tblGrid>
        <w:gridCol w:w="503"/>
        <w:gridCol w:w="3096"/>
        <w:gridCol w:w="3096"/>
        <w:gridCol w:w="1152"/>
        <w:gridCol w:w="1296"/>
        <w:gridCol w:w="1224"/>
      </w:tblGrid>
      <w:tr w:rsidR="00DA360C" w14:paraId="01F04772" w14:textId="77777777">
        <w:trPr>
          <w:tblHeader/>
          <w:jc w:val="center"/>
        </w:trPr>
        <w:tc>
          <w:tcPr>
            <w:tcW w:w="503" w:type="dxa"/>
            <w:shd w:val="clear" w:color="auto" w:fill="254E86"/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14:paraId="2C329544" w14:textId="77777777" w:rsidR="00DA360C" w:rsidRDefault="00000000">
            <w:pPr>
              <w:jc w:val="center"/>
            </w:pPr>
            <w:r>
              <w:rPr>
                <w:b/>
                <w:color w:val="FFFFFF"/>
                <w:sz w:val="14"/>
              </w:rPr>
              <w:t>N.°</w:t>
            </w:r>
          </w:p>
        </w:tc>
        <w:tc>
          <w:tcPr>
            <w:tcW w:w="3096" w:type="dxa"/>
            <w:shd w:val="clear" w:color="auto" w:fill="254E86"/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14:paraId="2B9527CC" w14:textId="77777777" w:rsidR="00DA360C" w:rsidRDefault="00000000">
            <w:pPr>
              <w:jc w:val="center"/>
            </w:pPr>
            <w:r>
              <w:rPr>
                <w:b/>
                <w:color w:val="FFFFFF"/>
                <w:sz w:val="14"/>
              </w:rPr>
              <w:t>Componente de control</w:t>
            </w:r>
          </w:p>
        </w:tc>
        <w:tc>
          <w:tcPr>
            <w:tcW w:w="3096" w:type="dxa"/>
            <w:shd w:val="clear" w:color="auto" w:fill="254E86"/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14:paraId="14248BA3" w14:textId="77777777" w:rsidR="00DA360C" w:rsidRDefault="00000000">
            <w:pPr>
              <w:jc w:val="center"/>
            </w:pPr>
            <w:r>
              <w:rPr>
                <w:b/>
                <w:color w:val="FFFFFF"/>
                <w:sz w:val="14"/>
              </w:rPr>
              <w:t>Documento / política / evidencia</w:t>
            </w:r>
          </w:p>
        </w:tc>
        <w:tc>
          <w:tcPr>
            <w:tcW w:w="1152" w:type="dxa"/>
            <w:shd w:val="clear" w:color="auto" w:fill="254E86"/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14:paraId="590DAD7A" w14:textId="77777777" w:rsidR="00DA360C" w:rsidRDefault="00000000">
            <w:pPr>
              <w:jc w:val="center"/>
            </w:pPr>
            <w:r>
              <w:rPr>
                <w:b/>
                <w:color w:val="FFFFFF"/>
                <w:sz w:val="14"/>
              </w:rPr>
              <w:t>Fecha / versión</w:t>
            </w:r>
          </w:p>
        </w:tc>
        <w:tc>
          <w:tcPr>
            <w:tcW w:w="1296" w:type="dxa"/>
            <w:shd w:val="clear" w:color="auto" w:fill="254E86"/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14:paraId="7CC5032C" w14:textId="77777777" w:rsidR="00DA360C" w:rsidRDefault="00000000">
            <w:pPr>
              <w:jc w:val="center"/>
            </w:pPr>
            <w:r>
              <w:rPr>
                <w:b/>
                <w:color w:val="FFFFFF"/>
                <w:sz w:val="14"/>
              </w:rPr>
              <w:t>Responsable</w:t>
            </w:r>
          </w:p>
        </w:tc>
        <w:tc>
          <w:tcPr>
            <w:tcW w:w="1224" w:type="dxa"/>
            <w:shd w:val="clear" w:color="auto" w:fill="254E86"/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14:paraId="2D17B7BB" w14:textId="77777777" w:rsidR="00DA360C" w:rsidRDefault="00000000">
            <w:pPr>
              <w:jc w:val="center"/>
            </w:pPr>
            <w:r>
              <w:rPr>
                <w:b/>
                <w:color w:val="FFFFFF"/>
                <w:sz w:val="14"/>
              </w:rPr>
              <w:t>Archivo / folio</w:t>
            </w:r>
          </w:p>
        </w:tc>
      </w:tr>
      <w:tr w:rsidR="00DA360C" w14:paraId="14C0B9EC" w14:textId="77777777">
        <w:trPr>
          <w:jc w:val="center"/>
        </w:trPr>
        <w:tc>
          <w:tcPr>
            <w:tcW w:w="503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9F190F7" w14:textId="77777777" w:rsidR="00DA360C" w:rsidRDefault="00000000">
            <w:pPr>
              <w:jc w:val="center"/>
            </w:pPr>
            <w:r>
              <w:rPr>
                <w:color w:val="1F2937"/>
                <w:sz w:val="14"/>
              </w:rPr>
              <w:t>1</w:t>
            </w:r>
          </w:p>
        </w:tc>
        <w:tc>
          <w:tcPr>
            <w:tcW w:w="3096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353488C" w14:textId="77777777" w:rsidR="00DA360C" w:rsidRDefault="00000000">
            <w:r>
              <w:rPr>
                <w:color w:val="1F2937"/>
                <w:sz w:val="14"/>
              </w:rPr>
              <w:t>Gobierno y liderazgo</w:t>
            </w:r>
          </w:p>
        </w:tc>
        <w:tc>
          <w:tcPr>
            <w:tcW w:w="3096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D12F427" w14:textId="77777777" w:rsidR="00DA360C" w:rsidRDefault="00DA360C"/>
        </w:tc>
        <w:tc>
          <w:tcPr>
            <w:tcW w:w="115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B2D7F72" w14:textId="77777777" w:rsidR="00DA360C" w:rsidRDefault="00DA360C"/>
        </w:tc>
        <w:tc>
          <w:tcPr>
            <w:tcW w:w="1296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B7EF4E1" w14:textId="77777777" w:rsidR="00DA360C" w:rsidRDefault="00DA360C"/>
        </w:tc>
        <w:tc>
          <w:tcPr>
            <w:tcW w:w="122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0854BFC" w14:textId="77777777" w:rsidR="00DA360C" w:rsidRDefault="00DA360C"/>
        </w:tc>
      </w:tr>
      <w:tr w:rsidR="00DA360C" w14:paraId="2ABB9FCD" w14:textId="77777777">
        <w:trPr>
          <w:jc w:val="center"/>
        </w:trPr>
        <w:tc>
          <w:tcPr>
            <w:tcW w:w="503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0A94F21" w14:textId="77777777" w:rsidR="00DA360C" w:rsidRDefault="00000000">
            <w:pPr>
              <w:jc w:val="center"/>
            </w:pPr>
            <w:r>
              <w:rPr>
                <w:color w:val="1F2937"/>
                <w:sz w:val="14"/>
              </w:rPr>
              <w:t>2</w:t>
            </w:r>
          </w:p>
        </w:tc>
        <w:tc>
          <w:tcPr>
            <w:tcW w:w="3096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A4D7367" w14:textId="77777777" w:rsidR="00DA360C" w:rsidRDefault="00000000">
            <w:r>
              <w:rPr>
                <w:color w:val="1F2937"/>
                <w:sz w:val="14"/>
              </w:rPr>
              <w:t>Ética e independencia</w:t>
            </w:r>
          </w:p>
        </w:tc>
        <w:tc>
          <w:tcPr>
            <w:tcW w:w="3096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8510072" w14:textId="77777777" w:rsidR="00DA360C" w:rsidRDefault="00DA360C"/>
        </w:tc>
        <w:tc>
          <w:tcPr>
            <w:tcW w:w="115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68B00EF" w14:textId="77777777" w:rsidR="00DA360C" w:rsidRDefault="00DA360C"/>
        </w:tc>
        <w:tc>
          <w:tcPr>
            <w:tcW w:w="1296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DAFC3C3" w14:textId="77777777" w:rsidR="00DA360C" w:rsidRDefault="00DA360C"/>
        </w:tc>
        <w:tc>
          <w:tcPr>
            <w:tcW w:w="122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AF6021B" w14:textId="77777777" w:rsidR="00DA360C" w:rsidRDefault="00DA360C"/>
        </w:tc>
      </w:tr>
      <w:tr w:rsidR="00DA360C" w:rsidRPr="00776D50" w14:paraId="4758B13D" w14:textId="77777777">
        <w:trPr>
          <w:jc w:val="center"/>
        </w:trPr>
        <w:tc>
          <w:tcPr>
            <w:tcW w:w="503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AEE34B7" w14:textId="77777777" w:rsidR="00DA360C" w:rsidRDefault="00000000">
            <w:pPr>
              <w:jc w:val="center"/>
            </w:pPr>
            <w:r>
              <w:rPr>
                <w:color w:val="1F2937"/>
                <w:sz w:val="14"/>
              </w:rPr>
              <w:t>3</w:t>
            </w:r>
          </w:p>
        </w:tc>
        <w:tc>
          <w:tcPr>
            <w:tcW w:w="3096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F6947FE" w14:textId="77777777" w:rsidR="00DA360C" w:rsidRPr="00776D50" w:rsidRDefault="00000000">
            <w:pPr>
              <w:rPr>
                <w:lang w:val="es-PE"/>
              </w:rPr>
            </w:pPr>
            <w:r w:rsidRPr="00776D50">
              <w:rPr>
                <w:color w:val="1F2937"/>
                <w:sz w:val="14"/>
                <w:lang w:val="es-PE"/>
              </w:rPr>
              <w:t>Aceptación y continuidad de clientes y encargos</w:t>
            </w:r>
          </w:p>
        </w:tc>
        <w:tc>
          <w:tcPr>
            <w:tcW w:w="3096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4FBAA53" w14:textId="77777777" w:rsidR="00DA360C" w:rsidRPr="00776D50" w:rsidRDefault="00DA360C">
            <w:pPr>
              <w:rPr>
                <w:lang w:val="es-PE"/>
              </w:rPr>
            </w:pPr>
          </w:p>
        </w:tc>
        <w:tc>
          <w:tcPr>
            <w:tcW w:w="115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5C1FDD4" w14:textId="77777777" w:rsidR="00DA360C" w:rsidRPr="00776D50" w:rsidRDefault="00DA360C">
            <w:pPr>
              <w:rPr>
                <w:lang w:val="es-PE"/>
              </w:rPr>
            </w:pPr>
          </w:p>
        </w:tc>
        <w:tc>
          <w:tcPr>
            <w:tcW w:w="1296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E339963" w14:textId="77777777" w:rsidR="00DA360C" w:rsidRPr="00776D50" w:rsidRDefault="00DA360C">
            <w:pPr>
              <w:rPr>
                <w:lang w:val="es-PE"/>
              </w:rPr>
            </w:pPr>
          </w:p>
        </w:tc>
        <w:tc>
          <w:tcPr>
            <w:tcW w:w="122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C904FF7" w14:textId="77777777" w:rsidR="00DA360C" w:rsidRPr="00776D50" w:rsidRDefault="00DA360C">
            <w:pPr>
              <w:rPr>
                <w:lang w:val="es-PE"/>
              </w:rPr>
            </w:pPr>
          </w:p>
        </w:tc>
      </w:tr>
      <w:tr w:rsidR="00DA360C" w:rsidRPr="00776D50" w14:paraId="05985A04" w14:textId="77777777">
        <w:trPr>
          <w:jc w:val="center"/>
        </w:trPr>
        <w:tc>
          <w:tcPr>
            <w:tcW w:w="503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0944A67" w14:textId="77777777" w:rsidR="00DA360C" w:rsidRDefault="00000000">
            <w:pPr>
              <w:jc w:val="center"/>
            </w:pPr>
            <w:r>
              <w:rPr>
                <w:color w:val="1F2937"/>
                <w:sz w:val="14"/>
              </w:rPr>
              <w:t>4</w:t>
            </w:r>
          </w:p>
        </w:tc>
        <w:tc>
          <w:tcPr>
            <w:tcW w:w="3096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3F711B5" w14:textId="77777777" w:rsidR="00DA360C" w:rsidRPr="00776D50" w:rsidRDefault="00000000">
            <w:pPr>
              <w:rPr>
                <w:lang w:val="es-PE"/>
              </w:rPr>
            </w:pPr>
            <w:r w:rsidRPr="00776D50">
              <w:rPr>
                <w:color w:val="1F2937"/>
                <w:sz w:val="14"/>
                <w:lang w:val="es-PE"/>
              </w:rPr>
              <w:t xml:space="preserve">Recursos humanos, tecnológicos e </w:t>
            </w:r>
            <w:r w:rsidRPr="00776D50">
              <w:rPr>
                <w:color w:val="1F2937"/>
                <w:sz w:val="14"/>
                <w:lang w:val="es-PE"/>
              </w:rPr>
              <w:lastRenderedPageBreak/>
              <w:t>intelectuales</w:t>
            </w:r>
          </w:p>
        </w:tc>
        <w:tc>
          <w:tcPr>
            <w:tcW w:w="3096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86F20BF" w14:textId="77777777" w:rsidR="00DA360C" w:rsidRPr="00776D50" w:rsidRDefault="00DA360C">
            <w:pPr>
              <w:rPr>
                <w:lang w:val="es-PE"/>
              </w:rPr>
            </w:pPr>
          </w:p>
        </w:tc>
        <w:tc>
          <w:tcPr>
            <w:tcW w:w="115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A4830FA" w14:textId="77777777" w:rsidR="00DA360C" w:rsidRPr="00776D50" w:rsidRDefault="00DA360C">
            <w:pPr>
              <w:rPr>
                <w:lang w:val="es-PE"/>
              </w:rPr>
            </w:pPr>
          </w:p>
        </w:tc>
        <w:tc>
          <w:tcPr>
            <w:tcW w:w="1296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E8BCEC0" w14:textId="77777777" w:rsidR="00DA360C" w:rsidRPr="00776D50" w:rsidRDefault="00DA360C">
            <w:pPr>
              <w:rPr>
                <w:lang w:val="es-PE"/>
              </w:rPr>
            </w:pPr>
          </w:p>
        </w:tc>
        <w:tc>
          <w:tcPr>
            <w:tcW w:w="122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4874CC0" w14:textId="77777777" w:rsidR="00DA360C" w:rsidRPr="00776D50" w:rsidRDefault="00DA360C">
            <w:pPr>
              <w:rPr>
                <w:lang w:val="es-PE"/>
              </w:rPr>
            </w:pPr>
          </w:p>
        </w:tc>
      </w:tr>
      <w:tr w:rsidR="00DA360C" w14:paraId="4A41A8BA" w14:textId="77777777">
        <w:trPr>
          <w:jc w:val="center"/>
        </w:trPr>
        <w:tc>
          <w:tcPr>
            <w:tcW w:w="503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0C1ED19" w14:textId="77777777" w:rsidR="00DA360C" w:rsidRDefault="00000000">
            <w:pPr>
              <w:jc w:val="center"/>
            </w:pPr>
            <w:r>
              <w:rPr>
                <w:color w:val="1F2937"/>
                <w:sz w:val="14"/>
              </w:rPr>
              <w:t>5</w:t>
            </w:r>
          </w:p>
        </w:tc>
        <w:tc>
          <w:tcPr>
            <w:tcW w:w="3096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AB1A0E9" w14:textId="77777777" w:rsidR="00DA360C" w:rsidRDefault="00000000">
            <w:r>
              <w:rPr>
                <w:color w:val="1F2937"/>
                <w:sz w:val="14"/>
              </w:rPr>
              <w:t>Realización de encargos</w:t>
            </w:r>
          </w:p>
        </w:tc>
        <w:tc>
          <w:tcPr>
            <w:tcW w:w="3096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B76F9C4" w14:textId="77777777" w:rsidR="00DA360C" w:rsidRDefault="00DA360C"/>
        </w:tc>
        <w:tc>
          <w:tcPr>
            <w:tcW w:w="115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E5895FD" w14:textId="77777777" w:rsidR="00DA360C" w:rsidRDefault="00DA360C"/>
        </w:tc>
        <w:tc>
          <w:tcPr>
            <w:tcW w:w="1296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77EF72F" w14:textId="77777777" w:rsidR="00DA360C" w:rsidRDefault="00DA360C"/>
        </w:tc>
        <w:tc>
          <w:tcPr>
            <w:tcW w:w="122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CDD8B9C" w14:textId="77777777" w:rsidR="00DA360C" w:rsidRDefault="00DA360C"/>
        </w:tc>
      </w:tr>
      <w:tr w:rsidR="00DA360C" w14:paraId="485C8360" w14:textId="77777777">
        <w:trPr>
          <w:jc w:val="center"/>
        </w:trPr>
        <w:tc>
          <w:tcPr>
            <w:tcW w:w="503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3F2C53B" w14:textId="77777777" w:rsidR="00DA360C" w:rsidRDefault="00000000">
            <w:pPr>
              <w:jc w:val="center"/>
            </w:pPr>
            <w:r>
              <w:rPr>
                <w:color w:val="1F2937"/>
                <w:sz w:val="14"/>
              </w:rPr>
              <w:t>6</w:t>
            </w:r>
          </w:p>
        </w:tc>
        <w:tc>
          <w:tcPr>
            <w:tcW w:w="3096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3854439" w14:textId="77777777" w:rsidR="00DA360C" w:rsidRDefault="00000000">
            <w:r>
              <w:rPr>
                <w:color w:val="1F2937"/>
                <w:sz w:val="14"/>
              </w:rPr>
              <w:t>Información y comunicación</w:t>
            </w:r>
          </w:p>
        </w:tc>
        <w:tc>
          <w:tcPr>
            <w:tcW w:w="3096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A9705BD" w14:textId="77777777" w:rsidR="00DA360C" w:rsidRDefault="00DA360C"/>
        </w:tc>
        <w:tc>
          <w:tcPr>
            <w:tcW w:w="115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EC404FF" w14:textId="77777777" w:rsidR="00DA360C" w:rsidRDefault="00DA360C"/>
        </w:tc>
        <w:tc>
          <w:tcPr>
            <w:tcW w:w="1296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1005C3D" w14:textId="77777777" w:rsidR="00DA360C" w:rsidRDefault="00DA360C"/>
        </w:tc>
        <w:tc>
          <w:tcPr>
            <w:tcW w:w="122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5DF7370" w14:textId="77777777" w:rsidR="00DA360C" w:rsidRDefault="00DA360C"/>
        </w:tc>
      </w:tr>
      <w:tr w:rsidR="00DA360C" w:rsidRPr="00776D50" w14:paraId="58B868D2" w14:textId="77777777">
        <w:trPr>
          <w:jc w:val="center"/>
        </w:trPr>
        <w:tc>
          <w:tcPr>
            <w:tcW w:w="503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028E51A" w14:textId="77777777" w:rsidR="00DA360C" w:rsidRDefault="00000000">
            <w:pPr>
              <w:jc w:val="center"/>
            </w:pPr>
            <w:r>
              <w:rPr>
                <w:color w:val="1F2937"/>
                <w:sz w:val="14"/>
              </w:rPr>
              <w:t>7</w:t>
            </w:r>
          </w:p>
        </w:tc>
        <w:tc>
          <w:tcPr>
            <w:tcW w:w="3096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BE9C726" w14:textId="77777777" w:rsidR="00DA360C" w:rsidRPr="00776D50" w:rsidRDefault="00000000">
            <w:pPr>
              <w:rPr>
                <w:lang w:val="es-PE"/>
              </w:rPr>
            </w:pPr>
            <w:r w:rsidRPr="00776D50">
              <w:rPr>
                <w:color w:val="1F2937"/>
                <w:sz w:val="14"/>
                <w:lang w:val="es-PE"/>
              </w:rPr>
              <w:t>Seguimiento y corrección de deficiencias</w:t>
            </w:r>
          </w:p>
        </w:tc>
        <w:tc>
          <w:tcPr>
            <w:tcW w:w="3096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289D931" w14:textId="77777777" w:rsidR="00DA360C" w:rsidRPr="00776D50" w:rsidRDefault="00DA360C">
            <w:pPr>
              <w:rPr>
                <w:lang w:val="es-PE"/>
              </w:rPr>
            </w:pPr>
          </w:p>
        </w:tc>
        <w:tc>
          <w:tcPr>
            <w:tcW w:w="115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D5E0537" w14:textId="77777777" w:rsidR="00DA360C" w:rsidRPr="00776D50" w:rsidRDefault="00DA360C">
            <w:pPr>
              <w:rPr>
                <w:lang w:val="es-PE"/>
              </w:rPr>
            </w:pPr>
          </w:p>
        </w:tc>
        <w:tc>
          <w:tcPr>
            <w:tcW w:w="1296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AFAF5B5" w14:textId="77777777" w:rsidR="00DA360C" w:rsidRPr="00776D50" w:rsidRDefault="00DA360C">
            <w:pPr>
              <w:rPr>
                <w:lang w:val="es-PE"/>
              </w:rPr>
            </w:pPr>
          </w:p>
        </w:tc>
        <w:tc>
          <w:tcPr>
            <w:tcW w:w="122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8B0FBCB" w14:textId="77777777" w:rsidR="00DA360C" w:rsidRPr="00776D50" w:rsidRDefault="00DA360C">
            <w:pPr>
              <w:rPr>
                <w:lang w:val="es-PE"/>
              </w:rPr>
            </w:pPr>
          </w:p>
        </w:tc>
      </w:tr>
      <w:tr w:rsidR="00DA360C" w:rsidRPr="00776D50" w14:paraId="58BB4AFC" w14:textId="77777777">
        <w:trPr>
          <w:jc w:val="center"/>
        </w:trPr>
        <w:tc>
          <w:tcPr>
            <w:tcW w:w="503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59A2478" w14:textId="77777777" w:rsidR="00DA360C" w:rsidRDefault="00000000">
            <w:pPr>
              <w:jc w:val="center"/>
            </w:pPr>
            <w:r>
              <w:rPr>
                <w:color w:val="1F2937"/>
                <w:sz w:val="14"/>
              </w:rPr>
              <w:t>8</w:t>
            </w:r>
          </w:p>
        </w:tc>
        <w:tc>
          <w:tcPr>
            <w:tcW w:w="3096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575E3CF" w14:textId="77777777" w:rsidR="00DA360C" w:rsidRPr="00776D50" w:rsidRDefault="00000000">
            <w:pPr>
              <w:rPr>
                <w:lang w:val="es-PE"/>
              </w:rPr>
            </w:pPr>
            <w:r w:rsidRPr="00776D50">
              <w:rPr>
                <w:color w:val="1F2937"/>
                <w:sz w:val="14"/>
                <w:lang w:val="es-PE"/>
              </w:rPr>
              <w:t>Revisión de calidad del encargo, cuando corresponda</w:t>
            </w:r>
          </w:p>
        </w:tc>
        <w:tc>
          <w:tcPr>
            <w:tcW w:w="3096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6B182B2" w14:textId="77777777" w:rsidR="00DA360C" w:rsidRPr="00776D50" w:rsidRDefault="00DA360C">
            <w:pPr>
              <w:rPr>
                <w:lang w:val="es-PE"/>
              </w:rPr>
            </w:pPr>
          </w:p>
        </w:tc>
        <w:tc>
          <w:tcPr>
            <w:tcW w:w="115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2EFC24E" w14:textId="77777777" w:rsidR="00DA360C" w:rsidRPr="00776D50" w:rsidRDefault="00DA360C">
            <w:pPr>
              <w:rPr>
                <w:lang w:val="es-PE"/>
              </w:rPr>
            </w:pPr>
          </w:p>
        </w:tc>
        <w:tc>
          <w:tcPr>
            <w:tcW w:w="1296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2FDE36E" w14:textId="77777777" w:rsidR="00DA360C" w:rsidRPr="00776D50" w:rsidRDefault="00DA360C">
            <w:pPr>
              <w:rPr>
                <w:lang w:val="es-PE"/>
              </w:rPr>
            </w:pPr>
          </w:p>
        </w:tc>
        <w:tc>
          <w:tcPr>
            <w:tcW w:w="122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10ADC89" w14:textId="77777777" w:rsidR="00DA360C" w:rsidRPr="00776D50" w:rsidRDefault="00DA360C">
            <w:pPr>
              <w:rPr>
                <w:lang w:val="es-PE"/>
              </w:rPr>
            </w:pPr>
          </w:p>
        </w:tc>
      </w:tr>
    </w:tbl>
    <w:p w14:paraId="24388FDF" w14:textId="77777777" w:rsidR="00DA360C" w:rsidRPr="00776D50" w:rsidRDefault="00DA360C">
      <w:pPr>
        <w:spacing w:after="20"/>
        <w:rPr>
          <w:lang w:val="es-PE"/>
        </w:rPr>
      </w:pPr>
    </w:p>
    <w:tbl>
      <w:tblPr>
        <w:tblW w:w="0" w:type="auto"/>
        <w:jc w:val="center"/>
        <w:tblBorders>
          <w:top w:val="single" w:sz="0" w:space="0" w:color="FFFFFF"/>
          <w:left w:val="single" w:sz="0" w:space="0" w:color="FFFFFF"/>
          <w:bottom w:val="single" w:sz="0" w:space="0" w:color="FFFFFF"/>
          <w:right w:val="single" w:sz="0" w:space="0" w:color="FFFFFF"/>
          <w:insideH w:val="single" w:sz="0" w:space="0" w:color="FFFFFF"/>
          <w:insideV w:val="single" w:sz="0" w:space="0" w:color="FFFFFF"/>
        </w:tblBorders>
        <w:tblLayout w:type="fixed"/>
        <w:tblLook w:val="04A0" w:firstRow="1" w:lastRow="0" w:firstColumn="1" w:lastColumn="0" w:noHBand="0" w:noVBand="1"/>
      </w:tblPr>
      <w:tblGrid>
        <w:gridCol w:w="6768"/>
        <w:gridCol w:w="3311"/>
      </w:tblGrid>
      <w:tr w:rsidR="00DA360C" w14:paraId="26FAFD25" w14:textId="77777777">
        <w:trPr>
          <w:jc w:val="center"/>
        </w:trPr>
        <w:tc>
          <w:tcPr>
            <w:tcW w:w="67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F42E30" w14:textId="77777777" w:rsidR="00DA360C" w:rsidRDefault="00000000">
            <w:pPr>
              <w:jc w:val="center"/>
            </w:pPr>
            <w:r>
              <w:rPr>
                <w:color w:val="1F2937"/>
                <w:sz w:val="18"/>
              </w:rPr>
              <w:t>____________________________________________</w:t>
            </w:r>
            <w:r>
              <w:rPr>
                <w:color w:val="1F2937"/>
                <w:sz w:val="18"/>
              </w:rPr>
              <w:br/>
              <w:t>Firma del declarante / representante</w:t>
            </w:r>
          </w:p>
        </w:tc>
        <w:tc>
          <w:tcPr>
            <w:tcW w:w="331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9CA88D" w14:textId="77777777" w:rsidR="00DA360C" w:rsidRDefault="00000000">
            <w:pPr>
              <w:jc w:val="center"/>
            </w:pPr>
            <w:r>
              <w:rPr>
                <w:color w:val="1F2937"/>
                <w:sz w:val="18"/>
              </w:rPr>
              <w:t>Huella / sello</w:t>
            </w:r>
            <w:r>
              <w:rPr>
                <w:color w:val="1F2937"/>
                <w:sz w:val="18"/>
              </w:rPr>
              <w:br/>
              <w:t>__________________</w:t>
            </w:r>
          </w:p>
        </w:tc>
      </w:tr>
    </w:tbl>
    <w:p w14:paraId="05CE38B4" w14:textId="77777777" w:rsidR="00DA360C" w:rsidRPr="00776D50" w:rsidRDefault="00000000">
      <w:pPr>
        <w:spacing w:before="40" w:after="80"/>
        <w:jc w:val="center"/>
        <w:rPr>
          <w:lang w:val="es-PE"/>
        </w:rPr>
      </w:pPr>
      <w:r w:rsidRPr="00776D50">
        <w:rPr>
          <w:color w:val="1F2937"/>
          <w:sz w:val="18"/>
          <w:lang w:val="es-PE"/>
        </w:rPr>
        <w:t>Lugar y fecha: Arequipa, ____ de __________________ de 20____</w:t>
      </w:r>
    </w:p>
    <w:p w14:paraId="53621713" w14:textId="77777777" w:rsidR="00DA360C" w:rsidRPr="00776D50" w:rsidRDefault="00DA360C">
      <w:pPr>
        <w:pageBreakBefore/>
        <w:spacing w:after="0"/>
        <w:rPr>
          <w:lang w:val="es-PE"/>
        </w:rPr>
      </w:pPr>
    </w:p>
    <w:tbl>
      <w:tblPr>
        <w:tblW w:w="0" w:type="auto"/>
        <w:jc w:val="center"/>
        <w:tblBorders>
          <w:top w:val="single" w:sz="4" w:space="0" w:color="9EABB9"/>
          <w:left w:val="single" w:sz="4" w:space="0" w:color="9EABB9"/>
          <w:bottom w:val="single" w:sz="4" w:space="0" w:color="9EABB9"/>
          <w:right w:val="single" w:sz="4" w:space="0" w:color="9EABB9"/>
          <w:insideH w:val="single" w:sz="4" w:space="0" w:color="9EABB9"/>
          <w:insideV w:val="single" w:sz="4" w:space="0" w:color="9EABB9"/>
        </w:tblBorders>
        <w:tblLayout w:type="fixed"/>
        <w:tblLook w:val="04A0" w:firstRow="1" w:lastRow="0" w:firstColumn="1" w:lastColumn="0" w:noHBand="0" w:noVBand="1"/>
      </w:tblPr>
      <w:tblGrid>
        <w:gridCol w:w="1728"/>
        <w:gridCol w:w="6623"/>
        <w:gridCol w:w="1728"/>
      </w:tblGrid>
      <w:tr w:rsidR="00DA360C" w14:paraId="48BC089B" w14:textId="77777777">
        <w:trPr>
          <w:jc w:val="center"/>
        </w:trPr>
        <w:tc>
          <w:tcPr>
            <w:tcW w:w="1728" w:type="dxa"/>
            <w:shd w:val="clear" w:color="auto" w:fill="254E86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1C0AE4" w14:textId="77777777" w:rsidR="00DA360C" w:rsidRDefault="00000000">
            <w:pPr>
              <w:jc w:val="center"/>
            </w:pPr>
            <w:r>
              <w:rPr>
                <w:b/>
                <w:color w:val="FFFFFF"/>
                <w:sz w:val="19"/>
              </w:rPr>
              <w:t>FP-06D</w:t>
            </w:r>
          </w:p>
        </w:tc>
        <w:tc>
          <w:tcPr>
            <w:tcW w:w="6623" w:type="dxa"/>
            <w:shd w:val="clear" w:color="auto" w:fill="254E86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4FDAC89C" w14:textId="77777777" w:rsidR="00DA360C" w:rsidRPr="00776D50" w:rsidRDefault="00000000">
            <w:pPr>
              <w:jc w:val="center"/>
              <w:rPr>
                <w:lang w:val="es-PE"/>
              </w:rPr>
            </w:pPr>
            <w:r w:rsidRPr="00776D50">
              <w:rPr>
                <w:b/>
                <w:color w:val="FFFFFF"/>
                <w:sz w:val="22"/>
                <w:lang w:val="es-PE"/>
              </w:rPr>
              <w:t>RESPONSABILIDAD PERSONAL Y SOLIDARIA DE LOS SOCIOS</w:t>
            </w:r>
          </w:p>
        </w:tc>
        <w:tc>
          <w:tcPr>
            <w:tcW w:w="1728" w:type="dxa"/>
            <w:shd w:val="clear" w:color="auto" w:fill="7B1F2A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4EE536" w14:textId="77777777" w:rsidR="00DA360C" w:rsidRDefault="00000000">
            <w:pPr>
              <w:jc w:val="center"/>
            </w:pPr>
            <w:r>
              <w:rPr>
                <w:b/>
                <w:color w:val="FFFFFF"/>
                <w:sz w:val="19"/>
              </w:rPr>
              <w:t>CONDICIONAL</w:t>
            </w:r>
          </w:p>
        </w:tc>
      </w:tr>
      <w:tr w:rsidR="00DA360C" w14:paraId="462744EA" w14:textId="77777777">
        <w:trPr>
          <w:jc w:val="center"/>
        </w:trPr>
        <w:tc>
          <w:tcPr>
            <w:tcW w:w="1728" w:type="dxa"/>
            <w:shd w:val="clear" w:color="auto" w:fill="EAF1F8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0A300CA" w14:textId="77777777" w:rsidR="00DA360C" w:rsidRPr="00776D50" w:rsidRDefault="00000000">
            <w:pPr>
              <w:jc w:val="center"/>
              <w:rPr>
                <w:lang w:val="es-PE"/>
              </w:rPr>
            </w:pPr>
            <w:r w:rsidRPr="00776D50">
              <w:rPr>
                <w:b/>
                <w:color w:val="1E3E6E"/>
                <w:sz w:val="17"/>
                <w:lang w:val="es-PE"/>
              </w:rPr>
              <w:t>Regularización de Sociedad de Auditoría</w:t>
            </w:r>
          </w:p>
        </w:tc>
        <w:tc>
          <w:tcPr>
            <w:tcW w:w="6623" w:type="dxa"/>
            <w:shd w:val="clear" w:color="auto" w:fill="EAF1F8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8624776" w14:textId="77777777" w:rsidR="00DA360C" w:rsidRDefault="00000000">
            <w:pPr>
              <w:jc w:val="center"/>
            </w:pPr>
            <w:r>
              <w:rPr>
                <w:color w:val="1E3E6E"/>
                <w:sz w:val="17"/>
              </w:rPr>
              <w:t>Arts. 16.f y 17.k</w:t>
            </w:r>
          </w:p>
        </w:tc>
        <w:tc>
          <w:tcPr>
            <w:tcW w:w="1728" w:type="dxa"/>
            <w:shd w:val="clear" w:color="auto" w:fill="FAF4E1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D5C39EF" w14:textId="77777777" w:rsidR="00DA360C" w:rsidRDefault="00000000">
            <w:pPr>
              <w:jc w:val="center"/>
            </w:pPr>
            <w:r>
              <w:rPr>
                <w:color w:val="7B1F2A"/>
                <w:sz w:val="17"/>
              </w:rPr>
              <w:t>Carpeta 06</w:t>
            </w:r>
          </w:p>
        </w:tc>
      </w:tr>
    </w:tbl>
    <w:p w14:paraId="6B8B9C99" w14:textId="77777777" w:rsidR="00DA360C" w:rsidRDefault="00DA360C">
      <w:pPr>
        <w:spacing w:after="20"/>
      </w:pPr>
    </w:p>
    <w:tbl>
      <w:tblPr>
        <w:tblW w:w="0" w:type="auto"/>
        <w:jc w:val="center"/>
        <w:tblBorders>
          <w:top w:val="single" w:sz="4" w:space="0" w:color="B8C1CD"/>
          <w:left w:val="single" w:sz="4" w:space="0" w:color="B8C1CD"/>
          <w:bottom w:val="single" w:sz="4" w:space="0" w:color="B8C1CD"/>
          <w:right w:val="single" w:sz="4" w:space="0" w:color="B8C1CD"/>
          <w:insideH w:val="single" w:sz="4" w:space="0" w:color="B8C1CD"/>
          <w:insideV w:val="single" w:sz="4" w:space="0" w:color="B8C1CD"/>
        </w:tblBorders>
        <w:tblLayout w:type="fixed"/>
        <w:tblLook w:val="04A0" w:firstRow="1" w:lastRow="0" w:firstColumn="1" w:lastColumn="0" w:noHBand="0" w:noVBand="1"/>
      </w:tblPr>
      <w:tblGrid>
        <w:gridCol w:w="3384"/>
        <w:gridCol w:w="6696"/>
      </w:tblGrid>
      <w:tr w:rsidR="00DA360C" w14:paraId="39EA77C2" w14:textId="77777777">
        <w:trPr>
          <w:jc w:val="center"/>
        </w:trPr>
        <w:tc>
          <w:tcPr>
            <w:tcW w:w="3384" w:type="dxa"/>
            <w:shd w:val="clear" w:color="auto" w:fill="EAF1F8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14:paraId="66038062" w14:textId="77777777" w:rsidR="00DA360C" w:rsidRDefault="00000000">
            <w:r>
              <w:rPr>
                <w:b/>
                <w:color w:val="1E3E6E"/>
                <w:sz w:val="18"/>
              </w:rPr>
              <w:t>Razón social / denominación social</w:t>
            </w:r>
          </w:p>
        </w:tc>
        <w:tc>
          <w:tcPr>
            <w:tcW w:w="6696" w:type="dxa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14:paraId="2F611189" w14:textId="77777777" w:rsidR="00DA360C" w:rsidRDefault="00DA360C"/>
        </w:tc>
      </w:tr>
      <w:tr w:rsidR="00DA360C" w14:paraId="23D456CE" w14:textId="77777777">
        <w:trPr>
          <w:jc w:val="center"/>
        </w:trPr>
        <w:tc>
          <w:tcPr>
            <w:tcW w:w="3384" w:type="dxa"/>
            <w:shd w:val="clear" w:color="auto" w:fill="EAF1F8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14:paraId="73010FC9" w14:textId="77777777" w:rsidR="00DA360C" w:rsidRDefault="00000000">
            <w:r>
              <w:rPr>
                <w:b/>
                <w:color w:val="1E3E6E"/>
                <w:sz w:val="18"/>
              </w:rPr>
              <w:t>RUC</w:t>
            </w:r>
          </w:p>
        </w:tc>
        <w:tc>
          <w:tcPr>
            <w:tcW w:w="6696" w:type="dxa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14:paraId="0AC788B6" w14:textId="77777777" w:rsidR="00DA360C" w:rsidRDefault="00DA360C"/>
        </w:tc>
      </w:tr>
      <w:tr w:rsidR="00DA360C" w14:paraId="2AECC65F" w14:textId="77777777">
        <w:trPr>
          <w:jc w:val="center"/>
        </w:trPr>
        <w:tc>
          <w:tcPr>
            <w:tcW w:w="3384" w:type="dxa"/>
            <w:shd w:val="clear" w:color="auto" w:fill="EAF1F8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14:paraId="2412E884" w14:textId="77777777" w:rsidR="00DA360C" w:rsidRDefault="00000000">
            <w:r>
              <w:rPr>
                <w:b/>
                <w:color w:val="1E3E6E"/>
                <w:sz w:val="18"/>
              </w:rPr>
              <w:t>Domicilio legal</w:t>
            </w:r>
          </w:p>
        </w:tc>
        <w:tc>
          <w:tcPr>
            <w:tcW w:w="6696" w:type="dxa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14:paraId="046ED4F7" w14:textId="77777777" w:rsidR="00DA360C" w:rsidRDefault="00DA360C"/>
        </w:tc>
      </w:tr>
      <w:tr w:rsidR="00DA360C" w:rsidRPr="00776D50" w14:paraId="5327F9D9" w14:textId="77777777">
        <w:trPr>
          <w:jc w:val="center"/>
        </w:trPr>
        <w:tc>
          <w:tcPr>
            <w:tcW w:w="3384" w:type="dxa"/>
            <w:shd w:val="clear" w:color="auto" w:fill="EAF1F8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14:paraId="5882FEA8" w14:textId="77777777" w:rsidR="00DA360C" w:rsidRPr="00776D50" w:rsidRDefault="00000000">
            <w:pPr>
              <w:rPr>
                <w:lang w:val="es-PE"/>
              </w:rPr>
            </w:pPr>
            <w:r w:rsidRPr="00776D50">
              <w:rPr>
                <w:b/>
                <w:color w:val="1E3E6E"/>
                <w:sz w:val="18"/>
                <w:lang w:val="es-PE"/>
              </w:rPr>
              <w:t>Registro SOA N.° (si corresponde)</w:t>
            </w:r>
          </w:p>
        </w:tc>
        <w:tc>
          <w:tcPr>
            <w:tcW w:w="6696" w:type="dxa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14:paraId="34704C32" w14:textId="77777777" w:rsidR="00DA360C" w:rsidRPr="00776D50" w:rsidRDefault="00DA360C">
            <w:pPr>
              <w:rPr>
                <w:lang w:val="es-PE"/>
              </w:rPr>
            </w:pPr>
          </w:p>
        </w:tc>
      </w:tr>
    </w:tbl>
    <w:p w14:paraId="3FA8D1F3" w14:textId="77777777" w:rsidR="00DA360C" w:rsidRPr="00776D50" w:rsidRDefault="00000000">
      <w:pPr>
        <w:spacing w:before="120" w:after="80"/>
        <w:rPr>
          <w:lang w:val="es-PE"/>
        </w:rPr>
      </w:pPr>
      <w:r w:rsidRPr="00776D50">
        <w:rPr>
          <w:color w:val="1F2937"/>
          <w:sz w:val="18"/>
          <w:lang w:val="es-PE"/>
        </w:rPr>
        <w:t>Los suscritos, en nuestra condición de socios de la sociedad identificada, declaramos y aceptamos expresamente la responsabilidad personal y solidaria respecto de los actos profesionales y obligaciones derivadas de la prestación de servicios de auditoría de la sociedad, conforme a los artículos 16.f y 17.k del Reglamento del CCPAQP.</w:t>
      </w:r>
    </w:p>
    <w:p w14:paraId="4A8B2221" w14:textId="77777777" w:rsidR="00DA360C" w:rsidRPr="00776D50" w:rsidRDefault="00DA360C">
      <w:pPr>
        <w:spacing w:after="20"/>
        <w:rPr>
          <w:lang w:val="es-PE"/>
        </w:rPr>
      </w:pPr>
    </w:p>
    <w:tbl>
      <w:tblPr>
        <w:tblW w:w="0" w:type="auto"/>
        <w:jc w:val="center"/>
        <w:tblBorders>
          <w:top w:val="single" w:sz="4" w:space="0" w:color="A9B3C1"/>
          <w:left w:val="single" w:sz="4" w:space="0" w:color="A9B3C1"/>
          <w:bottom w:val="single" w:sz="4" w:space="0" w:color="A9B3C1"/>
          <w:right w:val="single" w:sz="4" w:space="0" w:color="A9B3C1"/>
          <w:insideH w:val="single" w:sz="4" w:space="0" w:color="A9B3C1"/>
          <w:insideV w:val="single" w:sz="4" w:space="0" w:color="A9B3C1"/>
        </w:tblBorders>
        <w:tblLayout w:type="fixed"/>
        <w:tblLook w:val="04A0" w:firstRow="1" w:lastRow="0" w:firstColumn="1" w:lastColumn="0" w:noHBand="0" w:noVBand="1"/>
      </w:tblPr>
      <w:tblGrid>
        <w:gridCol w:w="576"/>
        <w:gridCol w:w="2880"/>
        <w:gridCol w:w="1440"/>
        <w:gridCol w:w="1440"/>
        <w:gridCol w:w="1440"/>
        <w:gridCol w:w="2304"/>
      </w:tblGrid>
      <w:tr w:rsidR="00DA360C" w14:paraId="24445E40" w14:textId="77777777">
        <w:trPr>
          <w:tblHeader/>
          <w:jc w:val="center"/>
        </w:trPr>
        <w:tc>
          <w:tcPr>
            <w:tcW w:w="576" w:type="dxa"/>
            <w:shd w:val="clear" w:color="auto" w:fill="254E86"/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14:paraId="56A9376F" w14:textId="77777777" w:rsidR="00DA360C" w:rsidRDefault="00000000">
            <w:pPr>
              <w:jc w:val="center"/>
            </w:pPr>
            <w:r>
              <w:rPr>
                <w:b/>
                <w:color w:val="FFFFFF"/>
                <w:sz w:val="16"/>
              </w:rPr>
              <w:t>N.°</w:t>
            </w:r>
          </w:p>
        </w:tc>
        <w:tc>
          <w:tcPr>
            <w:tcW w:w="2880" w:type="dxa"/>
            <w:shd w:val="clear" w:color="auto" w:fill="254E86"/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14:paraId="34C0894C" w14:textId="77777777" w:rsidR="00DA360C" w:rsidRDefault="00000000">
            <w:pPr>
              <w:jc w:val="center"/>
            </w:pPr>
            <w:r>
              <w:rPr>
                <w:b/>
                <w:color w:val="FFFFFF"/>
                <w:sz w:val="16"/>
              </w:rPr>
              <w:t>Socio</w:t>
            </w:r>
          </w:p>
        </w:tc>
        <w:tc>
          <w:tcPr>
            <w:tcW w:w="1440" w:type="dxa"/>
            <w:shd w:val="clear" w:color="auto" w:fill="254E86"/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14:paraId="595FF8A2" w14:textId="77777777" w:rsidR="00DA360C" w:rsidRDefault="00000000">
            <w:pPr>
              <w:jc w:val="center"/>
            </w:pPr>
            <w:r>
              <w:rPr>
                <w:b/>
                <w:color w:val="FFFFFF"/>
                <w:sz w:val="16"/>
              </w:rPr>
              <w:t>DNI</w:t>
            </w:r>
          </w:p>
        </w:tc>
        <w:tc>
          <w:tcPr>
            <w:tcW w:w="1440" w:type="dxa"/>
            <w:shd w:val="clear" w:color="auto" w:fill="254E86"/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14:paraId="51D23864" w14:textId="77777777" w:rsidR="00DA360C" w:rsidRDefault="00000000">
            <w:pPr>
              <w:jc w:val="center"/>
            </w:pPr>
            <w:r>
              <w:rPr>
                <w:b/>
                <w:color w:val="FFFFFF"/>
                <w:sz w:val="16"/>
              </w:rPr>
              <w:t>Matrícula CPC</w:t>
            </w:r>
          </w:p>
        </w:tc>
        <w:tc>
          <w:tcPr>
            <w:tcW w:w="1440" w:type="dxa"/>
            <w:shd w:val="clear" w:color="auto" w:fill="254E86"/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14:paraId="08CA307E" w14:textId="77777777" w:rsidR="00DA360C" w:rsidRDefault="00000000">
            <w:pPr>
              <w:jc w:val="center"/>
            </w:pPr>
            <w:r>
              <w:rPr>
                <w:b/>
                <w:color w:val="FFFFFF"/>
                <w:sz w:val="16"/>
              </w:rPr>
              <w:t>Registro AI</w:t>
            </w:r>
          </w:p>
        </w:tc>
        <w:tc>
          <w:tcPr>
            <w:tcW w:w="2304" w:type="dxa"/>
            <w:shd w:val="clear" w:color="auto" w:fill="254E86"/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14:paraId="4FB31548" w14:textId="77777777" w:rsidR="00DA360C" w:rsidRDefault="00000000">
            <w:pPr>
              <w:jc w:val="center"/>
            </w:pPr>
            <w:r>
              <w:rPr>
                <w:b/>
                <w:color w:val="FFFFFF"/>
                <w:sz w:val="16"/>
              </w:rPr>
              <w:t>Firma</w:t>
            </w:r>
          </w:p>
        </w:tc>
      </w:tr>
      <w:tr w:rsidR="00DA360C" w14:paraId="183BB905" w14:textId="77777777">
        <w:trPr>
          <w:jc w:val="center"/>
        </w:trPr>
        <w:tc>
          <w:tcPr>
            <w:tcW w:w="576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DE070B9" w14:textId="77777777" w:rsidR="00DA360C" w:rsidRDefault="00000000">
            <w:pPr>
              <w:jc w:val="center"/>
            </w:pPr>
            <w:r>
              <w:rPr>
                <w:color w:val="1F2937"/>
                <w:sz w:val="16"/>
              </w:rPr>
              <w:t>1</w:t>
            </w:r>
          </w:p>
        </w:tc>
        <w:tc>
          <w:tcPr>
            <w:tcW w:w="288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651613E" w14:textId="77777777" w:rsidR="00DA360C" w:rsidRDefault="00DA360C"/>
        </w:tc>
        <w:tc>
          <w:tcPr>
            <w:tcW w:w="144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B0C6111" w14:textId="77777777" w:rsidR="00DA360C" w:rsidRDefault="00DA360C"/>
        </w:tc>
        <w:tc>
          <w:tcPr>
            <w:tcW w:w="144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4F47EF9" w14:textId="77777777" w:rsidR="00DA360C" w:rsidRDefault="00DA360C"/>
        </w:tc>
        <w:tc>
          <w:tcPr>
            <w:tcW w:w="144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2B80054" w14:textId="77777777" w:rsidR="00DA360C" w:rsidRDefault="00DA360C"/>
        </w:tc>
        <w:tc>
          <w:tcPr>
            <w:tcW w:w="230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7F189AE" w14:textId="77777777" w:rsidR="00DA360C" w:rsidRDefault="00DA360C"/>
        </w:tc>
      </w:tr>
      <w:tr w:rsidR="00DA360C" w14:paraId="266C159F" w14:textId="77777777">
        <w:trPr>
          <w:jc w:val="center"/>
        </w:trPr>
        <w:tc>
          <w:tcPr>
            <w:tcW w:w="576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635C25E" w14:textId="77777777" w:rsidR="00DA360C" w:rsidRDefault="00000000">
            <w:pPr>
              <w:jc w:val="center"/>
            </w:pPr>
            <w:r>
              <w:rPr>
                <w:color w:val="1F2937"/>
                <w:sz w:val="16"/>
              </w:rPr>
              <w:t>2</w:t>
            </w:r>
          </w:p>
        </w:tc>
        <w:tc>
          <w:tcPr>
            <w:tcW w:w="288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76E69EA" w14:textId="77777777" w:rsidR="00DA360C" w:rsidRDefault="00DA360C"/>
        </w:tc>
        <w:tc>
          <w:tcPr>
            <w:tcW w:w="144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1E200B7" w14:textId="77777777" w:rsidR="00DA360C" w:rsidRDefault="00DA360C"/>
        </w:tc>
        <w:tc>
          <w:tcPr>
            <w:tcW w:w="144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64223A0" w14:textId="77777777" w:rsidR="00DA360C" w:rsidRDefault="00DA360C"/>
        </w:tc>
        <w:tc>
          <w:tcPr>
            <w:tcW w:w="144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25DA557" w14:textId="77777777" w:rsidR="00DA360C" w:rsidRDefault="00DA360C"/>
        </w:tc>
        <w:tc>
          <w:tcPr>
            <w:tcW w:w="230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D9CE0E3" w14:textId="77777777" w:rsidR="00DA360C" w:rsidRDefault="00DA360C"/>
        </w:tc>
      </w:tr>
      <w:tr w:rsidR="00DA360C" w14:paraId="56CB928F" w14:textId="77777777">
        <w:trPr>
          <w:jc w:val="center"/>
        </w:trPr>
        <w:tc>
          <w:tcPr>
            <w:tcW w:w="576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B862E3C" w14:textId="77777777" w:rsidR="00DA360C" w:rsidRDefault="00000000">
            <w:pPr>
              <w:jc w:val="center"/>
            </w:pPr>
            <w:r>
              <w:rPr>
                <w:color w:val="1F2937"/>
                <w:sz w:val="16"/>
              </w:rPr>
              <w:t>3</w:t>
            </w:r>
          </w:p>
        </w:tc>
        <w:tc>
          <w:tcPr>
            <w:tcW w:w="288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5A8737D" w14:textId="77777777" w:rsidR="00DA360C" w:rsidRDefault="00DA360C"/>
        </w:tc>
        <w:tc>
          <w:tcPr>
            <w:tcW w:w="144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A634506" w14:textId="77777777" w:rsidR="00DA360C" w:rsidRDefault="00DA360C"/>
        </w:tc>
        <w:tc>
          <w:tcPr>
            <w:tcW w:w="144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D5BBD03" w14:textId="77777777" w:rsidR="00DA360C" w:rsidRDefault="00DA360C"/>
        </w:tc>
        <w:tc>
          <w:tcPr>
            <w:tcW w:w="144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36F0106" w14:textId="77777777" w:rsidR="00DA360C" w:rsidRDefault="00DA360C"/>
        </w:tc>
        <w:tc>
          <w:tcPr>
            <w:tcW w:w="230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486E9FE" w14:textId="77777777" w:rsidR="00DA360C" w:rsidRDefault="00DA360C"/>
        </w:tc>
      </w:tr>
      <w:tr w:rsidR="00DA360C" w14:paraId="6EFCFA8B" w14:textId="77777777">
        <w:trPr>
          <w:jc w:val="center"/>
        </w:trPr>
        <w:tc>
          <w:tcPr>
            <w:tcW w:w="576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AC25742" w14:textId="77777777" w:rsidR="00DA360C" w:rsidRDefault="00000000">
            <w:pPr>
              <w:jc w:val="center"/>
            </w:pPr>
            <w:r>
              <w:rPr>
                <w:color w:val="1F2937"/>
                <w:sz w:val="16"/>
              </w:rPr>
              <w:t>4</w:t>
            </w:r>
          </w:p>
        </w:tc>
        <w:tc>
          <w:tcPr>
            <w:tcW w:w="288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C9A5A9D" w14:textId="77777777" w:rsidR="00DA360C" w:rsidRDefault="00DA360C"/>
        </w:tc>
        <w:tc>
          <w:tcPr>
            <w:tcW w:w="144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893187E" w14:textId="77777777" w:rsidR="00DA360C" w:rsidRDefault="00DA360C"/>
        </w:tc>
        <w:tc>
          <w:tcPr>
            <w:tcW w:w="144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E1F837F" w14:textId="77777777" w:rsidR="00DA360C" w:rsidRDefault="00DA360C"/>
        </w:tc>
        <w:tc>
          <w:tcPr>
            <w:tcW w:w="144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A04845D" w14:textId="77777777" w:rsidR="00DA360C" w:rsidRDefault="00DA360C"/>
        </w:tc>
        <w:tc>
          <w:tcPr>
            <w:tcW w:w="230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A56CCD5" w14:textId="77777777" w:rsidR="00DA360C" w:rsidRDefault="00DA360C"/>
        </w:tc>
      </w:tr>
      <w:tr w:rsidR="00DA360C" w14:paraId="76FD196F" w14:textId="77777777">
        <w:trPr>
          <w:jc w:val="center"/>
        </w:trPr>
        <w:tc>
          <w:tcPr>
            <w:tcW w:w="576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A248760" w14:textId="77777777" w:rsidR="00DA360C" w:rsidRDefault="00000000">
            <w:pPr>
              <w:jc w:val="center"/>
            </w:pPr>
            <w:r>
              <w:rPr>
                <w:color w:val="1F2937"/>
                <w:sz w:val="16"/>
              </w:rPr>
              <w:t>5</w:t>
            </w:r>
          </w:p>
        </w:tc>
        <w:tc>
          <w:tcPr>
            <w:tcW w:w="288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66A68D5" w14:textId="77777777" w:rsidR="00DA360C" w:rsidRDefault="00DA360C"/>
        </w:tc>
        <w:tc>
          <w:tcPr>
            <w:tcW w:w="144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B449011" w14:textId="77777777" w:rsidR="00DA360C" w:rsidRDefault="00DA360C"/>
        </w:tc>
        <w:tc>
          <w:tcPr>
            <w:tcW w:w="144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057AA1A" w14:textId="77777777" w:rsidR="00DA360C" w:rsidRDefault="00DA360C"/>
        </w:tc>
        <w:tc>
          <w:tcPr>
            <w:tcW w:w="144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E257DB0" w14:textId="77777777" w:rsidR="00DA360C" w:rsidRDefault="00DA360C"/>
        </w:tc>
        <w:tc>
          <w:tcPr>
            <w:tcW w:w="230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F53A565" w14:textId="77777777" w:rsidR="00DA360C" w:rsidRDefault="00DA360C"/>
        </w:tc>
      </w:tr>
    </w:tbl>
    <w:p w14:paraId="66C5C05E" w14:textId="77777777" w:rsidR="00DA360C" w:rsidRDefault="00DA360C">
      <w:pPr>
        <w:spacing w:after="20"/>
      </w:pPr>
    </w:p>
    <w:p w14:paraId="4B71B887" w14:textId="77777777" w:rsidR="00DA360C" w:rsidRPr="00776D50" w:rsidRDefault="00000000">
      <w:pPr>
        <w:spacing w:before="100" w:after="80"/>
        <w:jc w:val="center"/>
        <w:rPr>
          <w:lang w:val="es-PE"/>
        </w:rPr>
      </w:pPr>
      <w:r w:rsidRPr="00776D50">
        <w:rPr>
          <w:color w:val="1F2937"/>
          <w:sz w:val="18"/>
          <w:lang w:val="es-PE"/>
        </w:rPr>
        <w:t>Lugar y fecha: Arequipa, ____ de __________________ de 20____</w:t>
      </w:r>
    </w:p>
    <w:p w14:paraId="64C0FFD6" w14:textId="77777777" w:rsidR="00DA360C" w:rsidRPr="00776D50" w:rsidRDefault="00DA360C">
      <w:pPr>
        <w:pageBreakBefore/>
        <w:spacing w:after="0"/>
        <w:rPr>
          <w:lang w:val="es-PE"/>
        </w:rPr>
      </w:pPr>
    </w:p>
    <w:tbl>
      <w:tblPr>
        <w:tblW w:w="0" w:type="auto"/>
        <w:jc w:val="center"/>
        <w:tblBorders>
          <w:top w:val="single" w:sz="4" w:space="0" w:color="9EABB9"/>
          <w:left w:val="single" w:sz="4" w:space="0" w:color="9EABB9"/>
          <w:bottom w:val="single" w:sz="4" w:space="0" w:color="9EABB9"/>
          <w:right w:val="single" w:sz="4" w:space="0" w:color="9EABB9"/>
          <w:insideH w:val="single" w:sz="4" w:space="0" w:color="9EABB9"/>
          <w:insideV w:val="single" w:sz="4" w:space="0" w:color="9EABB9"/>
        </w:tblBorders>
        <w:tblLayout w:type="fixed"/>
        <w:tblLook w:val="04A0" w:firstRow="1" w:lastRow="0" w:firstColumn="1" w:lastColumn="0" w:noHBand="0" w:noVBand="1"/>
      </w:tblPr>
      <w:tblGrid>
        <w:gridCol w:w="1728"/>
        <w:gridCol w:w="6623"/>
        <w:gridCol w:w="1728"/>
      </w:tblGrid>
      <w:tr w:rsidR="00DA360C" w14:paraId="4B597990" w14:textId="77777777">
        <w:trPr>
          <w:jc w:val="center"/>
        </w:trPr>
        <w:tc>
          <w:tcPr>
            <w:tcW w:w="1728" w:type="dxa"/>
            <w:shd w:val="clear" w:color="auto" w:fill="254E86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B23AB0D" w14:textId="77777777" w:rsidR="00DA360C" w:rsidRDefault="00000000">
            <w:pPr>
              <w:jc w:val="center"/>
            </w:pPr>
            <w:r>
              <w:rPr>
                <w:b/>
                <w:color w:val="FFFFFF"/>
                <w:sz w:val="19"/>
              </w:rPr>
              <w:t>FP-06F</w:t>
            </w:r>
          </w:p>
        </w:tc>
        <w:tc>
          <w:tcPr>
            <w:tcW w:w="6623" w:type="dxa"/>
            <w:shd w:val="clear" w:color="auto" w:fill="254E86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2660AA9" w14:textId="77777777" w:rsidR="00DA360C" w:rsidRPr="00776D50" w:rsidRDefault="00000000">
            <w:pPr>
              <w:jc w:val="center"/>
              <w:rPr>
                <w:lang w:val="es-PE"/>
              </w:rPr>
            </w:pPr>
            <w:r w:rsidRPr="00776D50">
              <w:rPr>
                <w:b/>
                <w:color w:val="FFFFFF"/>
                <w:sz w:val="22"/>
                <w:lang w:val="es-PE"/>
              </w:rPr>
              <w:t>COMUNICACIÓN DE CAMBIOS QUE PUEDEN AFECTAR LA VIGENCIA DE LA SOA</w:t>
            </w:r>
          </w:p>
        </w:tc>
        <w:tc>
          <w:tcPr>
            <w:tcW w:w="1728" w:type="dxa"/>
            <w:shd w:val="clear" w:color="auto" w:fill="7B1F2A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FB3AF51" w14:textId="77777777" w:rsidR="00DA360C" w:rsidRDefault="00000000">
            <w:pPr>
              <w:jc w:val="center"/>
            </w:pPr>
            <w:r>
              <w:rPr>
                <w:b/>
                <w:color w:val="FFFFFF"/>
                <w:sz w:val="19"/>
              </w:rPr>
              <w:t>CONDICIONAL</w:t>
            </w:r>
          </w:p>
        </w:tc>
      </w:tr>
      <w:tr w:rsidR="00DA360C" w14:paraId="5423B7A8" w14:textId="77777777">
        <w:trPr>
          <w:jc w:val="center"/>
        </w:trPr>
        <w:tc>
          <w:tcPr>
            <w:tcW w:w="1728" w:type="dxa"/>
            <w:shd w:val="clear" w:color="auto" w:fill="EAF1F8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42997090" w14:textId="77777777" w:rsidR="00DA360C" w:rsidRPr="00776D50" w:rsidRDefault="00000000">
            <w:pPr>
              <w:jc w:val="center"/>
              <w:rPr>
                <w:lang w:val="es-PE"/>
              </w:rPr>
            </w:pPr>
            <w:r w:rsidRPr="00776D50">
              <w:rPr>
                <w:b/>
                <w:color w:val="1E3E6E"/>
                <w:sz w:val="17"/>
                <w:lang w:val="es-PE"/>
              </w:rPr>
              <w:t>Regularización de Sociedad de Auditoría</w:t>
            </w:r>
          </w:p>
        </w:tc>
        <w:tc>
          <w:tcPr>
            <w:tcW w:w="6623" w:type="dxa"/>
            <w:shd w:val="clear" w:color="auto" w:fill="EAF1F8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38029B2" w14:textId="77777777" w:rsidR="00DA360C" w:rsidRDefault="00000000">
            <w:pPr>
              <w:jc w:val="center"/>
            </w:pPr>
            <w:r>
              <w:rPr>
                <w:color w:val="1E3E6E"/>
                <w:sz w:val="17"/>
              </w:rPr>
              <w:t>Arts. 18 y 29</w:t>
            </w:r>
          </w:p>
        </w:tc>
        <w:tc>
          <w:tcPr>
            <w:tcW w:w="1728" w:type="dxa"/>
            <w:shd w:val="clear" w:color="auto" w:fill="FAF4E1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6CC3BED" w14:textId="77777777" w:rsidR="00DA360C" w:rsidRDefault="00000000">
            <w:pPr>
              <w:jc w:val="center"/>
            </w:pPr>
            <w:r>
              <w:rPr>
                <w:color w:val="7B1F2A"/>
                <w:sz w:val="17"/>
              </w:rPr>
              <w:t>Carpeta 06 / 07</w:t>
            </w:r>
          </w:p>
        </w:tc>
      </w:tr>
    </w:tbl>
    <w:p w14:paraId="79498996" w14:textId="77777777" w:rsidR="00DA360C" w:rsidRDefault="00DA360C">
      <w:pPr>
        <w:spacing w:after="20"/>
      </w:pPr>
    </w:p>
    <w:tbl>
      <w:tblPr>
        <w:tblW w:w="0" w:type="auto"/>
        <w:jc w:val="center"/>
        <w:tblBorders>
          <w:top w:val="single" w:sz="4" w:space="0" w:color="B8C1CD"/>
          <w:left w:val="single" w:sz="4" w:space="0" w:color="B8C1CD"/>
          <w:bottom w:val="single" w:sz="4" w:space="0" w:color="B8C1CD"/>
          <w:right w:val="single" w:sz="4" w:space="0" w:color="B8C1CD"/>
          <w:insideH w:val="single" w:sz="4" w:space="0" w:color="B8C1CD"/>
          <w:insideV w:val="single" w:sz="4" w:space="0" w:color="B8C1CD"/>
        </w:tblBorders>
        <w:tblLayout w:type="fixed"/>
        <w:tblLook w:val="04A0" w:firstRow="1" w:lastRow="0" w:firstColumn="1" w:lastColumn="0" w:noHBand="0" w:noVBand="1"/>
      </w:tblPr>
      <w:tblGrid>
        <w:gridCol w:w="503"/>
        <w:gridCol w:w="1655"/>
        <w:gridCol w:w="1296"/>
        <w:gridCol w:w="1655"/>
        <w:gridCol w:w="2088"/>
        <w:gridCol w:w="1800"/>
        <w:gridCol w:w="1153"/>
        <w:gridCol w:w="7"/>
      </w:tblGrid>
      <w:tr w:rsidR="00DA360C" w14:paraId="749721B5" w14:textId="77777777">
        <w:trPr>
          <w:gridAfter w:val="1"/>
          <w:wAfter w:w="7" w:type="dxa"/>
          <w:jc w:val="center"/>
        </w:trPr>
        <w:tc>
          <w:tcPr>
            <w:tcW w:w="3384" w:type="dxa"/>
            <w:gridSpan w:val="3"/>
            <w:shd w:val="clear" w:color="auto" w:fill="EAF1F8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14:paraId="15302C5E" w14:textId="77777777" w:rsidR="00DA360C" w:rsidRDefault="00000000">
            <w:r>
              <w:rPr>
                <w:b/>
                <w:color w:val="1E3E6E"/>
                <w:sz w:val="18"/>
              </w:rPr>
              <w:t>Razón social / denominación social</w:t>
            </w:r>
          </w:p>
        </w:tc>
        <w:tc>
          <w:tcPr>
            <w:tcW w:w="6696" w:type="dxa"/>
            <w:gridSpan w:val="4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14:paraId="7422C2C6" w14:textId="77777777" w:rsidR="00DA360C" w:rsidRDefault="00DA360C"/>
        </w:tc>
      </w:tr>
      <w:tr w:rsidR="00DA360C" w14:paraId="765DEE2B" w14:textId="77777777">
        <w:trPr>
          <w:gridAfter w:val="1"/>
          <w:wAfter w:w="7" w:type="dxa"/>
          <w:jc w:val="center"/>
        </w:trPr>
        <w:tc>
          <w:tcPr>
            <w:tcW w:w="3384" w:type="dxa"/>
            <w:gridSpan w:val="3"/>
            <w:shd w:val="clear" w:color="auto" w:fill="EAF1F8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14:paraId="64F51FA7" w14:textId="77777777" w:rsidR="00DA360C" w:rsidRDefault="00000000">
            <w:r>
              <w:rPr>
                <w:b/>
                <w:color w:val="1E3E6E"/>
                <w:sz w:val="18"/>
              </w:rPr>
              <w:t>RUC</w:t>
            </w:r>
          </w:p>
        </w:tc>
        <w:tc>
          <w:tcPr>
            <w:tcW w:w="6696" w:type="dxa"/>
            <w:gridSpan w:val="4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14:paraId="2ACC3019" w14:textId="77777777" w:rsidR="00DA360C" w:rsidRDefault="00DA360C"/>
        </w:tc>
      </w:tr>
      <w:tr w:rsidR="00DA360C" w14:paraId="6E16CFB1" w14:textId="77777777">
        <w:trPr>
          <w:gridAfter w:val="1"/>
          <w:wAfter w:w="7" w:type="dxa"/>
          <w:jc w:val="center"/>
        </w:trPr>
        <w:tc>
          <w:tcPr>
            <w:tcW w:w="3384" w:type="dxa"/>
            <w:gridSpan w:val="3"/>
            <w:shd w:val="clear" w:color="auto" w:fill="EAF1F8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14:paraId="0C86E594" w14:textId="77777777" w:rsidR="00DA360C" w:rsidRDefault="00000000">
            <w:r>
              <w:rPr>
                <w:b/>
                <w:color w:val="1E3E6E"/>
                <w:sz w:val="18"/>
              </w:rPr>
              <w:t>Registro SOA N.°</w:t>
            </w:r>
          </w:p>
        </w:tc>
        <w:tc>
          <w:tcPr>
            <w:tcW w:w="6696" w:type="dxa"/>
            <w:gridSpan w:val="4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14:paraId="2E221F48" w14:textId="77777777" w:rsidR="00DA360C" w:rsidRDefault="00DA360C"/>
        </w:tc>
      </w:tr>
      <w:tr w:rsidR="00DA360C" w14:paraId="37916777" w14:textId="77777777">
        <w:trPr>
          <w:gridAfter w:val="1"/>
          <w:wAfter w:w="7" w:type="dxa"/>
          <w:jc w:val="center"/>
        </w:trPr>
        <w:tc>
          <w:tcPr>
            <w:tcW w:w="3384" w:type="dxa"/>
            <w:gridSpan w:val="3"/>
            <w:shd w:val="clear" w:color="auto" w:fill="EAF1F8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14:paraId="7C2A9E87" w14:textId="77777777" w:rsidR="00DA360C" w:rsidRDefault="00000000">
            <w:r>
              <w:rPr>
                <w:b/>
                <w:color w:val="1E3E6E"/>
                <w:sz w:val="18"/>
              </w:rPr>
              <w:t>Representante legal</w:t>
            </w:r>
          </w:p>
        </w:tc>
        <w:tc>
          <w:tcPr>
            <w:tcW w:w="6696" w:type="dxa"/>
            <w:gridSpan w:val="4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14:paraId="0A108A2C" w14:textId="77777777" w:rsidR="00DA360C" w:rsidRDefault="00DA360C"/>
        </w:tc>
      </w:tr>
      <w:tr w:rsidR="00DA360C" w14:paraId="41F17EAF" w14:textId="77777777">
        <w:trPr>
          <w:gridAfter w:val="1"/>
          <w:wAfter w:w="7" w:type="dxa"/>
          <w:jc w:val="center"/>
        </w:trPr>
        <w:tc>
          <w:tcPr>
            <w:tcW w:w="3384" w:type="dxa"/>
            <w:gridSpan w:val="3"/>
            <w:shd w:val="clear" w:color="auto" w:fill="EAF1F8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14:paraId="603B23E2" w14:textId="77777777" w:rsidR="00DA360C" w:rsidRDefault="00000000">
            <w:r>
              <w:rPr>
                <w:b/>
                <w:color w:val="1E3E6E"/>
                <w:sz w:val="18"/>
              </w:rPr>
              <w:t>Correo institucional</w:t>
            </w:r>
          </w:p>
        </w:tc>
        <w:tc>
          <w:tcPr>
            <w:tcW w:w="6696" w:type="dxa"/>
            <w:gridSpan w:val="4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14:paraId="57DC8545" w14:textId="77777777" w:rsidR="00DA360C" w:rsidRDefault="00DA360C"/>
        </w:tc>
      </w:tr>
      <w:tr w:rsidR="00DA360C" w14:paraId="44DD07EA" w14:textId="77777777">
        <w:tblPrEx>
          <w:tblBorders>
            <w:top w:val="single" w:sz="4" w:space="0" w:color="A9B3C1"/>
            <w:left w:val="single" w:sz="4" w:space="0" w:color="A9B3C1"/>
            <w:bottom w:val="single" w:sz="4" w:space="0" w:color="A9B3C1"/>
            <w:right w:val="single" w:sz="4" w:space="0" w:color="A9B3C1"/>
            <w:insideH w:val="single" w:sz="4" w:space="0" w:color="A9B3C1"/>
            <w:insideV w:val="single" w:sz="4" w:space="0" w:color="A9B3C1"/>
          </w:tblBorders>
        </w:tblPrEx>
        <w:trPr>
          <w:tblHeader/>
          <w:jc w:val="center"/>
        </w:trPr>
        <w:tc>
          <w:tcPr>
            <w:tcW w:w="503" w:type="dxa"/>
            <w:shd w:val="clear" w:color="auto" w:fill="254E86"/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14:paraId="6895D883" w14:textId="77777777" w:rsidR="00DA360C" w:rsidRDefault="00000000">
            <w:pPr>
              <w:jc w:val="center"/>
            </w:pPr>
            <w:r>
              <w:rPr>
                <w:b/>
                <w:color w:val="FFFFFF"/>
                <w:sz w:val="14"/>
              </w:rPr>
              <w:t>N.°</w:t>
            </w:r>
          </w:p>
        </w:tc>
        <w:tc>
          <w:tcPr>
            <w:tcW w:w="1655" w:type="dxa"/>
            <w:shd w:val="clear" w:color="auto" w:fill="254E86"/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14:paraId="57A00ABB" w14:textId="77777777" w:rsidR="00DA360C" w:rsidRDefault="00000000">
            <w:pPr>
              <w:jc w:val="center"/>
            </w:pPr>
            <w:r>
              <w:rPr>
                <w:b/>
                <w:color w:val="FFFFFF"/>
                <w:sz w:val="14"/>
              </w:rPr>
              <w:t>Tipo de cambio</w:t>
            </w:r>
          </w:p>
        </w:tc>
        <w:tc>
          <w:tcPr>
            <w:tcW w:w="1296" w:type="dxa"/>
            <w:shd w:val="clear" w:color="auto" w:fill="254E86"/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14:paraId="31C88C6A" w14:textId="77777777" w:rsidR="00DA360C" w:rsidRPr="00776D50" w:rsidRDefault="00000000">
            <w:pPr>
              <w:jc w:val="center"/>
              <w:rPr>
                <w:lang w:val="es-PE"/>
              </w:rPr>
            </w:pPr>
            <w:r w:rsidRPr="00776D50">
              <w:rPr>
                <w:b/>
                <w:color w:val="FFFFFF"/>
                <w:sz w:val="14"/>
                <w:lang w:val="es-PE"/>
              </w:rPr>
              <w:t>Fecha en que se produjo</w:t>
            </w:r>
          </w:p>
        </w:tc>
        <w:tc>
          <w:tcPr>
            <w:tcW w:w="1655" w:type="dxa"/>
            <w:shd w:val="clear" w:color="auto" w:fill="254E86"/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14:paraId="75BF883C" w14:textId="77777777" w:rsidR="00DA360C" w:rsidRDefault="00000000">
            <w:pPr>
              <w:jc w:val="center"/>
            </w:pPr>
            <w:r>
              <w:rPr>
                <w:b/>
                <w:color w:val="FFFFFF"/>
                <w:sz w:val="14"/>
              </w:rPr>
              <w:t>Persona / elemento afectado</w:t>
            </w:r>
          </w:p>
        </w:tc>
        <w:tc>
          <w:tcPr>
            <w:tcW w:w="2088" w:type="dxa"/>
            <w:shd w:val="clear" w:color="auto" w:fill="254E86"/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14:paraId="4FDA5BCF" w14:textId="77777777" w:rsidR="00DA360C" w:rsidRDefault="00000000">
            <w:pPr>
              <w:jc w:val="center"/>
            </w:pPr>
            <w:r>
              <w:rPr>
                <w:b/>
                <w:color w:val="FFFFFF"/>
                <w:sz w:val="14"/>
              </w:rPr>
              <w:t>Descripción</w:t>
            </w:r>
          </w:p>
        </w:tc>
        <w:tc>
          <w:tcPr>
            <w:tcW w:w="1800" w:type="dxa"/>
            <w:shd w:val="clear" w:color="auto" w:fill="254E86"/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14:paraId="0700F157" w14:textId="77777777" w:rsidR="00DA360C" w:rsidRDefault="00000000">
            <w:pPr>
              <w:jc w:val="center"/>
            </w:pPr>
            <w:r>
              <w:rPr>
                <w:b/>
                <w:color w:val="FFFFFF"/>
                <w:sz w:val="14"/>
              </w:rPr>
              <w:t>Documento sustentatorio</w:t>
            </w:r>
          </w:p>
        </w:tc>
        <w:tc>
          <w:tcPr>
            <w:tcW w:w="1080" w:type="dxa"/>
            <w:gridSpan w:val="2"/>
            <w:shd w:val="clear" w:color="auto" w:fill="254E86"/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14:paraId="4A37419D" w14:textId="77777777" w:rsidR="00DA360C" w:rsidRDefault="00000000">
            <w:pPr>
              <w:jc w:val="center"/>
            </w:pPr>
            <w:r>
              <w:rPr>
                <w:b/>
                <w:color w:val="FFFFFF"/>
                <w:sz w:val="14"/>
              </w:rPr>
              <w:t>Impacto en vigencia</w:t>
            </w:r>
          </w:p>
        </w:tc>
      </w:tr>
      <w:tr w:rsidR="00DA360C" w14:paraId="1F21FA1E" w14:textId="77777777">
        <w:tblPrEx>
          <w:tblBorders>
            <w:top w:val="single" w:sz="4" w:space="0" w:color="A9B3C1"/>
            <w:left w:val="single" w:sz="4" w:space="0" w:color="A9B3C1"/>
            <w:bottom w:val="single" w:sz="4" w:space="0" w:color="A9B3C1"/>
            <w:right w:val="single" w:sz="4" w:space="0" w:color="A9B3C1"/>
            <w:insideH w:val="single" w:sz="4" w:space="0" w:color="A9B3C1"/>
            <w:insideV w:val="single" w:sz="4" w:space="0" w:color="A9B3C1"/>
          </w:tblBorders>
        </w:tblPrEx>
        <w:trPr>
          <w:jc w:val="center"/>
        </w:trPr>
        <w:tc>
          <w:tcPr>
            <w:tcW w:w="503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E857AB7" w14:textId="77777777" w:rsidR="00DA360C" w:rsidRDefault="00000000">
            <w:pPr>
              <w:jc w:val="center"/>
            </w:pPr>
            <w:r>
              <w:rPr>
                <w:color w:val="1F2937"/>
                <w:sz w:val="14"/>
              </w:rPr>
              <w:t>1</w:t>
            </w:r>
          </w:p>
        </w:tc>
        <w:tc>
          <w:tcPr>
            <w:tcW w:w="165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1C1AF1A" w14:textId="77777777" w:rsidR="00DA360C" w:rsidRDefault="00DA360C"/>
        </w:tc>
        <w:tc>
          <w:tcPr>
            <w:tcW w:w="1296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E672C38" w14:textId="77777777" w:rsidR="00DA360C" w:rsidRDefault="00DA360C"/>
        </w:tc>
        <w:tc>
          <w:tcPr>
            <w:tcW w:w="165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7184DE3" w14:textId="77777777" w:rsidR="00DA360C" w:rsidRDefault="00DA360C"/>
        </w:tc>
        <w:tc>
          <w:tcPr>
            <w:tcW w:w="208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A70ECBC" w14:textId="77777777" w:rsidR="00DA360C" w:rsidRDefault="00DA360C"/>
        </w:tc>
        <w:tc>
          <w:tcPr>
            <w:tcW w:w="180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936B805" w14:textId="77777777" w:rsidR="00DA360C" w:rsidRDefault="00DA360C"/>
        </w:tc>
        <w:tc>
          <w:tcPr>
            <w:tcW w:w="1080" w:type="dxa"/>
            <w:gridSpan w:val="2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33E7BD8" w14:textId="77777777" w:rsidR="00DA360C" w:rsidRDefault="00DA360C"/>
        </w:tc>
      </w:tr>
      <w:tr w:rsidR="00DA360C" w14:paraId="7C14345C" w14:textId="77777777">
        <w:tblPrEx>
          <w:tblBorders>
            <w:top w:val="single" w:sz="4" w:space="0" w:color="A9B3C1"/>
            <w:left w:val="single" w:sz="4" w:space="0" w:color="A9B3C1"/>
            <w:bottom w:val="single" w:sz="4" w:space="0" w:color="A9B3C1"/>
            <w:right w:val="single" w:sz="4" w:space="0" w:color="A9B3C1"/>
            <w:insideH w:val="single" w:sz="4" w:space="0" w:color="A9B3C1"/>
            <w:insideV w:val="single" w:sz="4" w:space="0" w:color="A9B3C1"/>
          </w:tblBorders>
        </w:tblPrEx>
        <w:trPr>
          <w:jc w:val="center"/>
        </w:trPr>
        <w:tc>
          <w:tcPr>
            <w:tcW w:w="503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58512E8" w14:textId="77777777" w:rsidR="00DA360C" w:rsidRDefault="00000000">
            <w:pPr>
              <w:jc w:val="center"/>
            </w:pPr>
            <w:r>
              <w:rPr>
                <w:color w:val="1F2937"/>
                <w:sz w:val="14"/>
              </w:rPr>
              <w:t>2</w:t>
            </w:r>
          </w:p>
        </w:tc>
        <w:tc>
          <w:tcPr>
            <w:tcW w:w="165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D334F76" w14:textId="77777777" w:rsidR="00DA360C" w:rsidRDefault="00DA360C"/>
        </w:tc>
        <w:tc>
          <w:tcPr>
            <w:tcW w:w="1296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47C1B0B" w14:textId="77777777" w:rsidR="00DA360C" w:rsidRDefault="00DA360C"/>
        </w:tc>
        <w:tc>
          <w:tcPr>
            <w:tcW w:w="165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82618D0" w14:textId="77777777" w:rsidR="00DA360C" w:rsidRDefault="00DA360C"/>
        </w:tc>
        <w:tc>
          <w:tcPr>
            <w:tcW w:w="208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892B6A8" w14:textId="77777777" w:rsidR="00DA360C" w:rsidRDefault="00DA360C"/>
        </w:tc>
        <w:tc>
          <w:tcPr>
            <w:tcW w:w="180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F7635BC" w14:textId="77777777" w:rsidR="00DA360C" w:rsidRDefault="00DA360C"/>
        </w:tc>
        <w:tc>
          <w:tcPr>
            <w:tcW w:w="1080" w:type="dxa"/>
            <w:gridSpan w:val="2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4F81396" w14:textId="77777777" w:rsidR="00DA360C" w:rsidRDefault="00DA360C"/>
        </w:tc>
      </w:tr>
      <w:tr w:rsidR="00DA360C" w14:paraId="15B611D7" w14:textId="77777777">
        <w:tblPrEx>
          <w:tblBorders>
            <w:top w:val="single" w:sz="4" w:space="0" w:color="A9B3C1"/>
            <w:left w:val="single" w:sz="4" w:space="0" w:color="A9B3C1"/>
            <w:bottom w:val="single" w:sz="4" w:space="0" w:color="A9B3C1"/>
            <w:right w:val="single" w:sz="4" w:space="0" w:color="A9B3C1"/>
            <w:insideH w:val="single" w:sz="4" w:space="0" w:color="A9B3C1"/>
            <w:insideV w:val="single" w:sz="4" w:space="0" w:color="A9B3C1"/>
          </w:tblBorders>
        </w:tblPrEx>
        <w:trPr>
          <w:jc w:val="center"/>
        </w:trPr>
        <w:tc>
          <w:tcPr>
            <w:tcW w:w="503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E29A994" w14:textId="77777777" w:rsidR="00DA360C" w:rsidRDefault="00000000">
            <w:pPr>
              <w:jc w:val="center"/>
            </w:pPr>
            <w:r>
              <w:rPr>
                <w:color w:val="1F2937"/>
                <w:sz w:val="14"/>
              </w:rPr>
              <w:t>3</w:t>
            </w:r>
          </w:p>
        </w:tc>
        <w:tc>
          <w:tcPr>
            <w:tcW w:w="165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F5B6BDC" w14:textId="77777777" w:rsidR="00DA360C" w:rsidRDefault="00DA360C"/>
        </w:tc>
        <w:tc>
          <w:tcPr>
            <w:tcW w:w="1296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1458946" w14:textId="77777777" w:rsidR="00DA360C" w:rsidRDefault="00DA360C"/>
        </w:tc>
        <w:tc>
          <w:tcPr>
            <w:tcW w:w="165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3B01EAB" w14:textId="77777777" w:rsidR="00DA360C" w:rsidRDefault="00DA360C"/>
        </w:tc>
        <w:tc>
          <w:tcPr>
            <w:tcW w:w="208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695509A" w14:textId="77777777" w:rsidR="00DA360C" w:rsidRDefault="00DA360C"/>
        </w:tc>
        <w:tc>
          <w:tcPr>
            <w:tcW w:w="180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941EC8E" w14:textId="77777777" w:rsidR="00DA360C" w:rsidRDefault="00DA360C"/>
        </w:tc>
        <w:tc>
          <w:tcPr>
            <w:tcW w:w="1080" w:type="dxa"/>
            <w:gridSpan w:val="2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11CB771" w14:textId="77777777" w:rsidR="00DA360C" w:rsidRDefault="00DA360C"/>
        </w:tc>
      </w:tr>
      <w:tr w:rsidR="00DA360C" w14:paraId="02D315BD" w14:textId="77777777">
        <w:tblPrEx>
          <w:tblBorders>
            <w:top w:val="single" w:sz="4" w:space="0" w:color="A9B3C1"/>
            <w:left w:val="single" w:sz="4" w:space="0" w:color="A9B3C1"/>
            <w:bottom w:val="single" w:sz="4" w:space="0" w:color="A9B3C1"/>
            <w:right w:val="single" w:sz="4" w:space="0" w:color="A9B3C1"/>
            <w:insideH w:val="single" w:sz="4" w:space="0" w:color="A9B3C1"/>
            <w:insideV w:val="single" w:sz="4" w:space="0" w:color="A9B3C1"/>
          </w:tblBorders>
        </w:tblPrEx>
        <w:trPr>
          <w:jc w:val="center"/>
        </w:trPr>
        <w:tc>
          <w:tcPr>
            <w:tcW w:w="503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4D729E5" w14:textId="77777777" w:rsidR="00DA360C" w:rsidRDefault="00000000">
            <w:pPr>
              <w:jc w:val="center"/>
            </w:pPr>
            <w:r>
              <w:rPr>
                <w:color w:val="1F2937"/>
                <w:sz w:val="14"/>
              </w:rPr>
              <w:t>4</w:t>
            </w:r>
          </w:p>
        </w:tc>
        <w:tc>
          <w:tcPr>
            <w:tcW w:w="165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D6EDFED" w14:textId="77777777" w:rsidR="00DA360C" w:rsidRDefault="00DA360C"/>
        </w:tc>
        <w:tc>
          <w:tcPr>
            <w:tcW w:w="1296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191679B" w14:textId="77777777" w:rsidR="00DA360C" w:rsidRDefault="00DA360C"/>
        </w:tc>
        <w:tc>
          <w:tcPr>
            <w:tcW w:w="165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2407D5A" w14:textId="77777777" w:rsidR="00DA360C" w:rsidRDefault="00DA360C"/>
        </w:tc>
        <w:tc>
          <w:tcPr>
            <w:tcW w:w="208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F15A994" w14:textId="77777777" w:rsidR="00DA360C" w:rsidRDefault="00DA360C"/>
        </w:tc>
        <w:tc>
          <w:tcPr>
            <w:tcW w:w="180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D178256" w14:textId="77777777" w:rsidR="00DA360C" w:rsidRDefault="00DA360C"/>
        </w:tc>
        <w:tc>
          <w:tcPr>
            <w:tcW w:w="1080" w:type="dxa"/>
            <w:gridSpan w:val="2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9EFE28C" w14:textId="77777777" w:rsidR="00DA360C" w:rsidRDefault="00DA360C"/>
        </w:tc>
      </w:tr>
    </w:tbl>
    <w:p w14:paraId="76F5B751" w14:textId="77777777" w:rsidR="00DA360C" w:rsidRDefault="00DA360C">
      <w:pPr>
        <w:spacing w:after="20"/>
      </w:pPr>
    </w:p>
    <w:p w14:paraId="4B869F74" w14:textId="77777777" w:rsidR="00DA360C" w:rsidRPr="00776D50" w:rsidRDefault="00000000">
      <w:pPr>
        <w:spacing w:before="100" w:after="80"/>
        <w:rPr>
          <w:lang w:val="es-PE"/>
        </w:rPr>
      </w:pPr>
      <w:r w:rsidRPr="00776D50">
        <w:rPr>
          <w:color w:val="1F2937"/>
          <w:sz w:val="18"/>
          <w:lang w:val="es-PE"/>
        </w:rPr>
        <w:t>Solicito que el Colegio registre y evalúe los cambios comunicados, manteniendo la trazabilidad del expediente y las medidas que correspondan conforme al Reglamento.</w:t>
      </w:r>
    </w:p>
    <w:p w14:paraId="06A00DD2" w14:textId="77777777" w:rsidR="00DA360C" w:rsidRPr="00776D50" w:rsidRDefault="00DA360C">
      <w:pPr>
        <w:rPr>
          <w:lang w:val="es-PE"/>
        </w:rPr>
      </w:pPr>
    </w:p>
    <w:tbl>
      <w:tblPr>
        <w:tblW w:w="0" w:type="auto"/>
        <w:jc w:val="center"/>
        <w:tblBorders>
          <w:top w:val="single" w:sz="0" w:space="0" w:color="FFFFFF"/>
          <w:left w:val="single" w:sz="0" w:space="0" w:color="FFFFFF"/>
          <w:bottom w:val="single" w:sz="0" w:space="0" w:color="FFFFFF"/>
          <w:right w:val="single" w:sz="0" w:space="0" w:color="FFFFFF"/>
          <w:insideH w:val="single" w:sz="0" w:space="0" w:color="FFFFFF"/>
          <w:insideV w:val="single" w:sz="0" w:space="0" w:color="FFFFFF"/>
        </w:tblBorders>
        <w:tblLayout w:type="fixed"/>
        <w:tblLook w:val="04A0" w:firstRow="1" w:lastRow="0" w:firstColumn="1" w:lastColumn="0" w:noHBand="0" w:noVBand="1"/>
      </w:tblPr>
      <w:tblGrid>
        <w:gridCol w:w="6768"/>
        <w:gridCol w:w="3311"/>
      </w:tblGrid>
      <w:tr w:rsidR="00DA360C" w14:paraId="706856A6" w14:textId="77777777">
        <w:trPr>
          <w:jc w:val="center"/>
        </w:trPr>
        <w:tc>
          <w:tcPr>
            <w:tcW w:w="67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3EDB40" w14:textId="77777777" w:rsidR="00DA360C" w:rsidRDefault="00000000">
            <w:pPr>
              <w:jc w:val="center"/>
            </w:pPr>
            <w:r>
              <w:rPr>
                <w:color w:val="1F2937"/>
                <w:sz w:val="18"/>
              </w:rPr>
              <w:t>____________________________________________</w:t>
            </w:r>
            <w:r>
              <w:rPr>
                <w:color w:val="1F2937"/>
                <w:sz w:val="18"/>
              </w:rPr>
              <w:br/>
              <w:t>Firma del declarante / representante</w:t>
            </w:r>
          </w:p>
        </w:tc>
        <w:tc>
          <w:tcPr>
            <w:tcW w:w="331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6DF54D" w14:textId="77777777" w:rsidR="00DA360C" w:rsidRDefault="00000000">
            <w:pPr>
              <w:jc w:val="center"/>
            </w:pPr>
            <w:r>
              <w:rPr>
                <w:color w:val="1F2937"/>
                <w:sz w:val="18"/>
              </w:rPr>
              <w:t>Huella / sello</w:t>
            </w:r>
            <w:r>
              <w:rPr>
                <w:color w:val="1F2937"/>
                <w:sz w:val="18"/>
              </w:rPr>
              <w:br/>
              <w:t>__________________</w:t>
            </w:r>
          </w:p>
        </w:tc>
      </w:tr>
    </w:tbl>
    <w:p w14:paraId="6DD109AD" w14:textId="77777777" w:rsidR="00DA360C" w:rsidRPr="00776D50" w:rsidRDefault="00000000">
      <w:pPr>
        <w:spacing w:before="40" w:after="80"/>
        <w:jc w:val="center"/>
        <w:rPr>
          <w:lang w:val="es-PE"/>
        </w:rPr>
      </w:pPr>
      <w:r w:rsidRPr="00776D50">
        <w:rPr>
          <w:color w:val="1F2937"/>
          <w:sz w:val="18"/>
          <w:lang w:val="es-PE"/>
        </w:rPr>
        <w:t>Lugar y fecha: Arequipa, ____ de __________________ de 20____</w:t>
      </w:r>
    </w:p>
    <w:sectPr w:rsidR="00DA360C" w:rsidRPr="00776D50" w:rsidSect="0003461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792" w:right="893" w:bottom="792" w:left="893" w:header="360" w:footer="36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39CB69" w14:textId="77777777" w:rsidR="00393727" w:rsidRDefault="00393727">
      <w:pPr>
        <w:spacing w:after="0" w:line="240" w:lineRule="auto"/>
      </w:pPr>
      <w:r>
        <w:separator/>
      </w:r>
    </w:p>
  </w:endnote>
  <w:endnote w:type="continuationSeparator" w:id="0">
    <w:p w14:paraId="548229C6" w14:textId="77777777" w:rsidR="00393727" w:rsidRDefault="003937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B48B9E" w14:textId="77777777" w:rsidR="00DA360C" w:rsidRDefault="00DA360C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1294E7" w14:textId="77777777" w:rsidR="00DA360C" w:rsidRPr="00776D50" w:rsidRDefault="00000000">
    <w:pPr>
      <w:pStyle w:val="Piedepgina"/>
      <w:jc w:val="center"/>
      <w:rPr>
        <w:lang w:val="es-PE"/>
      </w:rPr>
    </w:pPr>
    <w:r w:rsidRPr="00776D50">
      <w:rPr>
        <w:color w:val="6B7280"/>
        <w:sz w:val="15"/>
        <w:lang w:val="es-PE"/>
      </w:rPr>
      <w:t>DOCUMENTO PÚBLICO | Versión 6.1-2026 | KIT-RRSOA | CCPAQP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0983C6" w14:textId="77777777" w:rsidR="00DA360C" w:rsidRDefault="00DA360C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215361" w14:textId="77777777" w:rsidR="00393727" w:rsidRDefault="00393727">
      <w:pPr>
        <w:spacing w:after="0" w:line="240" w:lineRule="auto"/>
      </w:pPr>
      <w:r>
        <w:separator/>
      </w:r>
    </w:p>
  </w:footnote>
  <w:footnote w:type="continuationSeparator" w:id="0">
    <w:p w14:paraId="40EAC639" w14:textId="77777777" w:rsidR="00393727" w:rsidRDefault="003937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0B58FF" w14:textId="77777777" w:rsidR="00DA360C" w:rsidRDefault="00DA360C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EB7F9C" w14:textId="77777777" w:rsidR="00DA360C" w:rsidRDefault="00DA360C">
    <w:pPr>
      <w:pStyle w:val="Encabezado"/>
    </w:pPr>
  </w:p>
  <w:tbl>
    <w:tblPr>
      <w:tblW w:w="0" w:type="auto"/>
      <w:tblBorders>
        <w:top w:val="single" w:sz="0" w:space="0" w:color="FFFFFF"/>
        <w:left w:val="single" w:sz="0" w:space="0" w:color="FFFFFF"/>
        <w:bottom w:val="single" w:sz="0" w:space="0" w:color="FFFFFF"/>
        <w:right w:val="single" w:sz="0" w:space="0" w:color="FFFFFF"/>
        <w:insideH w:val="single" w:sz="0" w:space="0" w:color="FFFFFF"/>
        <w:insideV w:val="single" w:sz="0" w:space="0" w:color="FFFFFF"/>
      </w:tblBorders>
      <w:tblLayout w:type="fixed"/>
      <w:tblLook w:val="04A0" w:firstRow="1" w:lastRow="0" w:firstColumn="1" w:lastColumn="0" w:noHBand="0" w:noVBand="1"/>
    </w:tblPr>
    <w:tblGrid>
      <w:gridCol w:w="5472"/>
      <w:gridCol w:w="4752"/>
    </w:tblGrid>
    <w:tr w:rsidR="00DA360C" w:rsidRPr="00776D50" w14:paraId="38654FF8" w14:textId="77777777">
      <w:tc>
        <w:tcPr>
          <w:tcW w:w="5472" w:type="dxa"/>
        </w:tcPr>
        <w:p w14:paraId="158B7737" w14:textId="77777777" w:rsidR="00DA360C" w:rsidRDefault="00000000">
          <w:r>
            <w:rPr>
              <w:noProof/>
            </w:rPr>
            <w:drawing>
              <wp:inline distT="0" distB="0" distL="0" distR="0" wp14:anchorId="21F87C13" wp14:editId="54BCB35A">
                <wp:extent cx="2514600" cy="682534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ccpaqp_logo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514600" cy="68253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752" w:type="dxa"/>
        </w:tcPr>
        <w:p w14:paraId="2269300E" w14:textId="77777777" w:rsidR="00DA360C" w:rsidRPr="00776D50" w:rsidRDefault="00000000">
          <w:pPr>
            <w:jc w:val="right"/>
            <w:rPr>
              <w:lang w:val="es-PE"/>
            </w:rPr>
          </w:pPr>
          <w:r w:rsidRPr="00776D50">
            <w:rPr>
              <w:b/>
              <w:color w:val="7B1F2A"/>
              <w:sz w:val="17"/>
              <w:lang w:val="es-PE"/>
            </w:rPr>
            <w:t>REGISTRO DE AUDITORES 2026</w:t>
          </w:r>
          <w:r w:rsidRPr="00776D50">
            <w:rPr>
              <w:b/>
              <w:color w:val="7B1F2A"/>
              <w:sz w:val="17"/>
              <w:lang w:val="es-PE"/>
            </w:rPr>
            <w:br/>
            <w:t>SET DE FORMATOS DEL POSTULANTE</w:t>
          </w:r>
        </w:p>
      </w:tc>
    </w:tr>
  </w:tbl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FFC45B" w14:textId="77777777" w:rsidR="00DA360C" w:rsidRDefault="00DA360C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304777464">
    <w:abstractNumId w:val="8"/>
  </w:num>
  <w:num w:numId="2" w16cid:durableId="1628387625">
    <w:abstractNumId w:val="6"/>
  </w:num>
  <w:num w:numId="3" w16cid:durableId="899251102">
    <w:abstractNumId w:val="5"/>
  </w:num>
  <w:num w:numId="4" w16cid:durableId="1778981414">
    <w:abstractNumId w:val="4"/>
  </w:num>
  <w:num w:numId="5" w16cid:durableId="491139850">
    <w:abstractNumId w:val="7"/>
  </w:num>
  <w:num w:numId="6" w16cid:durableId="806626980">
    <w:abstractNumId w:val="3"/>
  </w:num>
  <w:num w:numId="7" w16cid:durableId="1782408571">
    <w:abstractNumId w:val="2"/>
  </w:num>
  <w:num w:numId="8" w16cid:durableId="615677766">
    <w:abstractNumId w:val="1"/>
  </w:num>
  <w:num w:numId="9" w16cid:durableId="10501056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285"/>
    <w:rsid w:val="00326F90"/>
    <w:rsid w:val="00393727"/>
    <w:rsid w:val="00776D50"/>
    <w:rsid w:val="00AA1D8D"/>
    <w:rsid w:val="00B47730"/>
    <w:rsid w:val="00CB0664"/>
    <w:rsid w:val="00DA360C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66A99BA"/>
  <w14:defaultImageDpi w14:val="300"/>
  <w15:docId w15:val="{062D5893-EB5F-4C1C-9AD1-52D46DCBFA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eastAsia="Arial" w:hAnsi="Arial"/>
      <w:sz w:val="20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  <w:rPr>
      <w:rFonts w:ascii="Arial" w:eastAsia="Arial" w:hAnsi="Arial"/>
    </w:rPr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  <w:rPr>
      <w:rFonts w:ascii="Arial" w:eastAsia="Arial" w:hAnsi="Arial"/>
    </w:rPr>
  </w:style>
  <w:style w:type="paragraph" w:styleId="Sinespaciado">
    <w:name w:val="No Spacing"/>
    <w:uiPriority w:val="1"/>
    <w:qFormat/>
    <w:rsid w:val="00FC693F"/>
    <w:pPr>
      <w:spacing w:after="0" w:line="240" w:lineRule="auto"/>
    </w:pPr>
    <w:rPr>
      <w:rFonts w:ascii="Arial" w:eastAsia="Arial" w:hAnsi="Arial"/>
    </w:r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  <w:rPr>
      <w:rFonts w:ascii="Arial" w:eastAsia="Arial" w:hAnsi="Arial"/>
    </w:rPr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  <w:rPr>
      <w:rFonts w:ascii="Arial" w:eastAsia="Arial" w:hAnsi="Arial"/>
    </w:rPr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rFonts w:ascii="Arial" w:eastAsia="Arial" w:hAnsi="Arial"/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sz w:val="19"/>
    </w:r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sz w:val="19"/>
    </w:r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sz w:val="19"/>
    </w:r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Arial" w:eastAsia="Arial" w:hAnsi="Arial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Arial" w:eastAsia="Arial" w:hAnsi="Arial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rFonts w:ascii="Arial" w:eastAsia="Arial" w:hAnsi="Arial"/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uerte">
    <w:name w:val="Strong"/>
    <w:basedOn w:val="Fuentedeprrafopredeter"/>
    <w:uiPriority w:val="22"/>
    <w:qFormat/>
    <w:rsid w:val="00FC693F"/>
    <w:rPr>
      <w:rFonts w:ascii="Arial" w:eastAsia="Arial" w:hAnsi="Arial"/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rFonts w:ascii="Arial" w:eastAsia="Arial" w:hAnsi="Arial"/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rFonts w:ascii="Arial" w:eastAsia="Arial" w:hAnsi="Arial"/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rFonts w:ascii="Arial" w:eastAsia="Arial" w:hAnsi="Arial"/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rFonts w:ascii="Arial" w:eastAsia="Arial" w:hAnsi="Arial"/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rFonts w:ascii="Arial" w:eastAsia="Arial" w:hAnsi="Arial"/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rFonts w:ascii="Arial" w:eastAsia="Arial" w:hAnsi="Arial"/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rFonts w:ascii="Arial" w:eastAsia="Arial" w:hAnsi="Arial"/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  <w:rPr>
      <w:rFonts w:ascii="Arial" w:eastAsia="Arial" w:hAnsi="Arial"/>
    </w:r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rPr>
      <w:rFonts w:ascii="Arial" w:eastAsia="Arial" w:hAnsi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rFonts w:ascii="Arial" w:eastAsia="Arial" w:hAnsi="Arial"/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rFonts w:ascii="Arial" w:eastAsia="Arial" w:hAnsi="Arial"/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rFonts w:ascii="Arial" w:eastAsia="Arial" w:hAnsi="Arial"/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rFonts w:ascii="Arial" w:eastAsia="Arial" w:hAnsi="Arial"/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rFonts w:ascii="Arial" w:eastAsia="Arial" w:hAnsi="Arial"/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rFonts w:ascii="Arial" w:eastAsia="Arial" w:hAnsi="Arial"/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rFonts w:ascii="Arial" w:eastAsia="Arial" w:hAnsi="Arial"/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rPr>
      <w:rFonts w:ascii="Arial" w:eastAsia="Arial" w:hAnsi="Arial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rPr>
      <w:rFonts w:ascii="Arial" w:eastAsia="Arial" w:hAnsi="Arial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rPr>
      <w:rFonts w:ascii="Arial" w:eastAsia="Arial" w:hAnsi="Arial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rPr>
      <w:rFonts w:ascii="Arial" w:eastAsia="Arial" w:hAnsi="Arial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rPr>
      <w:rFonts w:ascii="Arial" w:eastAsia="Arial" w:hAnsi="Arial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rPr>
      <w:rFonts w:ascii="Arial" w:eastAsia="Arial" w:hAnsi="Arial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rPr>
      <w:rFonts w:ascii="Arial" w:eastAsia="Arial" w:hAnsi="Arial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rPr>
      <w:rFonts w:ascii="Arial" w:eastAsia="Arial" w:hAnsi="Arial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rPr>
      <w:rFonts w:ascii="Arial" w:eastAsia="Arial" w:hAnsi="Arial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rPr>
      <w:rFonts w:ascii="Arial" w:eastAsia="Arial" w:hAnsi="Arial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rPr>
      <w:rFonts w:ascii="Arial" w:eastAsia="Arial" w:hAnsi="Arial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rPr>
      <w:rFonts w:ascii="Arial" w:eastAsia="Arial" w:hAnsi="Arial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rPr>
      <w:rFonts w:ascii="Arial" w:eastAsia="Arial" w:hAnsi="Arial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rPr>
      <w:rFonts w:ascii="Arial" w:eastAsia="Arial" w:hAnsi="Arial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rPr>
      <w:rFonts w:ascii="Arial" w:eastAsia="Arial" w:hAnsi="Arial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rPr>
      <w:rFonts w:ascii="Arial" w:eastAsia="Arial" w:hAnsi="Arial"/>
    </w:r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rPr>
      <w:rFonts w:ascii="Arial" w:eastAsia="Arial" w:hAnsi="Arial"/>
    </w:r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rPr>
      <w:rFonts w:ascii="Arial" w:eastAsia="Arial" w:hAnsi="Arial"/>
    </w:r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rPr>
      <w:rFonts w:ascii="Arial" w:eastAsia="Arial" w:hAnsi="Arial"/>
    </w:r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rPr>
      <w:rFonts w:ascii="Arial" w:eastAsia="Arial" w:hAnsi="Arial"/>
    </w:r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rPr>
      <w:rFonts w:ascii="Arial" w:eastAsia="Arial" w:hAnsi="Arial"/>
    </w:r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rPr>
      <w:rFonts w:ascii="Arial" w:eastAsia="Arial" w:hAnsi="Arial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rPr>
      <w:rFonts w:ascii="Arial" w:eastAsia="Arial" w:hAnsi="Arial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rPr>
      <w:rFonts w:ascii="Arial" w:eastAsia="Arial" w:hAnsi="Arial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rPr>
      <w:rFonts w:ascii="Arial" w:eastAsia="Arial" w:hAnsi="Arial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rPr>
      <w:rFonts w:ascii="Arial" w:eastAsia="Arial" w:hAnsi="Arial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rPr>
      <w:rFonts w:ascii="Arial" w:eastAsia="Arial" w:hAnsi="Arial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rPr>
      <w:rFonts w:ascii="Arial" w:eastAsia="Arial" w:hAnsi="Arial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rFonts w:ascii="Arial" w:eastAsia="Arial" w:hAnsi="Arial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rFonts w:ascii="Arial" w:eastAsia="Arial" w:hAnsi="Arial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rFonts w:ascii="Arial" w:eastAsia="Arial" w:hAnsi="Arial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rFonts w:ascii="Arial" w:eastAsia="Arial" w:hAnsi="Arial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rFonts w:ascii="Arial" w:eastAsia="Arial" w:hAnsi="Arial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rFonts w:ascii="Arial" w:eastAsia="Arial" w:hAnsi="Arial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rFonts w:ascii="Arial" w:eastAsia="Arial" w:hAnsi="Arial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rPr>
      <w:rFonts w:ascii="Arial" w:eastAsia="Arial" w:hAnsi="Arial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rPr>
      <w:rFonts w:ascii="Arial" w:eastAsia="Arial" w:hAnsi="Arial"/>
    </w:r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rPr>
      <w:rFonts w:ascii="Arial" w:eastAsia="Arial" w:hAnsi="Arial"/>
    </w:r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rPr>
      <w:rFonts w:ascii="Arial" w:eastAsia="Arial" w:hAnsi="Arial"/>
    </w:r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rPr>
      <w:rFonts w:ascii="Arial" w:eastAsia="Arial" w:hAnsi="Arial"/>
    </w:r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rPr>
      <w:rFonts w:ascii="Arial" w:eastAsia="Arial" w:hAnsi="Arial"/>
    </w:r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rPr>
      <w:rFonts w:ascii="Arial" w:eastAsia="Arial" w:hAnsi="Arial"/>
    </w:r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rPr>
      <w:rFonts w:ascii="Arial" w:eastAsia="Arial" w:hAnsi="Arial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rPr>
      <w:rFonts w:ascii="Arial" w:eastAsia="Arial" w:hAnsi="Arial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rPr>
      <w:rFonts w:ascii="Arial" w:eastAsia="Arial" w:hAnsi="Arial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rPr>
      <w:rFonts w:ascii="Arial" w:eastAsia="Arial" w:hAnsi="Arial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rPr>
      <w:rFonts w:ascii="Arial" w:eastAsia="Arial" w:hAnsi="Arial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rPr>
      <w:rFonts w:ascii="Arial" w:eastAsia="Arial" w:hAnsi="Arial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rPr>
      <w:rFonts w:ascii="Arial" w:eastAsia="Arial" w:hAnsi="Arial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rFonts w:ascii="Arial" w:eastAsia="Arial" w:hAnsi="Arial"/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rFonts w:ascii="Arial" w:eastAsia="Arial" w:hAnsi="Arial"/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rFonts w:ascii="Arial" w:eastAsia="Arial" w:hAnsi="Arial"/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rFonts w:ascii="Arial" w:eastAsia="Arial" w:hAnsi="Arial"/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rFonts w:ascii="Arial" w:eastAsia="Arial" w:hAnsi="Arial"/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rFonts w:ascii="Arial" w:eastAsia="Arial" w:hAnsi="Arial"/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rFonts w:ascii="Arial" w:eastAsia="Arial" w:hAnsi="Arial"/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rFonts w:ascii="Arial" w:eastAsia="Arial" w:hAnsi="Arial"/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rFonts w:ascii="Arial" w:eastAsia="Arial" w:hAnsi="Arial"/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rFonts w:ascii="Arial" w:eastAsia="Arial" w:hAnsi="Arial"/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rFonts w:ascii="Arial" w:eastAsia="Arial" w:hAnsi="Arial"/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rFonts w:ascii="Arial" w:eastAsia="Arial" w:hAnsi="Arial"/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rFonts w:ascii="Arial" w:eastAsia="Arial" w:hAnsi="Arial"/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rFonts w:ascii="Arial" w:eastAsia="Arial" w:hAnsi="Arial"/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rFonts w:ascii="Arial" w:eastAsia="Arial" w:hAnsi="Arial"/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rFonts w:ascii="Arial" w:eastAsia="Arial" w:hAnsi="Arial"/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rFonts w:ascii="Arial" w:eastAsia="Arial" w:hAnsi="Arial"/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rFonts w:ascii="Arial" w:eastAsia="Arial" w:hAnsi="Arial"/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rFonts w:ascii="Arial" w:eastAsia="Arial" w:hAnsi="Arial"/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rFonts w:ascii="Arial" w:eastAsia="Arial" w:hAnsi="Arial"/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rFonts w:ascii="Arial" w:eastAsia="Arial" w:hAnsi="Arial"/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rFonts w:ascii="Arial" w:eastAsia="Arial" w:hAnsi="Arial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rFonts w:ascii="Arial" w:eastAsia="Arial" w:hAnsi="Arial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rFonts w:ascii="Arial" w:eastAsia="Arial" w:hAnsi="Arial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rFonts w:ascii="Arial" w:eastAsia="Arial" w:hAnsi="Arial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rFonts w:ascii="Arial" w:eastAsia="Arial" w:hAnsi="Arial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rFonts w:ascii="Arial" w:eastAsia="Arial" w:hAnsi="Arial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rFonts w:ascii="Arial" w:eastAsia="Arial" w:hAnsi="Arial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14</Pages>
  <Words>1616</Words>
  <Characters>8892</Characters>
  <Application>Microsoft Office Word</Application>
  <DocSecurity>0</DocSecurity>
  <Lines>74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10488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Informática-CCPA</cp:lastModifiedBy>
  <cp:revision>2</cp:revision>
  <dcterms:created xsi:type="dcterms:W3CDTF">2013-12-23T23:15:00Z</dcterms:created>
  <dcterms:modified xsi:type="dcterms:W3CDTF">2026-09-09T23:43:00Z</dcterms:modified>
  <cp:category/>
</cp:coreProperties>
</file>