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9C8F" w14:textId="77777777" w:rsidR="00E53181" w:rsidRDefault="00E53181"/>
    <w:p w14:paraId="0FE92013" w14:textId="77777777" w:rsidR="00E53181" w:rsidRPr="00D62BFE" w:rsidRDefault="00000000">
      <w:pPr>
        <w:spacing w:before="240"/>
        <w:jc w:val="center"/>
        <w:rPr>
          <w:lang w:val="es-PE"/>
        </w:rPr>
      </w:pPr>
      <w:r w:rsidRPr="00D62BFE">
        <w:rPr>
          <w:b/>
          <w:color w:val="1E3E6E"/>
          <w:sz w:val="36"/>
          <w:lang w:val="es-PE"/>
        </w:rPr>
        <w:t>SET DE FORMATOS DEL POSTULANTE</w:t>
      </w:r>
    </w:p>
    <w:p w14:paraId="7D8031C5" w14:textId="77777777" w:rsidR="00E53181" w:rsidRPr="00D62BFE" w:rsidRDefault="00000000">
      <w:pPr>
        <w:spacing w:after="160"/>
        <w:jc w:val="center"/>
        <w:rPr>
          <w:lang w:val="es-PE"/>
        </w:rPr>
      </w:pPr>
      <w:r w:rsidRPr="00D62BFE">
        <w:rPr>
          <w:b/>
          <w:color w:val="7B1F2A"/>
          <w:sz w:val="32"/>
          <w:lang w:val="es-PE"/>
        </w:rPr>
        <w:t>NUEVA SOCIEDAD DE AUDITORÍA</w:t>
      </w:r>
    </w:p>
    <w:p w14:paraId="3A024D99" w14:textId="77777777" w:rsidR="00E53181" w:rsidRPr="00D62BFE" w:rsidRDefault="00000000">
      <w:pPr>
        <w:jc w:val="center"/>
        <w:rPr>
          <w:lang w:val="es-PE"/>
        </w:rPr>
      </w:pPr>
      <w:r w:rsidRPr="00D62BFE">
        <w:rPr>
          <w:i/>
          <w:color w:val="1F2937"/>
          <w:sz w:val="22"/>
          <w:lang w:val="es-PE"/>
        </w:rPr>
        <w:t>Registro de Auditores Independientes y Sociedades de Auditoría</w:t>
      </w:r>
    </w:p>
    <w:p w14:paraId="0567CA51" w14:textId="77777777" w:rsidR="00E53181" w:rsidRPr="00D62BFE" w:rsidRDefault="00E53181">
      <w:pPr>
        <w:rPr>
          <w:lang w:val="es-PE"/>
        </w:rPr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048"/>
      </w:tblGrid>
      <w:tr w:rsidR="00E53181" w14:paraId="5BE5B88C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9C92FD5" w14:textId="77777777" w:rsidR="00E53181" w:rsidRDefault="00000000">
            <w:r>
              <w:rPr>
                <w:b/>
                <w:color w:val="1E3E6E"/>
                <w:sz w:val="19"/>
              </w:rPr>
              <w:t>Código del kit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63CF73D" w14:textId="77777777" w:rsidR="00E53181" w:rsidRDefault="00000000">
            <w:r>
              <w:rPr>
                <w:color w:val="1F2937"/>
                <w:sz w:val="19"/>
              </w:rPr>
              <w:t>KIT-NSOA</w:t>
            </w:r>
          </w:p>
        </w:tc>
      </w:tr>
      <w:tr w:rsidR="00E53181" w14:paraId="0167F763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6E5C773" w14:textId="77777777" w:rsidR="00E53181" w:rsidRDefault="00000000">
            <w:r>
              <w:rPr>
                <w:b/>
                <w:color w:val="1E3E6E"/>
                <w:sz w:val="19"/>
              </w:rPr>
              <w:t>Categoría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8215289" w14:textId="77777777" w:rsidR="00E53181" w:rsidRDefault="00000000">
            <w:r>
              <w:rPr>
                <w:color w:val="1F2937"/>
                <w:sz w:val="19"/>
              </w:rPr>
              <w:t>Nueva Sociedad de Auditoría</w:t>
            </w:r>
          </w:p>
        </w:tc>
      </w:tr>
      <w:tr w:rsidR="00E53181" w14:paraId="0615A3D3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C8A4B7D" w14:textId="77777777" w:rsidR="00E53181" w:rsidRDefault="00000000">
            <w:r>
              <w:rPr>
                <w:b/>
                <w:color w:val="1E3E6E"/>
                <w:sz w:val="19"/>
              </w:rPr>
              <w:t>Versión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07EA892" w14:textId="77777777" w:rsidR="00E53181" w:rsidRDefault="00000000">
            <w:r>
              <w:rPr>
                <w:color w:val="1F2937"/>
                <w:sz w:val="19"/>
              </w:rPr>
              <w:t>6.1-2026</w:t>
            </w:r>
          </w:p>
        </w:tc>
      </w:tr>
      <w:tr w:rsidR="00E53181" w14:paraId="093CF5F4" w14:textId="77777777">
        <w:trPr>
          <w:jc w:val="center"/>
        </w:trPr>
        <w:tc>
          <w:tcPr>
            <w:tcW w:w="3456" w:type="dxa"/>
            <w:shd w:val="clear" w:color="auto" w:fill="EAF1F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73A8905" w14:textId="77777777" w:rsidR="00E53181" w:rsidRDefault="00000000">
            <w:r>
              <w:rPr>
                <w:b/>
                <w:color w:val="1E3E6E"/>
                <w:sz w:val="19"/>
              </w:rPr>
              <w:t>Ámbito</w:t>
            </w:r>
          </w:p>
        </w:tc>
        <w:tc>
          <w:tcPr>
            <w:tcW w:w="6048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BA738DA" w14:textId="77777777" w:rsidR="00E53181" w:rsidRDefault="00000000">
            <w:r>
              <w:rPr>
                <w:color w:val="1F2937"/>
                <w:sz w:val="19"/>
              </w:rPr>
              <w:t>Público / postulante</w:t>
            </w:r>
          </w:p>
        </w:tc>
      </w:tr>
    </w:tbl>
    <w:p w14:paraId="02B438FB" w14:textId="77777777" w:rsidR="00E53181" w:rsidRDefault="00E53181"/>
    <w:p w14:paraId="56FAB685" w14:textId="77777777" w:rsidR="00E53181" w:rsidRDefault="00000000">
      <w:r>
        <w:br w:type="page"/>
      </w:r>
    </w:p>
    <w:p w14:paraId="6B38F524" w14:textId="77777777" w:rsidR="00E53181" w:rsidRDefault="00E53181">
      <w:pPr>
        <w:spacing w:after="20"/>
      </w:pPr>
    </w:p>
    <w:p w14:paraId="03215B58" w14:textId="77777777" w:rsidR="00E53181" w:rsidRPr="00D62BFE" w:rsidRDefault="00000000">
      <w:pPr>
        <w:pStyle w:val="Ttulo1"/>
        <w:spacing w:before="160" w:after="80"/>
        <w:rPr>
          <w:lang w:val="es-PE"/>
        </w:rPr>
      </w:pPr>
      <w:r w:rsidRPr="00D62BFE">
        <w:rPr>
          <w:rFonts w:ascii="Arial" w:eastAsia="Arial" w:hAnsi="Arial"/>
          <w:lang w:val="es-PE"/>
        </w:rPr>
        <w:t>FP-07B — CHECKLIST DEL POSTULANTE — Nueva Sociedad de Auditoría</w:t>
      </w:r>
    </w:p>
    <w:p w14:paraId="31B9FCC9" w14:textId="77777777" w:rsidR="00E53181" w:rsidRPr="00D62BFE" w:rsidRDefault="00E53181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240"/>
        <w:gridCol w:w="1655"/>
        <w:gridCol w:w="1944"/>
        <w:gridCol w:w="1080"/>
        <w:gridCol w:w="792"/>
        <w:gridCol w:w="864"/>
      </w:tblGrid>
      <w:tr w:rsidR="00E53181" w14:paraId="6C24BDA3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7237F3E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32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7D53E4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Documento / requisito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AC3BC1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Base normativa</w:t>
            </w:r>
          </w:p>
        </w:tc>
        <w:tc>
          <w:tcPr>
            <w:tcW w:w="194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214312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Formato / evidencia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BAD5FE2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Aplicación</w:t>
            </w:r>
          </w:p>
        </w:tc>
        <w:tc>
          <w:tcPr>
            <w:tcW w:w="7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54430FA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Incluido</w:t>
            </w:r>
          </w:p>
        </w:tc>
        <w:tc>
          <w:tcPr>
            <w:tcW w:w="86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417B26D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Archivo / folio</w:t>
            </w:r>
          </w:p>
        </w:tc>
      </w:tr>
      <w:tr w:rsidR="00E53181" w14:paraId="4EA4771D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BFF57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CF8074" w14:textId="77777777" w:rsidR="00E53181" w:rsidRDefault="00000000">
            <w:r>
              <w:rPr>
                <w:color w:val="1F2937"/>
                <w:sz w:val="15"/>
              </w:rPr>
              <w:t>Constancia de Presentación Digital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7F9F6E" w14:textId="77777777" w:rsidR="00E53181" w:rsidRDefault="00000000">
            <w:r>
              <w:rPr>
                <w:color w:val="1F2937"/>
                <w:sz w:val="15"/>
              </w:rPr>
              <w:t>Directiva operativa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42F20" w14:textId="77777777" w:rsidR="00E53181" w:rsidRDefault="00000000">
            <w:r>
              <w:rPr>
                <w:color w:val="1F2937"/>
                <w:sz w:val="15"/>
              </w:rPr>
              <w:t>FP-00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60DBAE" w14:textId="77777777" w:rsidR="00E53181" w:rsidRDefault="00000000">
            <w:r>
              <w:rPr>
                <w:color w:val="1F2937"/>
                <w:sz w:val="15"/>
              </w:rPr>
              <w:t>Previo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88233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0785CB" w14:textId="77777777" w:rsidR="00E53181" w:rsidRDefault="00E53181"/>
        </w:tc>
      </w:tr>
      <w:tr w:rsidR="00E53181" w14:paraId="4E5905AC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A807C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FCC91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Solicitud suscrita por representante legal / socio principal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7C75F" w14:textId="77777777" w:rsidR="00E53181" w:rsidRDefault="00000000">
            <w:r>
              <w:rPr>
                <w:color w:val="1F2937"/>
                <w:sz w:val="15"/>
              </w:rPr>
              <w:t xml:space="preserve">Art. </w:t>
            </w:r>
            <w:proofErr w:type="gramStart"/>
            <w:r>
              <w:rPr>
                <w:color w:val="1F2937"/>
                <w:sz w:val="15"/>
              </w:rPr>
              <w:t>17.a</w:t>
            </w:r>
            <w:proofErr w:type="gramEnd"/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8422E" w14:textId="77777777" w:rsidR="00E53181" w:rsidRDefault="00000000">
            <w:r>
              <w:rPr>
                <w:color w:val="1F2937"/>
                <w:sz w:val="15"/>
              </w:rPr>
              <w:t>FP-01B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7FC12B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25C05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11E02" w14:textId="77777777" w:rsidR="00E53181" w:rsidRDefault="00E53181"/>
        </w:tc>
      </w:tr>
      <w:tr w:rsidR="00E53181" w14:paraId="5F3941F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3B743F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769C8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Escritura pública de constitución inscrita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1EFC7" w14:textId="77777777" w:rsidR="00E53181" w:rsidRDefault="00000000">
            <w:r>
              <w:rPr>
                <w:color w:val="1F2937"/>
                <w:sz w:val="15"/>
              </w:rPr>
              <w:t xml:space="preserve">Art. </w:t>
            </w:r>
            <w:proofErr w:type="gramStart"/>
            <w:r>
              <w:rPr>
                <w:color w:val="1F2937"/>
                <w:sz w:val="15"/>
              </w:rPr>
              <w:t>17.b</w:t>
            </w:r>
            <w:proofErr w:type="gramEnd"/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E88220" w14:textId="77777777" w:rsidR="00E53181" w:rsidRDefault="00000000">
            <w:r>
              <w:rPr>
                <w:color w:val="1F2937"/>
                <w:sz w:val="15"/>
              </w:rPr>
              <w:t>Escritura / partida SUNARP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D507DA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B0459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28F1E" w14:textId="77777777" w:rsidR="00E53181" w:rsidRDefault="00E53181"/>
        </w:tc>
      </w:tr>
      <w:tr w:rsidR="00E53181" w14:paraId="01832CB9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A5B425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4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CC77C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Vigencia de poder del representante legal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DA3EF" w14:textId="77777777" w:rsidR="00E53181" w:rsidRDefault="00000000">
            <w:r>
              <w:rPr>
                <w:color w:val="1F2937"/>
                <w:sz w:val="15"/>
              </w:rPr>
              <w:t>Art. 17.c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6D108" w14:textId="77777777" w:rsidR="00E53181" w:rsidRDefault="00000000">
            <w:r>
              <w:rPr>
                <w:color w:val="1F2937"/>
                <w:sz w:val="15"/>
              </w:rPr>
              <w:t>Certificado vigente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DE524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9C699F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CE6E8" w14:textId="77777777" w:rsidR="00E53181" w:rsidRDefault="00E53181"/>
        </w:tc>
      </w:tr>
      <w:tr w:rsidR="00E53181" w14:paraId="4F728CC2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771E7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96357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Objeto social vinculado a auditoría / aseguramiento / relacionados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4DD54" w14:textId="77777777" w:rsidR="00E53181" w:rsidRDefault="00000000">
            <w:r>
              <w:rPr>
                <w:color w:val="1F2937"/>
                <w:sz w:val="15"/>
              </w:rPr>
              <w:t>Arts. 16.b y 17.d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4BC412" w14:textId="77777777" w:rsidR="00E53181" w:rsidRDefault="00000000">
            <w:r>
              <w:rPr>
                <w:color w:val="1F2937"/>
                <w:sz w:val="15"/>
              </w:rPr>
              <w:t>Cláusula / documento constitutivo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ADB73C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B6AB0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18BF60" w14:textId="77777777" w:rsidR="00E53181" w:rsidRDefault="00E53181"/>
        </w:tc>
      </w:tr>
      <w:tr w:rsidR="00E53181" w14:paraId="37B383A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EC1DE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6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06839" w14:textId="77777777" w:rsidR="00E53181" w:rsidRDefault="00000000">
            <w:r>
              <w:rPr>
                <w:color w:val="1F2937"/>
                <w:sz w:val="15"/>
              </w:rPr>
              <w:t>Relación actualizada de socios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9B0EDF" w14:textId="77777777" w:rsidR="00E53181" w:rsidRDefault="00000000">
            <w:r>
              <w:rPr>
                <w:color w:val="1F2937"/>
                <w:sz w:val="15"/>
              </w:rPr>
              <w:t>Art. 17.e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67BBF" w14:textId="77777777" w:rsidR="00E53181" w:rsidRDefault="00000000">
            <w:r>
              <w:rPr>
                <w:color w:val="1F2937"/>
                <w:sz w:val="15"/>
              </w:rPr>
              <w:t>FP-06A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61619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A6A0A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2DAE0" w14:textId="77777777" w:rsidR="00E53181" w:rsidRDefault="00E53181"/>
        </w:tc>
      </w:tr>
      <w:tr w:rsidR="00E53181" w14:paraId="1E78EF6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CEE4C0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7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A8B58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CV documentado de cada socio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07089" w14:textId="77777777" w:rsidR="00E53181" w:rsidRDefault="00000000">
            <w:r>
              <w:rPr>
                <w:color w:val="1F2937"/>
                <w:sz w:val="15"/>
              </w:rPr>
              <w:t>Art. 17.f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59E8C5" w14:textId="77777777" w:rsidR="00E53181" w:rsidRDefault="00000000">
            <w:r>
              <w:rPr>
                <w:color w:val="1F2937"/>
                <w:sz w:val="15"/>
              </w:rPr>
              <w:t>FP-02 por socio + sustentos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3C5D4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934F4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412D70" w14:textId="77777777" w:rsidR="00E53181" w:rsidRDefault="00E53181"/>
        </w:tc>
      </w:tr>
      <w:tr w:rsidR="00E53181" w14:paraId="7495BA59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490AB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8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EB296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Habilitación vigente de cada socio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05DC65" w14:textId="77777777" w:rsidR="00E53181" w:rsidRDefault="00000000">
            <w:r>
              <w:rPr>
                <w:color w:val="1F2937"/>
                <w:sz w:val="15"/>
              </w:rPr>
              <w:t>Arts. 16.c-e y 17.g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4AF22" w14:textId="77777777" w:rsidR="00E53181" w:rsidRDefault="00000000">
            <w:r>
              <w:rPr>
                <w:color w:val="1F2937"/>
                <w:sz w:val="15"/>
              </w:rPr>
              <w:t>Constancias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F9E24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02BADF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7D727" w14:textId="77777777" w:rsidR="00E53181" w:rsidRDefault="00E53181"/>
        </w:tc>
      </w:tr>
      <w:tr w:rsidR="00E53181" w14:paraId="59BAE873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AD79A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9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CDFEBF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Registro AI vigente de socios que ejercen / suscriben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B2AA06" w14:textId="77777777" w:rsidR="00E53181" w:rsidRDefault="00000000">
            <w:r>
              <w:rPr>
                <w:color w:val="1F2937"/>
                <w:sz w:val="15"/>
              </w:rPr>
              <w:t>Arts. 16.d, 17.h y 18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316A57" w14:textId="77777777" w:rsidR="00E53181" w:rsidRDefault="00000000">
            <w:r>
              <w:rPr>
                <w:color w:val="1F2937"/>
                <w:sz w:val="15"/>
              </w:rPr>
              <w:t>Constancias AI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C9745B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1A9D1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C79D6" w14:textId="77777777" w:rsidR="00E53181" w:rsidRDefault="00E53181"/>
        </w:tc>
      </w:tr>
      <w:tr w:rsidR="00E53181" w14:paraId="3E64581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45838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10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695161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DJ no impedimentos por socio y representante legal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3EBF4" w14:textId="77777777" w:rsidR="00E53181" w:rsidRDefault="00000000">
            <w:r>
              <w:rPr>
                <w:color w:val="1F2937"/>
                <w:sz w:val="15"/>
              </w:rPr>
              <w:t>Arts. 11 y 17.i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5FB0E8" w14:textId="77777777" w:rsidR="00E53181" w:rsidRDefault="00000000">
            <w:r>
              <w:rPr>
                <w:color w:val="1F2937"/>
                <w:sz w:val="15"/>
              </w:rPr>
              <w:t>FP-06B por persona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26FC6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56E150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E807E" w14:textId="77777777" w:rsidR="00E53181" w:rsidRDefault="00E53181"/>
        </w:tc>
      </w:tr>
      <w:tr w:rsidR="00E53181" w14:paraId="23DAD55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41691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11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327299" w14:textId="77777777" w:rsidR="00E53181" w:rsidRDefault="00000000">
            <w:r>
              <w:rPr>
                <w:color w:val="1F2937"/>
                <w:sz w:val="15"/>
              </w:rPr>
              <w:t>DJ integral SOA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31AB8" w14:textId="77777777" w:rsidR="00E53181" w:rsidRDefault="00000000">
            <w:r>
              <w:rPr>
                <w:color w:val="1F2937"/>
                <w:sz w:val="15"/>
              </w:rPr>
              <w:t>Art. 17.j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4D518" w14:textId="77777777" w:rsidR="00E53181" w:rsidRDefault="00000000">
            <w:r>
              <w:rPr>
                <w:color w:val="1F2937"/>
                <w:sz w:val="15"/>
              </w:rPr>
              <w:t>FP-06C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FC1CD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AA545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533310" w14:textId="77777777" w:rsidR="00E53181" w:rsidRDefault="00E53181"/>
        </w:tc>
      </w:tr>
      <w:tr w:rsidR="00E53181" w14:paraId="026D8BD5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372CFF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12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C5E390" w14:textId="77777777" w:rsidR="00E53181" w:rsidRDefault="00000000">
            <w:r>
              <w:rPr>
                <w:color w:val="1F2937"/>
                <w:sz w:val="15"/>
              </w:rPr>
              <w:t>Responsabilidad personal y solidaria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B7FC9C" w14:textId="77777777" w:rsidR="00E53181" w:rsidRDefault="00000000">
            <w:r>
              <w:rPr>
                <w:color w:val="1F2937"/>
                <w:sz w:val="15"/>
              </w:rPr>
              <w:t>Arts. 16.f y 17.k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2925C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FP-06D o cláusula equivalente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5BB47" w14:textId="77777777" w:rsidR="00E53181" w:rsidRDefault="00000000">
            <w:proofErr w:type="spellStart"/>
            <w:r>
              <w:rPr>
                <w:color w:val="1F2937"/>
                <w:sz w:val="15"/>
              </w:rPr>
              <w:t>Obligatorio</w:t>
            </w:r>
            <w:proofErr w:type="spellEnd"/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3E3CD3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B06708" w14:textId="77777777" w:rsidR="00E53181" w:rsidRDefault="00E53181"/>
        </w:tc>
      </w:tr>
      <w:tr w:rsidR="00E53181" w14:paraId="26A9E5F2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A0966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13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76F8B" w14:textId="77777777" w:rsidR="00E53181" w:rsidRDefault="00000000">
            <w:r>
              <w:rPr>
                <w:color w:val="1F2937"/>
                <w:sz w:val="15"/>
              </w:rPr>
              <w:t>Gestión de la calidad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2ED7AE" w14:textId="77777777" w:rsidR="00E53181" w:rsidRDefault="00000000">
            <w:r>
              <w:rPr>
                <w:color w:val="1F2937"/>
                <w:sz w:val="15"/>
              </w:rPr>
              <w:t>Arts. 16.g y 17.l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14D9D1" w14:textId="77777777" w:rsidR="00E53181" w:rsidRDefault="00000000">
            <w:r>
              <w:rPr>
                <w:color w:val="1F2937"/>
                <w:sz w:val="15"/>
              </w:rPr>
              <w:t>FP-06E + sustento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51C30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7588C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1CB71E" w14:textId="77777777" w:rsidR="00E53181" w:rsidRDefault="00E53181"/>
        </w:tc>
      </w:tr>
      <w:tr w:rsidR="00E53181" w14:paraId="296392A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74BE7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lastRenderedPageBreak/>
              <w:t>14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57D8B2" w14:textId="77777777" w:rsidR="00E53181" w:rsidRDefault="00000000">
            <w:r>
              <w:rPr>
                <w:color w:val="1F2937"/>
                <w:sz w:val="15"/>
              </w:rPr>
              <w:t>Domicilio legal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212790" w14:textId="77777777" w:rsidR="00E53181" w:rsidRDefault="00000000">
            <w:r>
              <w:rPr>
                <w:color w:val="1F2937"/>
                <w:sz w:val="15"/>
              </w:rPr>
              <w:t>Arts. 16.h y 17.m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F7A5AA" w14:textId="77777777" w:rsidR="00E53181" w:rsidRDefault="00000000">
            <w:r>
              <w:rPr>
                <w:color w:val="1F2937"/>
                <w:sz w:val="15"/>
              </w:rPr>
              <w:t>Título / contrato / equivalente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B493F" w14:textId="77777777" w:rsidR="00E53181" w:rsidRDefault="00000000">
            <w:r>
              <w:rPr>
                <w:color w:val="1F2937"/>
                <w:sz w:val="15"/>
              </w:rPr>
              <w:t>Obligatorio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5AB3C" w14:textId="77777777" w:rsidR="00E53181" w:rsidRDefault="00000000">
            <w:r>
              <w:rPr>
                <w:color w:val="1F2937"/>
                <w:sz w:val="15"/>
              </w:rPr>
              <w:t>☐ Sí  ☐ No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970339" w14:textId="77777777" w:rsidR="00E53181" w:rsidRDefault="00E53181"/>
        </w:tc>
      </w:tr>
      <w:tr w:rsidR="00E53181" w14:paraId="65B0541B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FCD3B2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52501E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DJ veracidad / autorización del socio, si se utiliza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883DD" w14:textId="77777777" w:rsidR="00E53181" w:rsidRDefault="00000000">
            <w:r>
              <w:rPr>
                <w:color w:val="1F2937"/>
                <w:sz w:val="15"/>
              </w:rPr>
              <w:t>Arts. 10.g y 24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477D84" w14:textId="77777777" w:rsidR="00E53181" w:rsidRDefault="00000000">
            <w:r>
              <w:rPr>
                <w:color w:val="1F2937"/>
                <w:sz w:val="15"/>
              </w:rPr>
              <w:t>FP-05D por socio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70EB0" w14:textId="77777777" w:rsidR="00E53181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B58B1" w14:textId="77777777" w:rsidR="00E53181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66792" w14:textId="77777777" w:rsidR="00E53181" w:rsidRDefault="00E53181"/>
        </w:tc>
      </w:tr>
      <w:tr w:rsidR="00E53181" w14:paraId="23E74831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978A9E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16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D9E13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5"/>
                <w:lang w:val="es-PE"/>
              </w:rPr>
              <w:t>Fotografías de cada socio, si se requieren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960E1A" w14:textId="77777777" w:rsidR="00E53181" w:rsidRDefault="00000000">
            <w:r>
              <w:rPr>
                <w:color w:val="1F2937"/>
                <w:sz w:val="15"/>
              </w:rPr>
              <w:t>Art. 17.o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A7D50F" w14:textId="77777777" w:rsidR="00E53181" w:rsidRDefault="00000000">
            <w:r>
              <w:rPr>
                <w:color w:val="1F2937"/>
                <w:sz w:val="15"/>
              </w:rPr>
              <w:t>Archivo físico/digital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58394" w14:textId="77777777" w:rsidR="00E53181" w:rsidRDefault="00000000">
            <w:r>
              <w:rPr>
                <w:color w:val="1F2937"/>
                <w:sz w:val="15"/>
              </w:rPr>
              <w:t>Condicional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B5AA84" w14:textId="77777777" w:rsidR="00E53181" w:rsidRDefault="00000000">
            <w:r>
              <w:rPr>
                <w:color w:val="1F2937"/>
                <w:sz w:val="15"/>
              </w:rPr>
              <w:t>☐ Sí  ☐ No  ☐ N/A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B7D6A" w14:textId="77777777" w:rsidR="00E53181" w:rsidRDefault="00E53181"/>
        </w:tc>
      </w:tr>
      <w:tr w:rsidR="00E53181" w14:paraId="1E67473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93CDD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17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30EBEA" w14:textId="77777777" w:rsidR="00E53181" w:rsidRDefault="00000000">
            <w:r>
              <w:rPr>
                <w:color w:val="1F2937"/>
                <w:sz w:val="15"/>
              </w:rPr>
              <w:t>Pago de derechos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72CC7" w14:textId="77777777" w:rsidR="00E53181" w:rsidRDefault="00000000">
            <w:r>
              <w:rPr>
                <w:color w:val="1F2937"/>
                <w:sz w:val="15"/>
              </w:rPr>
              <w:t>Arts. 17.n y 33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DD8DAF" w14:textId="77777777" w:rsidR="00E53181" w:rsidRDefault="00000000">
            <w:r>
              <w:rPr>
                <w:color w:val="1F2937"/>
                <w:sz w:val="15"/>
              </w:rPr>
              <w:t>Comprobante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13FAD" w14:textId="77777777" w:rsidR="00E53181" w:rsidRDefault="00000000">
            <w:r>
              <w:rPr>
                <w:color w:val="1F2937"/>
                <w:sz w:val="15"/>
              </w:rPr>
              <w:t>Etapa posterior</w:t>
            </w:r>
          </w:p>
        </w:tc>
        <w:tc>
          <w:tcPr>
            <w:tcW w:w="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4A62A" w14:textId="77777777" w:rsidR="00E53181" w:rsidRDefault="00000000">
            <w:r>
              <w:rPr>
                <w:color w:val="1F2937"/>
                <w:sz w:val="15"/>
              </w:rPr>
              <w:t>☐ Pendiente</w:t>
            </w:r>
          </w:p>
        </w:tc>
        <w:tc>
          <w:tcPr>
            <w:tcW w:w="8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77CAF" w14:textId="77777777" w:rsidR="00E53181" w:rsidRDefault="00E53181"/>
        </w:tc>
      </w:tr>
    </w:tbl>
    <w:p w14:paraId="7B2352A7" w14:textId="77777777" w:rsidR="00E53181" w:rsidRDefault="00E53181">
      <w:pPr>
        <w:spacing w:after="20"/>
      </w:pPr>
    </w:p>
    <w:p w14:paraId="1526DCC9" w14:textId="77777777" w:rsidR="00E53181" w:rsidRDefault="00000000">
      <w:pPr>
        <w:pStyle w:val="Ttulo2"/>
        <w:spacing w:before="100" w:after="80"/>
      </w:pPr>
      <w:r>
        <w:rPr>
          <w:rFonts w:ascii="Arial" w:eastAsia="Arial" w:hAnsi="Arial"/>
        </w:rPr>
        <w:t>CONTENIDO DEL SET</w:t>
      </w:r>
    </w:p>
    <w:p w14:paraId="0EF0D846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FP-00 Constancia digital (generada por plataforma)</w:t>
      </w:r>
    </w:p>
    <w:p w14:paraId="48A5B352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FP-01B Solicitud y Ficha Única SOA</w:t>
      </w:r>
    </w:p>
    <w:p w14:paraId="17DD2BFB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FP-06A Relación actualizada de socios</w:t>
      </w:r>
    </w:p>
    <w:p w14:paraId="1AECF1D6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FP-02 Currículum Vitae Estándar Documentado por cada socio</w:t>
      </w:r>
    </w:p>
    <w:p w14:paraId="0F065452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FP-06B DJ no impedimentos por socio / representante</w:t>
      </w:r>
    </w:p>
    <w:p w14:paraId="00DD7C66" w14:textId="77777777" w:rsidR="00E53181" w:rsidRDefault="00000000">
      <w:pPr>
        <w:pStyle w:val="Listaconvietas"/>
        <w:spacing w:after="40"/>
        <w:ind w:left="216"/>
      </w:pPr>
      <w:r>
        <w:rPr>
          <w:color w:val="1F2937"/>
          <w:sz w:val="17"/>
        </w:rPr>
        <w:t>FP-06C DJ integral SOA</w:t>
      </w:r>
    </w:p>
    <w:p w14:paraId="4BFA07C8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FP-06D Responsabilidad personal y solidaria</w:t>
      </w:r>
    </w:p>
    <w:p w14:paraId="52095C5F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FP-06E Gestión de la calidad</w:t>
      </w:r>
    </w:p>
    <w:p w14:paraId="4C299036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>FP-05D DJ veracidad / autorización de socio (condicional)</w:t>
      </w:r>
    </w:p>
    <w:p w14:paraId="718E5070" w14:textId="77777777" w:rsidR="00E53181" w:rsidRPr="00D62BFE" w:rsidRDefault="00000000">
      <w:pPr>
        <w:pStyle w:val="Listaconvietas"/>
        <w:spacing w:after="40"/>
        <w:ind w:left="216"/>
        <w:rPr>
          <w:lang w:val="es-PE"/>
        </w:rPr>
      </w:pPr>
      <w:r w:rsidRPr="00D62BFE">
        <w:rPr>
          <w:color w:val="1F2937"/>
          <w:sz w:val="17"/>
          <w:lang w:val="es-PE"/>
        </w:rPr>
        <w:t xml:space="preserve">FP-07B </w:t>
      </w:r>
      <w:proofErr w:type="spellStart"/>
      <w:r w:rsidRPr="00D62BFE">
        <w:rPr>
          <w:color w:val="1F2937"/>
          <w:sz w:val="17"/>
          <w:lang w:val="es-PE"/>
        </w:rPr>
        <w:t>Checklist</w:t>
      </w:r>
      <w:proofErr w:type="spellEnd"/>
      <w:r w:rsidRPr="00D62BFE">
        <w:rPr>
          <w:color w:val="1F2937"/>
          <w:sz w:val="17"/>
          <w:lang w:val="es-PE"/>
        </w:rPr>
        <w:t xml:space="preserve"> de Nueva Sociedad de Auditoría</w:t>
      </w:r>
    </w:p>
    <w:p w14:paraId="7BD7D869" w14:textId="22963121" w:rsidR="00D62BFE" w:rsidRDefault="00D62BFE">
      <w:pPr>
        <w:rPr>
          <w:color w:val="1F2937"/>
          <w:sz w:val="17"/>
          <w:lang w:val="es-PE"/>
        </w:rPr>
      </w:pPr>
      <w:r>
        <w:rPr>
          <w:color w:val="1F2937"/>
          <w:sz w:val="17"/>
          <w:lang w:val="es-PE"/>
        </w:rPr>
        <w:br w:type="page"/>
      </w: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7D25C7AA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B0DD4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FP-01B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270D05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SOLICITUD Y FICHA ÚNICA -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2B5342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01D35BAF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69C9E8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739A94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16-17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FDFCAD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01</w:t>
            </w:r>
          </w:p>
        </w:tc>
      </w:tr>
    </w:tbl>
    <w:p w14:paraId="2470EC18" w14:textId="77777777" w:rsidR="00E53181" w:rsidRDefault="00E53181">
      <w:pPr>
        <w:spacing w:after="20"/>
      </w:pPr>
    </w:p>
    <w:p w14:paraId="1B1E0BF2" w14:textId="77777777" w:rsidR="00E53181" w:rsidRPr="00D62BFE" w:rsidRDefault="00000000">
      <w:pPr>
        <w:spacing w:after="100"/>
        <w:rPr>
          <w:lang w:val="es-PE"/>
        </w:rPr>
      </w:pPr>
      <w:r w:rsidRPr="00D62BFE">
        <w:rPr>
          <w:b/>
          <w:color w:val="1E3E6E"/>
          <w:lang w:val="es-PE"/>
        </w:rPr>
        <w:t>SEÑOR DECANO DEL COLEGIO DE CONTADORES PÚBLICOS DE AREQUIPA</w:t>
      </w:r>
    </w:p>
    <w:p w14:paraId="6ABD085F" w14:textId="77777777" w:rsidR="00E53181" w:rsidRDefault="00000000">
      <w:pPr>
        <w:spacing w:after="80"/>
      </w:pPr>
      <w:r>
        <w:rPr>
          <w:b/>
          <w:color w:val="1E3E6E"/>
          <w:sz w:val="19"/>
        </w:rPr>
        <w:t>I. DATOS DE LA SOCIEDAD</w:t>
      </w: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:rsidRPr="00D62BFE" w14:paraId="68535C4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F70CF6" w14:textId="77777777" w:rsidR="00E53181" w:rsidRPr="00D62BFE" w:rsidRDefault="00000000" w:rsidP="00D62BFE">
            <w:pPr>
              <w:spacing w:line="240" w:lineRule="auto"/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>Razón social / denominación social completa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B91B26" w14:textId="77777777" w:rsidR="00E53181" w:rsidRPr="00D62BFE" w:rsidRDefault="00E53181" w:rsidP="00D62BFE">
            <w:pPr>
              <w:spacing w:line="240" w:lineRule="auto"/>
              <w:rPr>
                <w:lang w:val="es-PE"/>
              </w:rPr>
            </w:pPr>
          </w:p>
        </w:tc>
      </w:tr>
      <w:tr w:rsidR="00E53181" w14:paraId="392CCD4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1087AC4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D5AA306" w14:textId="77777777" w:rsidR="00E53181" w:rsidRDefault="00E53181" w:rsidP="00D62BFE">
            <w:pPr>
              <w:spacing w:line="240" w:lineRule="auto"/>
            </w:pPr>
          </w:p>
        </w:tc>
      </w:tr>
      <w:tr w:rsidR="00E53181" w14:paraId="3D1E75C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6CC3487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Partida registral / oficina registral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07CBB3" w14:textId="77777777" w:rsidR="00E53181" w:rsidRDefault="00E53181" w:rsidP="00D62BFE">
            <w:pPr>
              <w:spacing w:line="240" w:lineRule="auto"/>
            </w:pPr>
          </w:p>
        </w:tc>
      </w:tr>
      <w:tr w:rsidR="00E53181" w14:paraId="4F5E21B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986440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Fecha de constitución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54ABDBE" w14:textId="77777777" w:rsidR="00E53181" w:rsidRDefault="00E53181" w:rsidP="00D62BFE">
            <w:pPr>
              <w:spacing w:line="240" w:lineRule="auto"/>
            </w:pPr>
          </w:p>
        </w:tc>
      </w:tr>
      <w:tr w:rsidR="00E53181" w14:paraId="4479055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93FBDA5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5B592E" w14:textId="77777777" w:rsidR="00E53181" w:rsidRDefault="00E53181" w:rsidP="00D62BFE">
            <w:pPr>
              <w:spacing w:line="240" w:lineRule="auto"/>
            </w:pPr>
          </w:p>
        </w:tc>
      </w:tr>
      <w:tr w:rsidR="00E53181" w14:paraId="0A643EE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CDB277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Teléfono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B44685A" w14:textId="77777777" w:rsidR="00E53181" w:rsidRDefault="00E53181" w:rsidP="00D62BFE">
            <w:pPr>
              <w:spacing w:line="240" w:lineRule="auto"/>
            </w:pPr>
          </w:p>
        </w:tc>
      </w:tr>
      <w:tr w:rsidR="00E53181" w14:paraId="57F59DC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CE07A6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Correo electrónico institucional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5083C13" w14:textId="77777777" w:rsidR="00E53181" w:rsidRDefault="00E53181" w:rsidP="00D62BFE">
            <w:pPr>
              <w:spacing w:line="240" w:lineRule="auto"/>
            </w:pPr>
          </w:p>
        </w:tc>
      </w:tr>
      <w:tr w:rsidR="00E53181" w14:paraId="7B47432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B21B3C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Representante legal / socio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CB74A9" w14:textId="77777777" w:rsidR="00E53181" w:rsidRDefault="00E53181" w:rsidP="00D62BFE">
            <w:pPr>
              <w:spacing w:line="240" w:lineRule="auto"/>
            </w:pPr>
          </w:p>
        </w:tc>
      </w:tr>
      <w:tr w:rsidR="00E53181" w14:paraId="4E778B7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7E7D4C7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3DADDB1" w14:textId="77777777" w:rsidR="00E53181" w:rsidRDefault="00E53181" w:rsidP="00D62BFE">
            <w:pPr>
              <w:spacing w:line="240" w:lineRule="auto"/>
            </w:pPr>
          </w:p>
        </w:tc>
      </w:tr>
      <w:tr w:rsidR="00E53181" w14:paraId="5947990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B2E4EF6" w14:textId="77777777" w:rsidR="00E53181" w:rsidRDefault="00000000" w:rsidP="00D62BFE">
            <w:pPr>
              <w:spacing w:line="240" w:lineRule="auto"/>
            </w:pPr>
            <w:r>
              <w:rPr>
                <w:b/>
                <w:color w:val="1E3E6E"/>
                <w:sz w:val="18"/>
              </w:rPr>
              <w:t>Cargo /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A982171" w14:textId="77777777" w:rsidR="00E53181" w:rsidRDefault="00E53181" w:rsidP="00D62BFE">
            <w:pPr>
              <w:spacing w:line="240" w:lineRule="auto"/>
            </w:pPr>
          </w:p>
        </w:tc>
      </w:tr>
    </w:tbl>
    <w:p w14:paraId="2AC5BAF8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II. PETITORIO</w:t>
      </w:r>
    </w:p>
    <w:p w14:paraId="7EA27C61" w14:textId="77777777" w:rsidR="00E53181" w:rsidRPr="00D62BFE" w:rsidRDefault="00000000">
      <w:pPr>
        <w:spacing w:after="80"/>
        <w:rPr>
          <w:lang w:val="es-PE"/>
        </w:rPr>
      </w:pPr>
      <w:r w:rsidRPr="00D62BFE">
        <w:rPr>
          <w:color w:val="1F2937"/>
          <w:sz w:val="19"/>
          <w:lang w:val="es-PE"/>
        </w:rPr>
        <w:t>Solicito la inscripción de la Sociedad de Auditoría en el Registro de Sociedades de Auditoría del Colegio de Contadores Públicos de Arequipa.</w:t>
      </w:r>
    </w:p>
    <w:p w14:paraId="3A8A8F99" w14:textId="77777777" w:rsidR="00E53181" w:rsidRPr="00D62BFE" w:rsidRDefault="00000000">
      <w:pPr>
        <w:spacing w:after="80"/>
        <w:rPr>
          <w:lang w:val="es-PE"/>
        </w:rPr>
      </w:pPr>
      <w:r w:rsidRPr="00D62BFE">
        <w:rPr>
          <w:color w:val="1F2937"/>
          <w:sz w:val="18"/>
          <w:lang w:val="es-PE"/>
        </w:rPr>
        <w:t xml:space="preserve">Declaro, en representación de la sociedad, que la información presentada es concordante con los documentos </w:t>
      </w:r>
      <w:proofErr w:type="spellStart"/>
      <w:r w:rsidRPr="00D62BFE">
        <w:rPr>
          <w:color w:val="1F2937"/>
          <w:sz w:val="18"/>
          <w:lang w:val="es-PE"/>
        </w:rPr>
        <w:t>sustentatorios</w:t>
      </w:r>
      <w:proofErr w:type="spellEnd"/>
      <w:r w:rsidRPr="00D62BFE">
        <w:rPr>
          <w:color w:val="1F2937"/>
          <w:sz w:val="18"/>
          <w:lang w:val="es-PE"/>
        </w:rPr>
        <w:t xml:space="preserve"> y que el expediente digital y el físico corresponden al mismo contenido.</w:t>
      </w:r>
    </w:p>
    <w:p w14:paraId="70B3ABE2" w14:textId="77777777" w:rsidR="00E53181" w:rsidRPr="00D62BFE" w:rsidRDefault="00000000">
      <w:pPr>
        <w:spacing w:before="120" w:after="80"/>
        <w:rPr>
          <w:lang w:val="es-PE"/>
        </w:rPr>
      </w:pPr>
      <w:r w:rsidRPr="00D62BFE">
        <w:rPr>
          <w:b/>
          <w:color w:val="1E3E6E"/>
          <w:sz w:val="19"/>
          <w:lang w:val="es-PE"/>
        </w:rPr>
        <w:t>III. DOCUMENTOS QUE SE ADJUNTAN</w:t>
      </w:r>
    </w:p>
    <w:p w14:paraId="37D5EBFF" w14:textId="77777777" w:rsidR="00E53181" w:rsidRPr="00D62BFE" w:rsidRDefault="00000000">
      <w:pPr>
        <w:spacing w:after="80"/>
        <w:rPr>
          <w:lang w:val="es-PE"/>
        </w:rPr>
      </w:pPr>
      <w:r w:rsidRPr="00D62BFE">
        <w:rPr>
          <w:color w:val="1F2937"/>
          <w:sz w:val="18"/>
          <w:lang w:val="es-PE"/>
        </w:rPr>
        <w:t xml:space="preserve">Adjunto los documentos y formatos marcados en el </w:t>
      </w:r>
      <w:proofErr w:type="spellStart"/>
      <w:r w:rsidRPr="00D62BFE">
        <w:rPr>
          <w:color w:val="1F2937"/>
          <w:sz w:val="18"/>
          <w:lang w:val="es-PE"/>
        </w:rPr>
        <w:t>checklist</w:t>
      </w:r>
      <w:proofErr w:type="spellEnd"/>
      <w:r w:rsidRPr="00D62BFE">
        <w:rPr>
          <w:color w:val="1F2937"/>
          <w:sz w:val="18"/>
          <w:lang w:val="es-PE"/>
        </w:rPr>
        <w:t xml:space="preserve"> FP-07 correspondiente a esta categoría.</w:t>
      </w:r>
    </w:p>
    <w:p w14:paraId="24CB68E2" w14:textId="77777777" w:rsidR="00E53181" w:rsidRPr="00D62BFE" w:rsidRDefault="00E53181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74902723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37860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</w:r>
            <w:proofErr w:type="spellStart"/>
            <w:r>
              <w:rPr>
                <w:color w:val="1F2937"/>
                <w:sz w:val="18"/>
              </w:rPr>
              <w:t>Firma</w:t>
            </w:r>
            <w:proofErr w:type="spellEnd"/>
            <w:r>
              <w:rPr>
                <w:color w:val="1F2937"/>
                <w:sz w:val="18"/>
              </w:rPr>
              <w:t xml:space="preserve"> del </w:t>
            </w:r>
            <w:proofErr w:type="spellStart"/>
            <w:r>
              <w:rPr>
                <w:color w:val="1F2937"/>
                <w:sz w:val="18"/>
              </w:rPr>
              <w:t>declarante</w:t>
            </w:r>
            <w:proofErr w:type="spellEnd"/>
            <w:r>
              <w:rPr>
                <w:color w:val="1F2937"/>
                <w:sz w:val="18"/>
              </w:rPr>
              <w:t xml:space="preserve">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BF4A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593A5ED4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D62BFE">
        <w:rPr>
          <w:color w:val="1F2937"/>
          <w:sz w:val="18"/>
          <w:lang w:val="es-PE"/>
        </w:rPr>
        <w:t>de</w:t>
      </w:r>
      <w:proofErr w:type="spellEnd"/>
      <w:r w:rsidRPr="00D62BFE">
        <w:rPr>
          <w:color w:val="1F2937"/>
          <w:sz w:val="18"/>
          <w:lang w:val="es-PE"/>
        </w:rPr>
        <w:t xml:space="preserve"> 20____</w:t>
      </w:r>
    </w:p>
    <w:p w14:paraId="2F54C142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3274C0C8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86DD7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FP-06A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E9F113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RELACIÓN ACTUALIZADA DE SOCIOS Y RESPONSABLES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D2222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1C2B43DD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147C3E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EF2A37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17.e y 18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337C10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42D724CA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584"/>
        <w:gridCol w:w="936"/>
        <w:gridCol w:w="936"/>
        <w:gridCol w:w="1036"/>
        <w:gridCol w:w="648"/>
        <w:gridCol w:w="936"/>
        <w:gridCol w:w="1080"/>
        <w:gridCol w:w="1080"/>
        <w:gridCol w:w="1152"/>
        <w:gridCol w:w="1800"/>
        <w:gridCol w:w="6"/>
      </w:tblGrid>
      <w:tr w:rsidR="00E53181" w14:paraId="4A25C4A9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2AB395D" w14:textId="77777777" w:rsidR="00E53181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C498C7" w14:textId="77777777" w:rsidR="00E53181" w:rsidRDefault="00E53181"/>
        </w:tc>
      </w:tr>
      <w:tr w:rsidR="00E53181" w14:paraId="19F7AB1B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5F67458" w14:textId="77777777" w:rsidR="00E53181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DA0B7D" w14:textId="77777777" w:rsidR="00E53181" w:rsidRDefault="00E53181"/>
        </w:tc>
      </w:tr>
      <w:tr w:rsidR="00E53181" w:rsidRPr="00D62BFE" w14:paraId="6280AEB1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6BE57A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 xml:space="preserve">Registro SOA </w:t>
            </w:r>
            <w:proofErr w:type="spellStart"/>
            <w:r w:rsidRPr="00D62BFE">
              <w:rPr>
                <w:b/>
                <w:color w:val="1E3E6E"/>
                <w:sz w:val="18"/>
                <w:lang w:val="es-PE"/>
              </w:rPr>
              <w:t>N.°</w:t>
            </w:r>
            <w:proofErr w:type="spellEnd"/>
            <w:r w:rsidRPr="00D62BFE">
              <w:rPr>
                <w:b/>
                <w:color w:val="1E3E6E"/>
                <w:sz w:val="18"/>
                <w:lang w:val="es-PE"/>
              </w:rPr>
              <w:t xml:space="preserve"> (si corresponde)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4F5BC7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14:paraId="066D71AF" w14:textId="77777777">
        <w:trPr>
          <w:gridAfter w:val="1"/>
          <w:wAfter w:w="6" w:type="dxa"/>
          <w:jc w:val="center"/>
        </w:trPr>
        <w:tc>
          <w:tcPr>
            <w:tcW w:w="3384" w:type="dxa"/>
            <w:gridSpan w:val="5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BAAE7D" w14:textId="77777777" w:rsidR="00E53181" w:rsidRDefault="00000000">
            <w:proofErr w:type="spellStart"/>
            <w:r>
              <w:rPr>
                <w:b/>
                <w:color w:val="1E3E6E"/>
                <w:sz w:val="18"/>
              </w:rPr>
              <w:t>Representante</w:t>
            </w:r>
            <w:proofErr w:type="spellEnd"/>
            <w:r>
              <w:rPr>
                <w:b/>
                <w:color w:val="1E3E6E"/>
                <w:sz w:val="18"/>
              </w:rPr>
              <w:t xml:space="preserve"> legal</w:t>
            </w:r>
          </w:p>
        </w:tc>
        <w:tc>
          <w:tcPr>
            <w:tcW w:w="6696" w:type="dxa"/>
            <w:gridSpan w:val="6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C4EAB7" w14:textId="77777777" w:rsidR="00E53181" w:rsidRDefault="00E53181"/>
        </w:tc>
      </w:tr>
      <w:tr w:rsidR="00E53181" w14:paraId="23F90331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tblHeader/>
          <w:jc w:val="center"/>
        </w:trPr>
        <w:tc>
          <w:tcPr>
            <w:tcW w:w="4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FAEFC2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N.°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0C12C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Socio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5390F0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DNI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9020B89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Colegio</w:t>
            </w:r>
          </w:p>
        </w:tc>
        <w:tc>
          <w:tcPr>
            <w:tcW w:w="10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E813CA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Matrícula CPC</w:t>
            </w:r>
          </w:p>
        </w:tc>
        <w:tc>
          <w:tcPr>
            <w:tcW w:w="64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F00506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Hábil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A1A07D7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Registro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AB9D52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Inicio vigencia AI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9BF20F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Fin vigencia AI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45F825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Rol</w:t>
            </w:r>
          </w:p>
        </w:tc>
        <w:tc>
          <w:tcPr>
            <w:tcW w:w="1655" w:type="dxa"/>
            <w:gridSpan w:val="2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F17ED58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¿Ejerce auditoría / suscribe?</w:t>
            </w:r>
          </w:p>
        </w:tc>
      </w:tr>
      <w:tr w:rsidR="00E53181" w14:paraId="304006D8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C2773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1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82268B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D6C14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F7FCFA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0E81F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5DD48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6DBEA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F61CB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79505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6CBD5B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90C0C" w14:textId="77777777" w:rsidR="00E53181" w:rsidRDefault="00E53181"/>
        </w:tc>
      </w:tr>
      <w:tr w:rsidR="00E53181" w14:paraId="0EFF65E0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3682F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2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09323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A98B2B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4CC837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A9A66C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238CD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29F9D3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1D61E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FF4CD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F13EC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C0819" w14:textId="77777777" w:rsidR="00E53181" w:rsidRDefault="00E53181"/>
        </w:tc>
      </w:tr>
      <w:tr w:rsidR="00E53181" w14:paraId="2FB0A48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3FE17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3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67AFA5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CA0702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7BCF2B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74643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F6789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3BB86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8DEBD4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D1049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6AC7F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42DDF" w14:textId="77777777" w:rsidR="00E53181" w:rsidRDefault="00E53181"/>
        </w:tc>
      </w:tr>
      <w:tr w:rsidR="00E53181" w14:paraId="515B148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45A5C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4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B3F4F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882E8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32C385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837280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CC6048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68472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3DE89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5CEE70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33E8CC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6B719" w14:textId="77777777" w:rsidR="00E53181" w:rsidRDefault="00E53181"/>
        </w:tc>
      </w:tr>
      <w:tr w:rsidR="00E53181" w14:paraId="31DD3F69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F155F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5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53BC4B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6B80D5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A4152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E8CDBD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9BBAD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11CAE4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16E03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6331E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E3F16B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B188E3" w14:textId="77777777" w:rsidR="00E53181" w:rsidRDefault="00E53181"/>
        </w:tc>
      </w:tr>
      <w:tr w:rsidR="00E53181" w14:paraId="79DE6725" w14:textId="77777777">
        <w:tblPrEx>
          <w:tblBorders>
            <w:top w:val="single" w:sz="4" w:space="0" w:color="A9B3C1"/>
            <w:left w:val="single" w:sz="4" w:space="0" w:color="A9B3C1"/>
            <w:bottom w:val="single" w:sz="4" w:space="0" w:color="A9B3C1"/>
            <w:right w:val="single" w:sz="4" w:space="0" w:color="A9B3C1"/>
            <w:insideH w:val="single" w:sz="4" w:space="0" w:color="A9B3C1"/>
            <w:insideV w:val="single" w:sz="4" w:space="0" w:color="A9B3C1"/>
          </w:tblBorders>
        </w:tblPrEx>
        <w:trPr>
          <w:jc w:val="center"/>
        </w:trPr>
        <w:tc>
          <w:tcPr>
            <w:tcW w:w="4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D67BE9" w14:textId="77777777" w:rsidR="00E53181" w:rsidRDefault="00000000">
            <w:pPr>
              <w:jc w:val="center"/>
            </w:pPr>
            <w:r>
              <w:rPr>
                <w:color w:val="1F2937"/>
                <w:sz w:val="13"/>
              </w:rPr>
              <w:t>6</w:t>
            </w:r>
          </w:p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5C482D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9B879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36B06E" w14:textId="77777777" w:rsidR="00E53181" w:rsidRDefault="00E53181"/>
        </w:tc>
        <w:tc>
          <w:tcPr>
            <w:tcW w:w="10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B47D3" w14:textId="77777777" w:rsidR="00E53181" w:rsidRDefault="00E53181"/>
        </w:tc>
        <w:tc>
          <w:tcPr>
            <w:tcW w:w="6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F37A7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6DEE0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413615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C47D07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D2E44" w14:textId="77777777" w:rsidR="00E53181" w:rsidRDefault="00E53181"/>
        </w:tc>
        <w:tc>
          <w:tcPr>
            <w:tcW w:w="1655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4AD6F" w14:textId="77777777" w:rsidR="00E53181" w:rsidRDefault="00E53181"/>
        </w:tc>
      </w:tr>
    </w:tbl>
    <w:p w14:paraId="6427DEE4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50B27854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EB2C2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A5D4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69BEFED6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 xml:space="preserve">Lugar y fecha: Arequipa, ____ de __________________ </w:t>
      </w:r>
      <w:proofErr w:type="spellStart"/>
      <w:r w:rsidRPr="00D62BFE">
        <w:rPr>
          <w:color w:val="1F2937"/>
          <w:sz w:val="18"/>
          <w:lang w:val="es-PE"/>
        </w:rPr>
        <w:t>de</w:t>
      </w:r>
      <w:proofErr w:type="spellEnd"/>
      <w:r w:rsidRPr="00D62BFE">
        <w:rPr>
          <w:color w:val="1F2937"/>
          <w:sz w:val="18"/>
          <w:lang w:val="es-PE"/>
        </w:rPr>
        <w:t xml:space="preserve"> 20____</w:t>
      </w:r>
    </w:p>
    <w:p w14:paraId="5F434D27" w14:textId="77777777" w:rsidR="00E53181" w:rsidRPr="00D62BFE" w:rsidRDefault="00000000">
      <w:pPr>
        <w:rPr>
          <w:lang w:val="es-PE"/>
        </w:rPr>
      </w:pPr>
      <w:r w:rsidRPr="00D62BFE">
        <w:rPr>
          <w:lang w:val="es-PE"/>
        </w:rPr>
        <w:br w:type="page"/>
      </w: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6B785421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F3C33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FP-02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94B3A1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CURRÍCULUM VITAE ESTÁNDAR DOCUMENTADO - SOCIO DE SOA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BBE62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3306EB98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407585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E928C8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Art. 17.f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CE8D12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02</w:t>
            </w:r>
          </w:p>
        </w:tc>
      </w:tr>
    </w:tbl>
    <w:p w14:paraId="2B88EA08" w14:textId="77777777" w:rsidR="00E53181" w:rsidRDefault="00E53181">
      <w:pPr>
        <w:spacing w:after="20"/>
      </w:pPr>
    </w:p>
    <w:p w14:paraId="3E86F725" w14:textId="77777777" w:rsidR="00E53181" w:rsidRDefault="00000000">
      <w:pPr>
        <w:spacing w:after="80"/>
      </w:pPr>
      <w:r>
        <w:rPr>
          <w:b/>
          <w:color w:val="1E3E6E"/>
          <w:sz w:val="19"/>
        </w:rPr>
        <w:t>1. Identificación profesional</w:t>
      </w: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1EDC0D76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C40FCB" w14:textId="77777777" w:rsidR="00E53181" w:rsidRDefault="00000000">
            <w:r>
              <w:rPr>
                <w:b/>
                <w:color w:val="1E3E6E"/>
                <w:sz w:val="18"/>
              </w:rPr>
              <w:t>Apellidos y nombres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E9ED848" w14:textId="77777777" w:rsidR="00E53181" w:rsidRDefault="00E53181"/>
        </w:tc>
      </w:tr>
      <w:tr w:rsidR="00E53181" w14:paraId="6DB1385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FD3065" w14:textId="77777777" w:rsidR="00E53181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E368C4C" w14:textId="77777777" w:rsidR="00E53181" w:rsidRDefault="00E53181"/>
        </w:tc>
      </w:tr>
      <w:tr w:rsidR="00E53181" w14:paraId="0324662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CA6D2B" w14:textId="77777777" w:rsidR="00E53181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ACADA45" w14:textId="77777777" w:rsidR="00E53181" w:rsidRDefault="00E53181"/>
        </w:tc>
      </w:tr>
      <w:tr w:rsidR="00E53181" w14:paraId="22BECDA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66ECA8B" w14:textId="77777777" w:rsidR="00E53181" w:rsidRDefault="00000000">
            <w:r>
              <w:rPr>
                <w:b/>
                <w:color w:val="1E3E6E"/>
                <w:sz w:val="18"/>
              </w:rPr>
              <w:t>Colegio profesional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5D0614" w14:textId="77777777" w:rsidR="00E53181" w:rsidRDefault="00E53181"/>
        </w:tc>
      </w:tr>
      <w:tr w:rsidR="00E53181" w14:paraId="7F122B9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E3ABAD" w14:textId="77777777" w:rsidR="00E53181" w:rsidRDefault="00000000">
            <w:r>
              <w:rPr>
                <w:b/>
                <w:color w:val="1E3E6E"/>
                <w:sz w:val="18"/>
              </w:rPr>
              <w:t>Matrícula CPC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53DCDF0" w14:textId="77777777" w:rsidR="00E53181" w:rsidRDefault="00E53181"/>
        </w:tc>
      </w:tr>
      <w:tr w:rsidR="00E53181" w14:paraId="381BF37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71FB4B8" w14:textId="77777777" w:rsidR="00E53181" w:rsidRDefault="00000000">
            <w:r>
              <w:rPr>
                <w:b/>
                <w:color w:val="1E3E6E"/>
                <w:sz w:val="18"/>
              </w:rPr>
              <w:t>Fecha de colegiatura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664E7C3" w14:textId="77777777" w:rsidR="00E53181" w:rsidRDefault="00E53181"/>
        </w:tc>
      </w:tr>
      <w:tr w:rsidR="00E53181" w14:paraId="4AC8846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358DF79" w14:textId="77777777" w:rsidR="00E53181" w:rsidRDefault="00000000">
            <w:r>
              <w:rPr>
                <w:b/>
                <w:color w:val="1E3E6E"/>
                <w:sz w:val="18"/>
              </w:rPr>
              <w:t>Condición de habilidad / vigencia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381EF5D" w14:textId="77777777" w:rsidR="00E53181" w:rsidRDefault="00E53181"/>
        </w:tc>
      </w:tr>
      <w:tr w:rsidR="00E53181" w:rsidRPr="00D62BFE" w14:paraId="750C193B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8D0193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>Registro AI N.° / vigencia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820BD2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14:paraId="0E588E2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C30D123" w14:textId="77777777" w:rsidR="00E53181" w:rsidRDefault="00000000">
            <w:r>
              <w:rPr>
                <w:b/>
                <w:color w:val="1E3E6E"/>
                <w:sz w:val="18"/>
              </w:rPr>
              <w:t>Correo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7D415E4" w14:textId="77777777" w:rsidR="00E53181" w:rsidRDefault="00E53181"/>
        </w:tc>
      </w:tr>
      <w:tr w:rsidR="00E53181" w14:paraId="63ACB05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651CB66" w14:textId="77777777" w:rsidR="00E53181" w:rsidRDefault="00000000">
            <w:r>
              <w:rPr>
                <w:b/>
                <w:color w:val="1E3E6E"/>
                <w:sz w:val="18"/>
              </w:rPr>
              <w:t>Teléfono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AF4FD78" w14:textId="77777777" w:rsidR="00E53181" w:rsidRDefault="00E53181"/>
        </w:tc>
      </w:tr>
      <w:tr w:rsidR="00E53181" w14:paraId="7AC5C5B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2F6124E" w14:textId="77777777" w:rsidR="00E53181" w:rsidRDefault="00000000">
            <w:r>
              <w:rPr>
                <w:b/>
                <w:color w:val="1E3E6E"/>
                <w:sz w:val="18"/>
              </w:rPr>
              <w:t>Domicilio profesional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5294194" w14:textId="77777777" w:rsidR="00E53181" w:rsidRDefault="00E53181"/>
        </w:tc>
      </w:tr>
    </w:tbl>
    <w:p w14:paraId="103F26D2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2. Formación académica y posgrado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800"/>
        <w:gridCol w:w="1584"/>
        <w:gridCol w:w="2088"/>
        <w:gridCol w:w="1152"/>
        <w:gridCol w:w="1080"/>
        <w:gridCol w:w="1872"/>
      </w:tblGrid>
      <w:tr w:rsidR="00E53181" w14:paraId="6DC3C67D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1C10D3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626044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Grado / estudio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B7DE75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Especialidad</w:t>
            </w:r>
          </w:p>
        </w:tc>
        <w:tc>
          <w:tcPr>
            <w:tcW w:w="208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20B12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Institución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38CFA7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Condición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831322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Fecha</w:t>
            </w:r>
          </w:p>
        </w:tc>
        <w:tc>
          <w:tcPr>
            <w:tcW w:w="187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81D48B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Archivo / folio</w:t>
            </w:r>
          </w:p>
        </w:tc>
      </w:tr>
      <w:tr w:rsidR="00E53181" w14:paraId="132EB46F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A29C21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C5510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80DB2" w14:textId="77777777" w:rsidR="00E53181" w:rsidRDefault="00E53181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2390F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3D4A8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2138F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54FAE" w14:textId="77777777" w:rsidR="00E53181" w:rsidRDefault="00E53181"/>
        </w:tc>
      </w:tr>
      <w:tr w:rsidR="00E53181" w14:paraId="6283D3F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CC139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1D5258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CBB03" w14:textId="77777777" w:rsidR="00E53181" w:rsidRDefault="00E53181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F1FAE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F3BE3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95FF5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D33ACF" w14:textId="77777777" w:rsidR="00E53181" w:rsidRDefault="00E53181"/>
        </w:tc>
      </w:tr>
      <w:tr w:rsidR="00E53181" w14:paraId="1E66ECA3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67907B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EB225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A53232" w14:textId="77777777" w:rsidR="00E53181" w:rsidRDefault="00E53181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392A3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D5567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21042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68485" w14:textId="77777777" w:rsidR="00E53181" w:rsidRDefault="00E53181"/>
        </w:tc>
      </w:tr>
      <w:tr w:rsidR="00E53181" w14:paraId="3DA657CE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0E8AD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lastRenderedPageBreak/>
              <w:t>4</w:t>
            </w:r>
          </w:p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B2F47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1AF80" w14:textId="77777777" w:rsidR="00E53181" w:rsidRDefault="00E53181"/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6B350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A00E4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11C32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37D2F" w14:textId="77777777" w:rsidR="00E53181" w:rsidRDefault="00E53181"/>
        </w:tc>
      </w:tr>
    </w:tbl>
    <w:p w14:paraId="31834A9C" w14:textId="77777777" w:rsidR="00E53181" w:rsidRDefault="00E53181">
      <w:pPr>
        <w:spacing w:after="20"/>
      </w:pPr>
    </w:p>
    <w:p w14:paraId="14D2152C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3. Experiencia profesional resumida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944"/>
        <w:gridCol w:w="1655"/>
        <w:gridCol w:w="936"/>
        <w:gridCol w:w="936"/>
        <w:gridCol w:w="1800"/>
        <w:gridCol w:w="2304"/>
      </w:tblGrid>
      <w:tr w:rsidR="00E53181" w14:paraId="4E79F15C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82EBE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194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BA21D7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Entidad / firma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5506E4A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Cargo / rol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9A3D8A3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Desde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BAB13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Hasta</w:t>
            </w:r>
          </w:p>
        </w:tc>
        <w:tc>
          <w:tcPr>
            <w:tcW w:w="180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E2C85AE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Tipo de experiencia</w:t>
            </w:r>
          </w:p>
        </w:tc>
        <w:tc>
          <w:tcPr>
            <w:tcW w:w="230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D115F17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Archivo / folio</w:t>
            </w:r>
          </w:p>
        </w:tc>
      </w:tr>
      <w:tr w:rsidR="00E53181" w14:paraId="56690358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D47F0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DA325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89DED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F84FC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D82FF" w14:textId="77777777" w:rsidR="00E53181" w:rsidRDefault="00E53181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76D77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F5FC0" w14:textId="77777777" w:rsidR="00E53181" w:rsidRDefault="00E53181"/>
        </w:tc>
      </w:tr>
      <w:tr w:rsidR="00E53181" w14:paraId="7EB626B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22276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E0B406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73BFE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57C2D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9C2AE" w14:textId="77777777" w:rsidR="00E53181" w:rsidRDefault="00E53181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E82A0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5FFE1" w14:textId="77777777" w:rsidR="00E53181" w:rsidRDefault="00E53181"/>
        </w:tc>
      </w:tr>
      <w:tr w:rsidR="00E53181" w14:paraId="6E684500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81B5D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E9361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A8CCDA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C78E27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A54887" w14:textId="77777777" w:rsidR="00E53181" w:rsidRDefault="00E53181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C657E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2E75C2" w14:textId="77777777" w:rsidR="00E53181" w:rsidRDefault="00E53181"/>
        </w:tc>
      </w:tr>
      <w:tr w:rsidR="00E53181" w14:paraId="53454643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C13AD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4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FBB0D6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BBC52E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83B79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5E5F8B" w14:textId="77777777" w:rsidR="00E53181" w:rsidRDefault="00E53181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845D34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8864E" w14:textId="77777777" w:rsidR="00E53181" w:rsidRDefault="00E53181"/>
        </w:tc>
      </w:tr>
      <w:tr w:rsidR="00E53181" w14:paraId="12D6D2B8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54FB5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5</w:t>
            </w:r>
          </w:p>
        </w:tc>
        <w:tc>
          <w:tcPr>
            <w:tcW w:w="19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FA4A7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C6299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AF6FCF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612514" w14:textId="77777777" w:rsidR="00E53181" w:rsidRDefault="00E53181"/>
        </w:tc>
        <w:tc>
          <w:tcPr>
            <w:tcW w:w="18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831AD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6A9A3" w14:textId="77777777" w:rsidR="00E53181" w:rsidRDefault="00E53181"/>
        </w:tc>
      </w:tr>
    </w:tbl>
    <w:p w14:paraId="565EA419" w14:textId="77777777" w:rsidR="00E53181" w:rsidRDefault="00E53181">
      <w:pPr>
        <w:spacing w:after="20"/>
      </w:pPr>
    </w:p>
    <w:p w14:paraId="07CA4953" w14:textId="77777777" w:rsidR="00E53181" w:rsidRPr="00D62BFE" w:rsidRDefault="00000000">
      <w:pPr>
        <w:spacing w:before="120" w:after="80"/>
        <w:rPr>
          <w:lang w:val="es-PE"/>
        </w:rPr>
      </w:pPr>
      <w:r w:rsidRPr="00D62BFE">
        <w:rPr>
          <w:b/>
          <w:color w:val="1E3E6E"/>
          <w:sz w:val="19"/>
          <w:lang w:val="es-PE"/>
        </w:rPr>
        <w:t>4. Experiencia específica en auditoría, aseguramiento, control o funciones equivalentes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1655"/>
        <w:gridCol w:w="1872"/>
        <w:gridCol w:w="1007"/>
        <w:gridCol w:w="1080"/>
        <w:gridCol w:w="1584"/>
        <w:gridCol w:w="1512"/>
        <w:gridCol w:w="1368"/>
      </w:tblGrid>
      <w:tr w:rsidR="00E53181" w14:paraId="480E1C17" w14:textId="77777777">
        <w:trPr>
          <w:tblHeader/>
          <w:jc w:val="center"/>
        </w:trPr>
        <w:tc>
          <w:tcPr>
            <w:tcW w:w="43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66B9A64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0ED2B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Entidad / cliente / sector</w:t>
            </w:r>
          </w:p>
        </w:tc>
        <w:tc>
          <w:tcPr>
            <w:tcW w:w="187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B7390E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14"/>
                <w:lang w:val="es-PE"/>
              </w:rPr>
              <w:t>Tipo de encargo o función</w:t>
            </w:r>
          </w:p>
        </w:tc>
        <w:tc>
          <w:tcPr>
            <w:tcW w:w="1007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814C838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Rol</w:t>
            </w:r>
          </w:p>
        </w:tc>
        <w:tc>
          <w:tcPr>
            <w:tcW w:w="10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051E908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Período</w:t>
            </w:r>
          </w:p>
        </w:tc>
        <w:tc>
          <w:tcPr>
            <w:tcW w:w="158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65A5D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Producto / informe</w:t>
            </w:r>
          </w:p>
        </w:tc>
        <w:tc>
          <w:tcPr>
            <w:tcW w:w="151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397B29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AI/SOA responsable</w:t>
            </w:r>
          </w:p>
        </w:tc>
        <w:tc>
          <w:tcPr>
            <w:tcW w:w="1368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DAC5A3A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Archivo / folio</w:t>
            </w:r>
          </w:p>
        </w:tc>
      </w:tr>
      <w:tr w:rsidR="00E53181" w14:paraId="24EFA937" w14:textId="77777777">
        <w:trPr>
          <w:jc w:val="center"/>
        </w:trPr>
        <w:tc>
          <w:tcPr>
            <w:tcW w:w="4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880F6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838B5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43B57" w14:textId="77777777" w:rsidR="00E53181" w:rsidRDefault="00E53181"/>
        </w:tc>
        <w:tc>
          <w:tcPr>
            <w:tcW w:w="10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54C4D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CFBB1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0875A" w14:textId="77777777" w:rsidR="00E53181" w:rsidRDefault="00E53181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53734" w14:textId="77777777" w:rsidR="00E53181" w:rsidRDefault="00E53181"/>
        </w:tc>
        <w:tc>
          <w:tcPr>
            <w:tcW w:w="13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37F83" w14:textId="77777777" w:rsidR="00E53181" w:rsidRDefault="00E53181"/>
        </w:tc>
      </w:tr>
      <w:tr w:rsidR="00E53181" w14:paraId="4D2AFE35" w14:textId="77777777">
        <w:trPr>
          <w:jc w:val="center"/>
        </w:trPr>
        <w:tc>
          <w:tcPr>
            <w:tcW w:w="4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B678B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FFFAB1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11ECE" w14:textId="77777777" w:rsidR="00E53181" w:rsidRDefault="00E53181"/>
        </w:tc>
        <w:tc>
          <w:tcPr>
            <w:tcW w:w="10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7C21D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EEC75A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281FD" w14:textId="77777777" w:rsidR="00E53181" w:rsidRDefault="00E53181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1ACE4" w14:textId="77777777" w:rsidR="00E53181" w:rsidRDefault="00E53181"/>
        </w:tc>
        <w:tc>
          <w:tcPr>
            <w:tcW w:w="13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2797A" w14:textId="77777777" w:rsidR="00E53181" w:rsidRDefault="00E53181"/>
        </w:tc>
      </w:tr>
      <w:tr w:rsidR="00E53181" w14:paraId="4B830188" w14:textId="77777777">
        <w:trPr>
          <w:jc w:val="center"/>
        </w:trPr>
        <w:tc>
          <w:tcPr>
            <w:tcW w:w="4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71CA3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C24379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363E1" w14:textId="77777777" w:rsidR="00E53181" w:rsidRDefault="00E53181"/>
        </w:tc>
        <w:tc>
          <w:tcPr>
            <w:tcW w:w="10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3B904C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1B7A1D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28A7D1" w14:textId="77777777" w:rsidR="00E53181" w:rsidRDefault="00E53181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BACB5F" w14:textId="77777777" w:rsidR="00E53181" w:rsidRDefault="00E53181"/>
        </w:tc>
        <w:tc>
          <w:tcPr>
            <w:tcW w:w="13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190289" w14:textId="77777777" w:rsidR="00E53181" w:rsidRDefault="00E53181"/>
        </w:tc>
      </w:tr>
      <w:tr w:rsidR="00E53181" w14:paraId="1F15EE37" w14:textId="77777777">
        <w:trPr>
          <w:jc w:val="center"/>
        </w:trPr>
        <w:tc>
          <w:tcPr>
            <w:tcW w:w="4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EAE59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D37469" w14:textId="77777777" w:rsidR="00E53181" w:rsidRDefault="00E53181"/>
        </w:tc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259F29" w14:textId="77777777" w:rsidR="00E53181" w:rsidRDefault="00E53181"/>
        </w:tc>
        <w:tc>
          <w:tcPr>
            <w:tcW w:w="10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57B884" w14:textId="77777777" w:rsidR="00E53181" w:rsidRDefault="00E53181"/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E8AE0" w14:textId="77777777" w:rsidR="00E53181" w:rsidRDefault="00E53181"/>
        </w:tc>
        <w:tc>
          <w:tcPr>
            <w:tcW w:w="15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294EE" w14:textId="77777777" w:rsidR="00E53181" w:rsidRDefault="00E53181"/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85B7B" w14:textId="77777777" w:rsidR="00E53181" w:rsidRDefault="00E53181"/>
        </w:tc>
        <w:tc>
          <w:tcPr>
            <w:tcW w:w="13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2A629D" w14:textId="77777777" w:rsidR="00E53181" w:rsidRDefault="00E53181"/>
        </w:tc>
      </w:tr>
    </w:tbl>
    <w:p w14:paraId="27606AE8" w14:textId="77777777" w:rsidR="00E53181" w:rsidRDefault="00E53181">
      <w:pPr>
        <w:spacing w:after="20"/>
      </w:pPr>
    </w:p>
    <w:p w14:paraId="38F1FF3A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5. Formación y actualización profesional - resumen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232"/>
        <w:gridCol w:w="2015"/>
        <w:gridCol w:w="1440"/>
        <w:gridCol w:w="936"/>
        <w:gridCol w:w="1296"/>
        <w:gridCol w:w="1655"/>
      </w:tblGrid>
      <w:tr w:rsidR="00E53181" w14:paraId="2DE9CE6B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6D92FB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223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508123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Programa / curso</w:t>
            </w:r>
          </w:p>
        </w:tc>
        <w:tc>
          <w:tcPr>
            <w:tcW w:w="201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1AF8B3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Institución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67BAE0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Inicio / fin</w:t>
            </w:r>
          </w:p>
        </w:tc>
        <w:tc>
          <w:tcPr>
            <w:tcW w:w="93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CFB9C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Horas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16D777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Resultado</w:t>
            </w:r>
          </w:p>
        </w:tc>
        <w:tc>
          <w:tcPr>
            <w:tcW w:w="1655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54D7D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Archivo / folio</w:t>
            </w:r>
          </w:p>
        </w:tc>
      </w:tr>
      <w:tr w:rsidR="00E53181" w14:paraId="7E0710D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09AE3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2E343" w14:textId="77777777" w:rsidR="00E53181" w:rsidRDefault="00E53181"/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B5514B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C5673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8D806D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498CE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7146B" w14:textId="77777777" w:rsidR="00E53181" w:rsidRDefault="00E53181"/>
        </w:tc>
      </w:tr>
      <w:tr w:rsidR="00E53181" w14:paraId="1B59BD07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1D8B8D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7F87D9" w14:textId="77777777" w:rsidR="00E53181" w:rsidRDefault="00E53181"/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B71C4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982F30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72D1D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6A81F0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783D7" w14:textId="77777777" w:rsidR="00E53181" w:rsidRDefault="00E53181"/>
        </w:tc>
      </w:tr>
      <w:tr w:rsidR="00E53181" w14:paraId="56A916A4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B57AED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lastRenderedPageBreak/>
              <w:t>3</w:t>
            </w:r>
          </w:p>
        </w:tc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9B795" w14:textId="77777777" w:rsidR="00E53181" w:rsidRDefault="00E53181"/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448EAA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21129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F9200C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4F3125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1D288B" w14:textId="77777777" w:rsidR="00E53181" w:rsidRDefault="00E53181"/>
        </w:tc>
      </w:tr>
      <w:tr w:rsidR="00E53181" w14:paraId="501E839B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6699F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EC81C" w14:textId="77777777" w:rsidR="00E53181" w:rsidRDefault="00E53181"/>
        </w:tc>
        <w:tc>
          <w:tcPr>
            <w:tcW w:w="20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FC1BA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7B118" w14:textId="77777777" w:rsidR="00E53181" w:rsidRDefault="00E53181"/>
        </w:tc>
        <w:tc>
          <w:tcPr>
            <w:tcW w:w="9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01CC38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046CC3" w14:textId="77777777" w:rsidR="00E53181" w:rsidRDefault="00E53181"/>
        </w:tc>
        <w:tc>
          <w:tcPr>
            <w:tcW w:w="16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D6EBF" w14:textId="77777777" w:rsidR="00E53181" w:rsidRDefault="00E53181"/>
        </w:tc>
      </w:tr>
    </w:tbl>
    <w:p w14:paraId="3DABB291" w14:textId="77777777" w:rsidR="00E53181" w:rsidRDefault="00E53181">
      <w:pPr>
        <w:spacing w:after="20"/>
      </w:pPr>
    </w:p>
    <w:p w14:paraId="7EEE35AB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6. Índice de sustentos principales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456"/>
        <w:gridCol w:w="3456"/>
        <w:gridCol w:w="2592"/>
      </w:tblGrid>
      <w:tr w:rsidR="00E53181" w14:paraId="7869EE3F" w14:textId="77777777">
        <w:trPr>
          <w:tblHeader/>
          <w:jc w:val="center"/>
        </w:trPr>
        <w:tc>
          <w:tcPr>
            <w:tcW w:w="57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8DEEE3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N.°</w:t>
            </w:r>
          </w:p>
        </w:tc>
        <w:tc>
          <w:tcPr>
            <w:tcW w:w="345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712476B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Documento sustentatorio</w:t>
            </w:r>
          </w:p>
        </w:tc>
        <w:tc>
          <w:tcPr>
            <w:tcW w:w="345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4A9C4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Nombre del archivo / folio</w:t>
            </w:r>
          </w:p>
        </w:tc>
        <w:tc>
          <w:tcPr>
            <w:tcW w:w="259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0592EED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Observación</w:t>
            </w:r>
          </w:p>
        </w:tc>
      </w:tr>
      <w:tr w:rsidR="00E53181" w14:paraId="76EFAB62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5D0EA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1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8C63C6" w14:textId="77777777" w:rsidR="00E53181" w:rsidRDefault="00E53181"/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C5056" w14:textId="77777777" w:rsidR="00E53181" w:rsidRDefault="00E53181"/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02CFEE" w14:textId="77777777" w:rsidR="00E53181" w:rsidRDefault="00E53181"/>
        </w:tc>
      </w:tr>
      <w:tr w:rsidR="00E53181" w14:paraId="3309B51C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8ECB35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2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68CCA" w14:textId="77777777" w:rsidR="00E53181" w:rsidRDefault="00E53181"/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407BD" w14:textId="77777777" w:rsidR="00E53181" w:rsidRDefault="00E53181"/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995EE" w14:textId="77777777" w:rsidR="00E53181" w:rsidRDefault="00E53181"/>
        </w:tc>
      </w:tr>
      <w:tr w:rsidR="00E53181" w14:paraId="464DAEB3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5D15C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3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D7643" w14:textId="77777777" w:rsidR="00E53181" w:rsidRDefault="00E53181"/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EB8E3" w14:textId="77777777" w:rsidR="00E53181" w:rsidRDefault="00E53181"/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67C06C" w14:textId="77777777" w:rsidR="00E53181" w:rsidRDefault="00E53181"/>
        </w:tc>
      </w:tr>
      <w:tr w:rsidR="00E53181" w14:paraId="04571088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3DD19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4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B5DA47" w14:textId="77777777" w:rsidR="00E53181" w:rsidRDefault="00E53181"/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83B99A" w14:textId="77777777" w:rsidR="00E53181" w:rsidRDefault="00E53181"/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3FA53" w14:textId="77777777" w:rsidR="00E53181" w:rsidRDefault="00E53181"/>
        </w:tc>
      </w:tr>
      <w:tr w:rsidR="00E53181" w14:paraId="1A184A6A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21E4BC" w14:textId="77777777" w:rsidR="00E53181" w:rsidRDefault="00000000">
            <w:pPr>
              <w:jc w:val="center"/>
            </w:pPr>
            <w:r>
              <w:rPr>
                <w:color w:val="1F2937"/>
                <w:sz w:val="15"/>
              </w:rPr>
              <w:t>5</w:t>
            </w:r>
          </w:p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50C407" w14:textId="77777777" w:rsidR="00E53181" w:rsidRDefault="00E53181"/>
        </w:tc>
        <w:tc>
          <w:tcPr>
            <w:tcW w:w="34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7D4889" w14:textId="77777777" w:rsidR="00E53181" w:rsidRDefault="00E53181"/>
        </w:tc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4A3B0" w14:textId="77777777" w:rsidR="00E53181" w:rsidRDefault="00E53181"/>
        </w:tc>
      </w:tr>
    </w:tbl>
    <w:p w14:paraId="30EB962E" w14:textId="77777777" w:rsidR="00E53181" w:rsidRDefault="00E53181">
      <w:pPr>
        <w:spacing w:after="20"/>
      </w:pPr>
    </w:p>
    <w:p w14:paraId="58ED3C19" w14:textId="77777777" w:rsidR="00E53181" w:rsidRDefault="00000000">
      <w:pPr>
        <w:spacing w:before="120" w:after="80"/>
      </w:pPr>
      <w:r>
        <w:rPr>
          <w:b/>
          <w:color w:val="1E3E6E"/>
          <w:sz w:val="19"/>
        </w:rPr>
        <w:t>7. Declaración del titular del CV</w:t>
      </w:r>
    </w:p>
    <w:p w14:paraId="20277FAC" w14:textId="77777777" w:rsidR="00E53181" w:rsidRPr="00D62BFE" w:rsidRDefault="00000000">
      <w:pPr>
        <w:spacing w:after="80"/>
        <w:rPr>
          <w:lang w:val="es-PE"/>
        </w:rPr>
      </w:pPr>
      <w:r w:rsidRPr="00D62BFE">
        <w:rPr>
          <w:color w:val="1F2937"/>
          <w:sz w:val="18"/>
          <w:lang w:val="es-PE"/>
        </w:rPr>
        <w:t>Declaro que la información consignada en el presente CV corresponde a antecedentes sustentados en el expediente presentado y autorizo su verificación conforme a las reglas del procedimiento. La información no sustentada documentalmente no deberá ser considerada para la evaluación.</w:t>
      </w:r>
    </w:p>
    <w:p w14:paraId="2659B53D" w14:textId="77777777" w:rsidR="00E53181" w:rsidRPr="00D62BFE" w:rsidRDefault="00E53181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2BE4FE1A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AB123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A6C9A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AF50118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p w14:paraId="74379A6E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2A993CB8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2C6E5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FP-06B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90D2C0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DECLARACIÓN JURADA DE NO IMPEDIMENTOS - SOCIO / REPRESENTANTE LEGAL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F1C18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17C846DB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BB23ED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5E2712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11 y 17.i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0DAD90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7952F55B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25569902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E9B8DEE" w14:textId="77777777" w:rsidR="00E53181" w:rsidRDefault="00000000">
            <w:r>
              <w:rPr>
                <w:b/>
                <w:color w:val="1E3E6E"/>
                <w:sz w:val="18"/>
              </w:rPr>
              <w:t>Apellidos y nombres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A0D6A1" w14:textId="77777777" w:rsidR="00E53181" w:rsidRDefault="00E53181"/>
        </w:tc>
      </w:tr>
      <w:tr w:rsidR="00E53181" w14:paraId="4B81807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638B640" w14:textId="77777777" w:rsidR="00E53181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8B46488" w14:textId="77777777" w:rsidR="00E53181" w:rsidRDefault="00E53181"/>
        </w:tc>
      </w:tr>
      <w:tr w:rsidR="00E53181" w14:paraId="02D187E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2AEF09" w14:textId="77777777" w:rsidR="00E53181" w:rsidRDefault="00000000">
            <w:r>
              <w:rPr>
                <w:b/>
                <w:color w:val="1E3E6E"/>
                <w:sz w:val="18"/>
              </w:rPr>
              <w:t>Matrícula CPC (si aplica)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210BE2" w14:textId="77777777" w:rsidR="00E53181" w:rsidRDefault="00E53181"/>
        </w:tc>
      </w:tr>
      <w:tr w:rsidR="00E53181" w:rsidRPr="00D62BFE" w14:paraId="38A06DF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56DE71" w14:textId="77777777" w:rsidR="00E53181" w:rsidRDefault="00000000">
            <w:r>
              <w:rPr>
                <w:b/>
                <w:color w:val="1E3E6E"/>
                <w:sz w:val="18"/>
              </w:rPr>
              <w:t>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EA059C4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8"/>
                <w:lang w:val="es-PE"/>
              </w:rPr>
              <w:t>☐ Socio  ☐ Representante legal  ☐ Responsable técnico</w:t>
            </w:r>
          </w:p>
        </w:tc>
      </w:tr>
      <w:tr w:rsidR="00E53181" w:rsidRPr="00D62BFE" w14:paraId="73C3831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A7C504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>Razón social / denominación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83E294F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14:paraId="733BE56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E89809F" w14:textId="77777777" w:rsidR="00E53181" w:rsidRDefault="00000000">
            <w:r>
              <w:rPr>
                <w:b/>
                <w:color w:val="1E3E6E"/>
                <w:sz w:val="18"/>
              </w:rPr>
              <w:t>RUC de la SOA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C18171F" w14:textId="77777777" w:rsidR="00E53181" w:rsidRDefault="00E53181"/>
        </w:tc>
      </w:tr>
    </w:tbl>
    <w:p w14:paraId="5BDCF5BD" w14:textId="77777777" w:rsidR="00E53181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46CC3298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1. No me encuentro comprendido en los impedimentos legales y penales previstos en el artículo 11.a del Reglamento.</w:t>
      </w:r>
    </w:p>
    <w:p w14:paraId="22BDD061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2. No mantengo impedimentos profesionales o disciplinarios previstos en el artículo 11.b.</w:t>
      </w:r>
    </w:p>
    <w:p w14:paraId="66EFE6F0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3. No mantengo incumplimientos institucionales que afecten mi condición de hábil ni sanciones firmes no cumplidas, conforme al artículo 11.c.</w:t>
      </w:r>
    </w:p>
    <w:p w14:paraId="1C7B6CE4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4. No me encuentro en situaciones que comprometan objetivamente mi idoneidad profesional, ética o independencia, conforme al artículo 11.d.</w:t>
      </w:r>
    </w:p>
    <w:p w14:paraId="460D294A" w14:textId="77777777" w:rsidR="00E53181" w:rsidRPr="00D62BFE" w:rsidRDefault="00E53181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5AE457AE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DA26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E843F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0504832F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p w14:paraId="192954CE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3A56781F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A71530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FP-06C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E4AEAC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DECLARACIÓN JURADA INTEGRAL DE LA SOCIEDAD DE AUDITORÍA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0DED54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7E9C901E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4B177A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D07179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Art. 17.j / Art. 18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9DF3BE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5751D5C5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0488794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982BE9B" w14:textId="77777777" w:rsidR="00E53181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7D72A8F" w14:textId="77777777" w:rsidR="00E53181" w:rsidRDefault="00E53181"/>
        </w:tc>
      </w:tr>
      <w:tr w:rsidR="00E53181" w14:paraId="4C66CFF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2A27883" w14:textId="77777777" w:rsidR="00E53181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DF5DE88" w14:textId="77777777" w:rsidR="00E53181" w:rsidRDefault="00E53181"/>
        </w:tc>
      </w:tr>
      <w:tr w:rsidR="00E53181" w14:paraId="13AA776E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F441470" w14:textId="77777777" w:rsidR="00E53181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1D0D5E5" w14:textId="77777777" w:rsidR="00E53181" w:rsidRDefault="00E53181"/>
        </w:tc>
      </w:tr>
      <w:tr w:rsidR="00E53181" w14:paraId="35860FFF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B46425" w14:textId="77777777" w:rsidR="00E53181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C72A739" w14:textId="77777777" w:rsidR="00E53181" w:rsidRDefault="00E53181"/>
        </w:tc>
      </w:tr>
      <w:tr w:rsidR="00E53181" w14:paraId="121ECAA1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3207EC1" w14:textId="77777777" w:rsidR="00E53181" w:rsidRDefault="00000000">
            <w:r>
              <w:rPr>
                <w:b/>
                <w:color w:val="1E3E6E"/>
                <w:sz w:val="18"/>
              </w:rPr>
              <w:t>DNI del representante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0AB9924" w14:textId="77777777" w:rsidR="00E53181" w:rsidRDefault="00E53181"/>
        </w:tc>
      </w:tr>
      <w:tr w:rsidR="00E53181" w:rsidRPr="00D62BFE" w14:paraId="5C111E0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504014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>Registro SOA N.°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BB724F2" w14:textId="77777777" w:rsidR="00E53181" w:rsidRPr="00D62BFE" w:rsidRDefault="00E53181">
            <w:pPr>
              <w:rPr>
                <w:lang w:val="es-PE"/>
              </w:rPr>
            </w:pPr>
          </w:p>
        </w:tc>
      </w:tr>
    </w:tbl>
    <w:p w14:paraId="17BA8CCD" w14:textId="77777777" w:rsidR="00E53181" w:rsidRPr="00D62BFE" w:rsidRDefault="00000000">
      <w:pPr>
        <w:spacing w:before="120" w:after="80"/>
        <w:rPr>
          <w:lang w:val="es-PE"/>
        </w:rPr>
      </w:pPr>
      <w:r w:rsidRPr="00D62BFE">
        <w:rPr>
          <w:b/>
          <w:color w:val="7B1F2A"/>
          <w:sz w:val="19"/>
          <w:lang w:val="es-PE"/>
        </w:rPr>
        <w:t>EN MI CALIDAD DE REPRESENTANTE LEGAL, DECLARO BAJO JURAMENTO QUE LA SOCIEDAD:</w:t>
      </w:r>
    </w:p>
    <w:p w14:paraId="6AB8512A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1. Cumple y se compromete a mantener el Código de Ética Profesional, las normas de independencia, el debido cuidado profesional y las disposiciones del Reglamento de Auditores Independientes y Sociedades de Auditoría del CCPAQP.</w:t>
      </w:r>
    </w:p>
    <w:p w14:paraId="3C0E970B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2. Mantendrá socios responsables hábiles y con inscripción vigente / revalidada como Auditores Independientes durante la vigencia del registro de la sociedad.</w:t>
      </w:r>
    </w:p>
    <w:p w14:paraId="16C55239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3. Adoptará medidas para identificar, evaluar y gestionar amenazas a la independencia y conflictos de interés antes y durante los encargos.</w:t>
      </w:r>
    </w:p>
    <w:p w14:paraId="2AF0044A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4. Comunicará al CCPAQP dentro del plazo reglamentario cualquier pérdida de condición o cambio que pueda afectar a los socios responsables o la vigencia de la sociedad.</w:t>
      </w:r>
    </w:p>
    <w:p w14:paraId="54E14B78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5. La información contenida en el expediente es auténtica y verificable.</w:t>
      </w:r>
    </w:p>
    <w:p w14:paraId="62192A76" w14:textId="77777777" w:rsidR="00E53181" w:rsidRPr="00D62BFE" w:rsidRDefault="00E53181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2DC27575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ED1F9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26E1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1820DCC1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p w14:paraId="3FC18406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556C0DB5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F29E96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FP-06D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BADA79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RESPONSABILIDAD PERSONAL Y SOLIDARIA DE LOS SOCIOS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5C4913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08634CE3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56AE40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678A64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16.f y 17.k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C350090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64895942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7C3D65B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322D0B" w14:textId="77777777" w:rsidR="00E53181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3F6C056" w14:textId="77777777" w:rsidR="00E53181" w:rsidRDefault="00E53181"/>
        </w:tc>
      </w:tr>
      <w:tr w:rsidR="00E53181" w14:paraId="5C6C157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7388A6" w14:textId="77777777" w:rsidR="00E53181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D4E35A1" w14:textId="77777777" w:rsidR="00E53181" w:rsidRDefault="00E53181"/>
        </w:tc>
      </w:tr>
      <w:tr w:rsidR="00E53181" w14:paraId="0755CDD9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981387F" w14:textId="77777777" w:rsidR="00E53181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D61430B" w14:textId="77777777" w:rsidR="00E53181" w:rsidRDefault="00E53181"/>
        </w:tc>
      </w:tr>
      <w:tr w:rsidR="00E53181" w:rsidRPr="00D62BFE" w14:paraId="194E057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C6B0F0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b/>
                <w:color w:val="1E3E6E"/>
                <w:sz w:val="18"/>
                <w:lang w:val="es-PE"/>
              </w:rPr>
              <w:t>Registro SOA N.°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7E9605" w14:textId="77777777" w:rsidR="00E53181" w:rsidRPr="00D62BFE" w:rsidRDefault="00E53181">
            <w:pPr>
              <w:rPr>
                <w:lang w:val="es-PE"/>
              </w:rPr>
            </w:pPr>
          </w:p>
        </w:tc>
      </w:tr>
    </w:tbl>
    <w:p w14:paraId="6133F021" w14:textId="77777777" w:rsidR="00E53181" w:rsidRPr="00D62BFE" w:rsidRDefault="00000000">
      <w:pPr>
        <w:spacing w:before="120" w:after="80"/>
        <w:rPr>
          <w:lang w:val="es-PE"/>
        </w:rPr>
      </w:pPr>
      <w:r w:rsidRPr="00D62BFE">
        <w:rPr>
          <w:color w:val="1F2937"/>
          <w:sz w:val="18"/>
          <w:lang w:val="es-PE"/>
        </w:rPr>
        <w:t>Los suscritos, en nuestra condición de socios de la sociedad identificada, declaramos y aceptamos expresamente la responsabilidad personal y solidaria respecto de los actos profesionales y obligaciones derivadas de la prestación de servicios de auditoría de la sociedad, conforme a los artículos 16.f y 17.k del Reglamento del CCPAQP.</w:t>
      </w:r>
    </w:p>
    <w:p w14:paraId="20901CA6" w14:textId="77777777" w:rsidR="00E53181" w:rsidRPr="00D62BFE" w:rsidRDefault="00E53181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1440"/>
        <w:gridCol w:w="1440"/>
        <w:gridCol w:w="1440"/>
        <w:gridCol w:w="2304"/>
      </w:tblGrid>
      <w:tr w:rsidR="00E53181" w14:paraId="3F481E1E" w14:textId="77777777">
        <w:trPr>
          <w:tblHeader/>
          <w:jc w:val="center"/>
        </w:trPr>
        <w:tc>
          <w:tcPr>
            <w:tcW w:w="57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A7CD0B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N.°</w:t>
            </w:r>
          </w:p>
        </w:tc>
        <w:tc>
          <w:tcPr>
            <w:tcW w:w="288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71F66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Socio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A07FF8E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DNI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FE3AE65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Matrícula CPC</w:t>
            </w:r>
          </w:p>
        </w:tc>
        <w:tc>
          <w:tcPr>
            <w:tcW w:w="1440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CA6414B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Registro AI</w:t>
            </w:r>
          </w:p>
        </w:tc>
        <w:tc>
          <w:tcPr>
            <w:tcW w:w="230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123A39A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Firma</w:t>
            </w:r>
          </w:p>
        </w:tc>
      </w:tr>
      <w:tr w:rsidR="00E53181" w14:paraId="4B421ABD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B83033" w14:textId="77777777" w:rsidR="00E53181" w:rsidRDefault="00000000">
            <w:pPr>
              <w:jc w:val="center"/>
            </w:pPr>
            <w:r>
              <w:rPr>
                <w:color w:val="1F2937"/>
                <w:sz w:val="16"/>
              </w:rPr>
              <w:t>1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1E036C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76197C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BC55F4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A5C6A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82220" w14:textId="77777777" w:rsidR="00E53181" w:rsidRDefault="00E53181"/>
        </w:tc>
      </w:tr>
      <w:tr w:rsidR="00E53181" w14:paraId="640E7B54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089AE7" w14:textId="77777777" w:rsidR="00E53181" w:rsidRDefault="00000000">
            <w:pPr>
              <w:jc w:val="center"/>
            </w:pPr>
            <w:r>
              <w:rPr>
                <w:color w:val="1F2937"/>
                <w:sz w:val="16"/>
              </w:rPr>
              <w:t>2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B6C61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E9A4A0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D4A5E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AD37C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025FE" w14:textId="77777777" w:rsidR="00E53181" w:rsidRDefault="00E53181"/>
        </w:tc>
      </w:tr>
      <w:tr w:rsidR="00E53181" w14:paraId="1CB1A2CF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E41AD" w14:textId="77777777" w:rsidR="00E53181" w:rsidRDefault="00000000">
            <w:pPr>
              <w:jc w:val="center"/>
            </w:pPr>
            <w:r>
              <w:rPr>
                <w:color w:val="1F2937"/>
                <w:sz w:val="16"/>
              </w:rPr>
              <w:t>3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4A3C80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FCC3F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B6D3E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AAD423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994325" w14:textId="77777777" w:rsidR="00E53181" w:rsidRDefault="00E53181"/>
        </w:tc>
      </w:tr>
      <w:tr w:rsidR="00E53181" w14:paraId="4D6F4A82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F93CC" w14:textId="77777777" w:rsidR="00E53181" w:rsidRDefault="00000000">
            <w:pPr>
              <w:jc w:val="center"/>
            </w:pPr>
            <w:r>
              <w:rPr>
                <w:color w:val="1F2937"/>
                <w:sz w:val="16"/>
              </w:rPr>
              <w:t>4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95E695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BA410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1F406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B5317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F42B8" w14:textId="77777777" w:rsidR="00E53181" w:rsidRDefault="00E53181"/>
        </w:tc>
      </w:tr>
      <w:tr w:rsidR="00E53181" w14:paraId="343D9FAD" w14:textId="77777777">
        <w:trPr>
          <w:jc w:val="center"/>
        </w:trPr>
        <w:tc>
          <w:tcPr>
            <w:tcW w:w="5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8A49DF" w14:textId="77777777" w:rsidR="00E53181" w:rsidRDefault="00000000">
            <w:pPr>
              <w:jc w:val="center"/>
            </w:pPr>
            <w:r>
              <w:rPr>
                <w:color w:val="1F2937"/>
                <w:sz w:val="16"/>
              </w:rPr>
              <w:t>5</w:t>
            </w:r>
          </w:p>
        </w:tc>
        <w:tc>
          <w:tcPr>
            <w:tcW w:w="28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0D862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BA28C7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BB39D5" w14:textId="77777777" w:rsidR="00E53181" w:rsidRDefault="00E53181"/>
        </w:tc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64432" w14:textId="77777777" w:rsidR="00E53181" w:rsidRDefault="00E53181"/>
        </w:tc>
        <w:tc>
          <w:tcPr>
            <w:tcW w:w="230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30542" w14:textId="77777777" w:rsidR="00E53181" w:rsidRDefault="00E53181"/>
        </w:tc>
      </w:tr>
    </w:tbl>
    <w:p w14:paraId="3B237C80" w14:textId="77777777" w:rsidR="00E53181" w:rsidRDefault="00E53181">
      <w:pPr>
        <w:spacing w:after="20"/>
      </w:pPr>
    </w:p>
    <w:p w14:paraId="5B6C0D5F" w14:textId="77777777" w:rsidR="00E53181" w:rsidRPr="00D62BFE" w:rsidRDefault="00000000">
      <w:pPr>
        <w:spacing w:before="10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p w14:paraId="5B49CB4E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7C565F3F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09485A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FP-06E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297671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DECLARACIÓN / ACREDITACIÓN DEL SISTEMA DE GESTIÓN DE LA CALIDAD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B1AD69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OBLIGATORIO</w:t>
            </w:r>
          </w:p>
        </w:tc>
      </w:tr>
      <w:tr w:rsidR="00E53181" w14:paraId="771BA2F1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90E661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E2DFB3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16.g y 17.l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AC7BF1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06</w:t>
            </w:r>
          </w:p>
        </w:tc>
      </w:tr>
    </w:tbl>
    <w:p w14:paraId="7A46E1F2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2B758F3D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56FE6C" w14:textId="77777777" w:rsidR="00E53181" w:rsidRDefault="00000000">
            <w:r>
              <w:rPr>
                <w:b/>
                <w:color w:val="1E3E6E"/>
                <w:sz w:val="18"/>
              </w:rPr>
              <w:t>Razón social / denominación social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6B324E" w14:textId="77777777" w:rsidR="00E53181" w:rsidRDefault="00E53181"/>
        </w:tc>
      </w:tr>
      <w:tr w:rsidR="00E53181" w14:paraId="6916B0A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804D3C7" w14:textId="77777777" w:rsidR="00E53181" w:rsidRDefault="00000000">
            <w:r>
              <w:rPr>
                <w:b/>
                <w:color w:val="1E3E6E"/>
                <w:sz w:val="18"/>
              </w:rPr>
              <w:t>RUC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C3D5C9C" w14:textId="77777777" w:rsidR="00E53181" w:rsidRDefault="00E53181"/>
        </w:tc>
      </w:tr>
      <w:tr w:rsidR="00E53181" w14:paraId="34EC1F88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682CFCE" w14:textId="77777777" w:rsidR="00E53181" w:rsidRDefault="00000000">
            <w:r>
              <w:rPr>
                <w:b/>
                <w:color w:val="1E3E6E"/>
                <w:sz w:val="18"/>
              </w:rPr>
              <w:t>Domicilio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6AD7F9" w14:textId="77777777" w:rsidR="00E53181" w:rsidRDefault="00E53181"/>
        </w:tc>
      </w:tr>
      <w:tr w:rsidR="00E53181" w14:paraId="24540FE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1828776" w14:textId="77777777" w:rsidR="00E53181" w:rsidRDefault="00000000">
            <w:r>
              <w:rPr>
                <w:b/>
                <w:color w:val="1E3E6E"/>
                <w:sz w:val="18"/>
              </w:rPr>
              <w:t>Representante legal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9398A6" w14:textId="77777777" w:rsidR="00E53181" w:rsidRDefault="00E53181"/>
        </w:tc>
      </w:tr>
      <w:tr w:rsidR="00E53181" w14:paraId="0ED53ED3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7F273C5" w14:textId="77777777" w:rsidR="00E53181" w:rsidRDefault="00000000">
            <w:r>
              <w:rPr>
                <w:b/>
                <w:color w:val="1E3E6E"/>
                <w:sz w:val="18"/>
              </w:rPr>
              <w:t>Responsable de calidad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503385" w14:textId="77777777" w:rsidR="00E53181" w:rsidRDefault="00E53181"/>
        </w:tc>
      </w:tr>
      <w:tr w:rsidR="00E53181" w14:paraId="152ABB2E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5D7DF66" w14:textId="77777777" w:rsidR="00E53181" w:rsidRDefault="00000000">
            <w:r>
              <w:rPr>
                <w:b/>
                <w:color w:val="1E3E6E"/>
                <w:sz w:val="18"/>
              </w:rPr>
              <w:t>Documento / manual principal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5A20F1D" w14:textId="77777777" w:rsidR="00E53181" w:rsidRDefault="00E53181"/>
        </w:tc>
      </w:tr>
      <w:tr w:rsidR="00E53181" w14:paraId="1F14A17C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35B9FEA" w14:textId="77777777" w:rsidR="00E53181" w:rsidRDefault="00000000">
            <w:r>
              <w:rPr>
                <w:b/>
                <w:color w:val="1E3E6E"/>
                <w:sz w:val="18"/>
              </w:rPr>
              <w:t>Versión / fecha de aprobación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12A36F" w14:textId="77777777" w:rsidR="00E53181" w:rsidRDefault="00E53181"/>
        </w:tc>
      </w:tr>
      <w:tr w:rsidR="00E53181" w14:paraId="36D19BA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583C273" w14:textId="77777777" w:rsidR="00E53181" w:rsidRDefault="00000000">
            <w:r>
              <w:rPr>
                <w:b/>
                <w:color w:val="1E3E6E"/>
                <w:sz w:val="18"/>
              </w:rPr>
              <w:t>Última actualización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C79CA7" w14:textId="77777777" w:rsidR="00E53181" w:rsidRDefault="00E53181"/>
        </w:tc>
      </w:tr>
    </w:tbl>
    <w:p w14:paraId="224CCEC7" w14:textId="77777777" w:rsidR="00E53181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77A566DB" w14:textId="77777777" w:rsidR="00E53181" w:rsidRPr="00D62BFE" w:rsidRDefault="00000000">
      <w:pPr>
        <w:spacing w:after="80"/>
        <w:rPr>
          <w:lang w:val="es-PE"/>
        </w:rPr>
      </w:pPr>
      <w:r w:rsidRPr="00D62BFE">
        <w:rPr>
          <w:color w:val="1F2937"/>
          <w:sz w:val="18"/>
          <w:lang w:val="es-PE"/>
        </w:rPr>
        <w:t>La sociedad cuenta con políticas y procedimientos de gestión de la calidad alineados con las Normas Internacionales de Gestión de la Calidad vigentes en el Perú y mantiene evidencia documental suficiente para demostrar su diseño, implementación y actualización, en lo que resulte aplicable.</w:t>
      </w:r>
    </w:p>
    <w:p w14:paraId="1F67D31A" w14:textId="77777777" w:rsidR="00E53181" w:rsidRPr="00D62BFE" w:rsidRDefault="00000000">
      <w:pPr>
        <w:spacing w:before="120" w:after="80"/>
        <w:rPr>
          <w:lang w:val="es-PE"/>
        </w:rPr>
      </w:pPr>
      <w:r w:rsidRPr="00D62BFE">
        <w:rPr>
          <w:b/>
          <w:color w:val="1E3E6E"/>
          <w:sz w:val="18"/>
          <w:lang w:val="es-PE"/>
        </w:rPr>
        <w:t>Índice de evidencia de gestión de la calidad</w:t>
      </w:r>
    </w:p>
    <w:tbl>
      <w:tblPr>
        <w:tblW w:w="0" w:type="auto"/>
        <w:jc w:val="center"/>
        <w:tblBorders>
          <w:top w:val="single" w:sz="4" w:space="0" w:color="A9B3C1"/>
          <w:left w:val="single" w:sz="4" w:space="0" w:color="A9B3C1"/>
          <w:bottom w:val="single" w:sz="4" w:space="0" w:color="A9B3C1"/>
          <w:right w:val="single" w:sz="4" w:space="0" w:color="A9B3C1"/>
          <w:insideH w:val="single" w:sz="4" w:space="0" w:color="A9B3C1"/>
          <w:insideV w:val="single" w:sz="4" w:space="0" w:color="A9B3C1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096"/>
        <w:gridCol w:w="3096"/>
        <w:gridCol w:w="1152"/>
        <w:gridCol w:w="1296"/>
        <w:gridCol w:w="1224"/>
      </w:tblGrid>
      <w:tr w:rsidR="00E53181" w14:paraId="0E14BC73" w14:textId="77777777">
        <w:trPr>
          <w:tblHeader/>
          <w:jc w:val="center"/>
        </w:trPr>
        <w:tc>
          <w:tcPr>
            <w:tcW w:w="503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D1A4384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N.°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9D0C33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Componente de control</w:t>
            </w:r>
          </w:p>
        </w:tc>
        <w:tc>
          <w:tcPr>
            <w:tcW w:w="30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E9D412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Documento / política / evidencia</w:t>
            </w:r>
          </w:p>
        </w:tc>
        <w:tc>
          <w:tcPr>
            <w:tcW w:w="1152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79A4AF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Fecha / versión</w:t>
            </w:r>
          </w:p>
        </w:tc>
        <w:tc>
          <w:tcPr>
            <w:tcW w:w="1296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0AFA7DC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Responsable</w:t>
            </w:r>
          </w:p>
        </w:tc>
        <w:tc>
          <w:tcPr>
            <w:tcW w:w="1224" w:type="dxa"/>
            <w:shd w:val="clear" w:color="auto" w:fill="254E8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C79E68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Archivo / folio</w:t>
            </w:r>
          </w:p>
        </w:tc>
      </w:tr>
      <w:tr w:rsidR="00E53181" w14:paraId="317ECE4A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E31E3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1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CAE74" w14:textId="77777777" w:rsidR="00E53181" w:rsidRDefault="00000000">
            <w:r>
              <w:rPr>
                <w:color w:val="1F2937"/>
                <w:sz w:val="14"/>
              </w:rPr>
              <w:t>Gobierno y liderazgo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D5B94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F0286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0ACA4" w14:textId="77777777" w:rsidR="00E53181" w:rsidRDefault="00E53181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BE0E1" w14:textId="77777777" w:rsidR="00E53181" w:rsidRDefault="00E53181"/>
        </w:tc>
      </w:tr>
      <w:tr w:rsidR="00E53181" w14:paraId="7A0F83E9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BCA959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2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9AB94" w14:textId="77777777" w:rsidR="00E53181" w:rsidRDefault="00000000">
            <w:r>
              <w:rPr>
                <w:color w:val="1F2937"/>
                <w:sz w:val="14"/>
              </w:rPr>
              <w:t>Ética e independencia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803FC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BDD5BB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D3215" w14:textId="77777777" w:rsidR="00E53181" w:rsidRDefault="00E53181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3756F4" w14:textId="77777777" w:rsidR="00E53181" w:rsidRDefault="00E53181"/>
        </w:tc>
      </w:tr>
      <w:tr w:rsidR="00E53181" w:rsidRPr="00D62BFE" w14:paraId="1DA1D7D6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48777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3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DC9F5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4"/>
                <w:lang w:val="es-PE"/>
              </w:rPr>
              <w:t>Aceptación y continuidad de clientes y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097ACB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B89FD4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D858F1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D8CF9F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:rsidRPr="00D62BFE" w14:paraId="655D1809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1F4BF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4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73294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4"/>
                <w:lang w:val="es-PE"/>
              </w:rPr>
              <w:t>Recursos humanos, tecnológicos e intelectuales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DC46E3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83441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96785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A54537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14:paraId="477605DB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FEEEE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lastRenderedPageBreak/>
              <w:t>5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DFC40" w14:textId="77777777" w:rsidR="00E53181" w:rsidRDefault="00000000">
            <w:r>
              <w:rPr>
                <w:color w:val="1F2937"/>
                <w:sz w:val="14"/>
              </w:rPr>
              <w:t>Realización de encargos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2EA48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2AD7D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66C60" w14:textId="77777777" w:rsidR="00E53181" w:rsidRDefault="00E53181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088228" w14:textId="77777777" w:rsidR="00E53181" w:rsidRDefault="00E53181"/>
        </w:tc>
      </w:tr>
      <w:tr w:rsidR="00E53181" w14:paraId="1591320B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CB8DC9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6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0B08B9" w14:textId="77777777" w:rsidR="00E53181" w:rsidRDefault="00000000">
            <w:r>
              <w:rPr>
                <w:color w:val="1F2937"/>
                <w:sz w:val="14"/>
              </w:rPr>
              <w:t>Información y comunicación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A7D97" w14:textId="77777777" w:rsidR="00E53181" w:rsidRDefault="00E53181"/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9108A3" w14:textId="77777777" w:rsidR="00E53181" w:rsidRDefault="00E53181"/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51595" w14:textId="77777777" w:rsidR="00E53181" w:rsidRDefault="00E53181"/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9A9BB" w14:textId="77777777" w:rsidR="00E53181" w:rsidRDefault="00E53181"/>
        </w:tc>
      </w:tr>
      <w:tr w:rsidR="00E53181" w:rsidRPr="00D62BFE" w14:paraId="1BC19768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3991EE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7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051AC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4"/>
                <w:lang w:val="es-PE"/>
              </w:rPr>
              <w:t>Seguimiento y corrección de deficiencias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9F0D9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9ABF8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72721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4F541" w14:textId="77777777" w:rsidR="00E53181" w:rsidRPr="00D62BFE" w:rsidRDefault="00E53181">
            <w:pPr>
              <w:rPr>
                <w:lang w:val="es-PE"/>
              </w:rPr>
            </w:pPr>
          </w:p>
        </w:tc>
      </w:tr>
      <w:tr w:rsidR="00E53181" w:rsidRPr="00D62BFE" w14:paraId="18A5BD3E" w14:textId="77777777">
        <w:trPr>
          <w:jc w:val="center"/>
        </w:trPr>
        <w:tc>
          <w:tcPr>
            <w:tcW w:w="5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A2D9F" w14:textId="77777777" w:rsidR="00E53181" w:rsidRDefault="00000000">
            <w:pPr>
              <w:jc w:val="center"/>
            </w:pPr>
            <w:r>
              <w:rPr>
                <w:color w:val="1F2937"/>
                <w:sz w:val="14"/>
              </w:rPr>
              <w:t>8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15197D" w14:textId="77777777" w:rsidR="00E53181" w:rsidRPr="00D62BFE" w:rsidRDefault="00000000">
            <w:pPr>
              <w:rPr>
                <w:lang w:val="es-PE"/>
              </w:rPr>
            </w:pPr>
            <w:r w:rsidRPr="00D62BFE">
              <w:rPr>
                <w:color w:val="1F2937"/>
                <w:sz w:val="14"/>
                <w:lang w:val="es-PE"/>
              </w:rPr>
              <w:t>Revisión de calidad del encargo, cuando corresponda</w:t>
            </w:r>
          </w:p>
        </w:tc>
        <w:tc>
          <w:tcPr>
            <w:tcW w:w="30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F731B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1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F8A1A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9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120998" w14:textId="77777777" w:rsidR="00E53181" w:rsidRPr="00D62BFE" w:rsidRDefault="00E53181">
            <w:pPr>
              <w:rPr>
                <w:lang w:val="es-PE"/>
              </w:rPr>
            </w:pPr>
          </w:p>
        </w:tc>
        <w:tc>
          <w:tcPr>
            <w:tcW w:w="12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6F9B1" w14:textId="77777777" w:rsidR="00E53181" w:rsidRPr="00D62BFE" w:rsidRDefault="00E53181">
            <w:pPr>
              <w:rPr>
                <w:lang w:val="es-PE"/>
              </w:rPr>
            </w:pPr>
          </w:p>
        </w:tc>
      </w:tr>
    </w:tbl>
    <w:p w14:paraId="2959A102" w14:textId="77777777" w:rsidR="00E53181" w:rsidRPr="00D62BFE" w:rsidRDefault="00E53181">
      <w:pPr>
        <w:spacing w:after="20"/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4C8C6E74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8704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2949F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4276380D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p w14:paraId="4C511161" w14:textId="77777777" w:rsidR="00E53181" w:rsidRPr="00D62BFE" w:rsidRDefault="00E53181">
      <w:pPr>
        <w:pageBreakBefore/>
        <w:spacing w:after="0"/>
        <w:rPr>
          <w:lang w:val="es-PE"/>
        </w:rPr>
      </w:pPr>
    </w:p>
    <w:tbl>
      <w:tblPr>
        <w:tblW w:w="0" w:type="auto"/>
        <w:jc w:val="center"/>
        <w:tblBorders>
          <w:top w:val="single" w:sz="4" w:space="0" w:color="9EABB9"/>
          <w:left w:val="single" w:sz="4" w:space="0" w:color="9EABB9"/>
          <w:bottom w:val="single" w:sz="4" w:space="0" w:color="9EABB9"/>
          <w:right w:val="single" w:sz="4" w:space="0" w:color="9EABB9"/>
          <w:insideH w:val="single" w:sz="4" w:space="0" w:color="9EABB9"/>
          <w:insideV w:val="single" w:sz="4" w:space="0" w:color="9EABB9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6623"/>
        <w:gridCol w:w="1728"/>
      </w:tblGrid>
      <w:tr w:rsidR="00E53181" w14:paraId="4D71B9CC" w14:textId="77777777">
        <w:trPr>
          <w:jc w:val="center"/>
        </w:trPr>
        <w:tc>
          <w:tcPr>
            <w:tcW w:w="1728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149B17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FP-05D</w:t>
            </w:r>
          </w:p>
        </w:tc>
        <w:tc>
          <w:tcPr>
            <w:tcW w:w="6623" w:type="dxa"/>
            <w:shd w:val="clear" w:color="auto" w:fill="254E8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8EADEC" w14:textId="77777777" w:rsidR="00E53181" w:rsidRPr="00D62BFE" w:rsidRDefault="00000000">
            <w:pPr>
              <w:jc w:val="center"/>
              <w:rPr>
                <w:lang w:val="es-PE"/>
              </w:rPr>
            </w:pPr>
            <w:r w:rsidRPr="00D62BFE">
              <w:rPr>
                <w:b/>
                <w:color w:val="FFFFFF"/>
                <w:sz w:val="22"/>
                <w:lang w:val="es-PE"/>
              </w:rPr>
              <w:t>DECLARACIÓN JURADA DE VERACIDAD Y AUTORIZACIÓN DE VERIFICACIÓN</w:t>
            </w:r>
          </w:p>
        </w:tc>
        <w:tc>
          <w:tcPr>
            <w:tcW w:w="1728" w:type="dxa"/>
            <w:shd w:val="clear" w:color="auto" w:fill="7B1F2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B33E81" w14:textId="77777777" w:rsidR="00E53181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CONDICIONAL</w:t>
            </w:r>
          </w:p>
        </w:tc>
      </w:tr>
      <w:tr w:rsidR="00E53181" w14:paraId="2D1676BE" w14:textId="77777777">
        <w:trPr>
          <w:jc w:val="center"/>
        </w:trPr>
        <w:tc>
          <w:tcPr>
            <w:tcW w:w="172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F1A645" w14:textId="77777777" w:rsidR="00E53181" w:rsidRDefault="00000000">
            <w:pPr>
              <w:jc w:val="center"/>
            </w:pPr>
            <w:r>
              <w:rPr>
                <w:b/>
                <w:color w:val="1E3E6E"/>
                <w:sz w:val="17"/>
              </w:rPr>
              <w:t>Nueva Sociedad de Auditoría</w:t>
            </w:r>
          </w:p>
        </w:tc>
        <w:tc>
          <w:tcPr>
            <w:tcW w:w="6623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8472C5" w14:textId="77777777" w:rsidR="00E53181" w:rsidRDefault="00000000">
            <w:pPr>
              <w:jc w:val="center"/>
            </w:pPr>
            <w:r>
              <w:rPr>
                <w:color w:val="1E3E6E"/>
                <w:sz w:val="17"/>
              </w:rPr>
              <w:t>Arts. 10.g y 24</w:t>
            </w:r>
          </w:p>
        </w:tc>
        <w:tc>
          <w:tcPr>
            <w:tcW w:w="1728" w:type="dxa"/>
            <w:shd w:val="clear" w:color="auto" w:fill="FAF4E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33B0E7" w14:textId="77777777" w:rsidR="00E53181" w:rsidRDefault="00000000">
            <w:pPr>
              <w:jc w:val="center"/>
            </w:pPr>
            <w:r>
              <w:rPr>
                <w:color w:val="7B1F2A"/>
                <w:sz w:val="17"/>
              </w:rPr>
              <w:t>Carpeta 05</w:t>
            </w:r>
          </w:p>
        </w:tc>
      </w:tr>
    </w:tbl>
    <w:p w14:paraId="51D6355B" w14:textId="77777777" w:rsidR="00E53181" w:rsidRDefault="00E53181">
      <w:pPr>
        <w:spacing w:after="20"/>
      </w:pPr>
    </w:p>
    <w:tbl>
      <w:tblPr>
        <w:tblW w:w="0" w:type="auto"/>
        <w:jc w:val="center"/>
        <w:tblBorders>
          <w:top w:val="single" w:sz="4" w:space="0" w:color="B8C1CD"/>
          <w:left w:val="single" w:sz="4" w:space="0" w:color="B8C1CD"/>
          <w:bottom w:val="single" w:sz="4" w:space="0" w:color="B8C1CD"/>
          <w:right w:val="single" w:sz="4" w:space="0" w:color="B8C1CD"/>
          <w:insideH w:val="single" w:sz="4" w:space="0" w:color="B8C1CD"/>
          <w:insideV w:val="single" w:sz="4" w:space="0" w:color="B8C1CD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E53181" w14:paraId="2D92A415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1C9D833" w14:textId="77777777" w:rsidR="00E53181" w:rsidRDefault="00000000">
            <w:r>
              <w:rPr>
                <w:b/>
                <w:color w:val="1E3E6E"/>
                <w:sz w:val="18"/>
              </w:rPr>
              <w:t>Apellidos y nombres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77E4D5" w14:textId="77777777" w:rsidR="00E53181" w:rsidRDefault="00E53181"/>
        </w:tc>
      </w:tr>
      <w:tr w:rsidR="00E53181" w14:paraId="091F6740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AD9843" w14:textId="77777777" w:rsidR="00E53181" w:rsidRDefault="00000000">
            <w:r>
              <w:rPr>
                <w:b/>
                <w:color w:val="1E3E6E"/>
                <w:sz w:val="18"/>
              </w:rPr>
              <w:t>DNI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B72BFD" w14:textId="77777777" w:rsidR="00E53181" w:rsidRDefault="00E53181"/>
        </w:tc>
      </w:tr>
      <w:tr w:rsidR="00E53181" w14:paraId="3312F584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4C8A9AA" w14:textId="77777777" w:rsidR="00E53181" w:rsidRDefault="00000000">
            <w:r>
              <w:rPr>
                <w:b/>
                <w:color w:val="1E3E6E"/>
                <w:sz w:val="18"/>
              </w:rPr>
              <w:t>Matrícula CPC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121A710" w14:textId="77777777" w:rsidR="00E53181" w:rsidRDefault="00E53181"/>
        </w:tc>
      </w:tr>
      <w:tr w:rsidR="00E53181" w14:paraId="36BCB66A" w14:textId="77777777">
        <w:trPr>
          <w:jc w:val="center"/>
        </w:trPr>
        <w:tc>
          <w:tcPr>
            <w:tcW w:w="3384" w:type="dxa"/>
            <w:shd w:val="clear" w:color="auto" w:fill="EAF1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961A796" w14:textId="77777777" w:rsidR="00E53181" w:rsidRDefault="00000000">
            <w:r>
              <w:rPr>
                <w:b/>
                <w:color w:val="1E3E6E"/>
                <w:sz w:val="18"/>
              </w:rPr>
              <w:t>Calidad / rol (si corresponde)</w:t>
            </w:r>
          </w:p>
        </w:tc>
        <w:tc>
          <w:tcPr>
            <w:tcW w:w="669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2670F24" w14:textId="77777777" w:rsidR="00E53181" w:rsidRDefault="00E53181"/>
        </w:tc>
      </w:tr>
    </w:tbl>
    <w:p w14:paraId="00AECE4A" w14:textId="77777777" w:rsidR="00E53181" w:rsidRDefault="00000000">
      <w:pPr>
        <w:spacing w:before="120" w:after="80"/>
      </w:pPr>
      <w:r>
        <w:rPr>
          <w:b/>
          <w:color w:val="7B1F2A"/>
        </w:rPr>
        <w:t>DECLARO BAJO JURAMENTO QUE:</w:t>
      </w:r>
    </w:p>
    <w:p w14:paraId="4D2C8ED3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1. La información, fechas, horas, cargos, registros, vínculos y documentos presentados en el expediente son auténticos, completos y exactos según mi conocimiento y responsabilidad.</w:t>
      </w:r>
    </w:p>
    <w:p w14:paraId="4170195B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2. El expediente digital presentado por la ruta oficial y el expediente físico entregado a Secretaría Administrativa son sustancialmente concordantes.</w:t>
      </w:r>
    </w:p>
    <w:p w14:paraId="0489A229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3. Autorizo al CCPAQP a verificar la información ante universidades, empleadores, firmas, entidades, colegios profesionales, registros y demás terceros pertinentes, respetando la confidencialidad aplicable.</w:t>
      </w:r>
    </w:p>
    <w:p w14:paraId="2F1EBA2A" w14:textId="77777777" w:rsidR="00E53181" w:rsidRPr="00D62BFE" w:rsidRDefault="00000000">
      <w:pPr>
        <w:spacing w:after="60"/>
        <w:rPr>
          <w:lang w:val="es-PE"/>
        </w:rPr>
      </w:pPr>
      <w:r w:rsidRPr="00D62BFE">
        <w:rPr>
          <w:color w:val="1F2937"/>
          <w:sz w:val="18"/>
          <w:lang w:val="es-PE"/>
        </w:rPr>
        <w:t>4. Me comprometo a proporcionar información aclaratoria o sustentatoria cuando sea requerida para validar el cumplimiento del Reglamento.</w:t>
      </w:r>
    </w:p>
    <w:p w14:paraId="48D8AABC" w14:textId="77777777" w:rsidR="00E53181" w:rsidRPr="00D62BFE" w:rsidRDefault="00E53181">
      <w:pPr>
        <w:rPr>
          <w:lang w:val="es-PE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311"/>
      </w:tblGrid>
      <w:tr w:rsidR="00E53181" w14:paraId="06DFA5A3" w14:textId="77777777">
        <w:trPr>
          <w:jc w:val="center"/>
        </w:trPr>
        <w:tc>
          <w:tcPr>
            <w:tcW w:w="6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C118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____________________________________________</w:t>
            </w:r>
            <w:r>
              <w:rPr>
                <w:color w:val="1F2937"/>
                <w:sz w:val="18"/>
              </w:rPr>
              <w:br/>
              <w:t>Firma del declarante / representante</w:t>
            </w:r>
          </w:p>
        </w:tc>
        <w:tc>
          <w:tcPr>
            <w:tcW w:w="33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E848C" w14:textId="77777777" w:rsidR="00E53181" w:rsidRDefault="00000000">
            <w:pPr>
              <w:jc w:val="center"/>
            </w:pPr>
            <w:r>
              <w:rPr>
                <w:color w:val="1F2937"/>
                <w:sz w:val="18"/>
              </w:rPr>
              <w:t>Huella / sello</w:t>
            </w:r>
            <w:r>
              <w:rPr>
                <w:color w:val="1F2937"/>
                <w:sz w:val="18"/>
              </w:rPr>
              <w:br/>
              <w:t>__________________</w:t>
            </w:r>
          </w:p>
        </w:tc>
      </w:tr>
    </w:tbl>
    <w:p w14:paraId="4CE20939" w14:textId="77777777" w:rsidR="00E53181" w:rsidRPr="00D62BFE" w:rsidRDefault="00000000">
      <w:pPr>
        <w:spacing w:before="40" w:after="80"/>
        <w:jc w:val="center"/>
        <w:rPr>
          <w:lang w:val="es-PE"/>
        </w:rPr>
      </w:pPr>
      <w:r w:rsidRPr="00D62BFE">
        <w:rPr>
          <w:color w:val="1F2937"/>
          <w:sz w:val="18"/>
          <w:lang w:val="es-PE"/>
        </w:rPr>
        <w:t>Lugar y fecha: Arequipa, ____ de __________________ de 20____</w:t>
      </w:r>
    </w:p>
    <w:sectPr w:rsidR="00E53181" w:rsidRPr="00D62BF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866B" w14:textId="77777777" w:rsidR="00FC4A0B" w:rsidRDefault="00FC4A0B">
      <w:pPr>
        <w:spacing w:after="0" w:line="240" w:lineRule="auto"/>
      </w:pPr>
      <w:r>
        <w:separator/>
      </w:r>
    </w:p>
  </w:endnote>
  <w:endnote w:type="continuationSeparator" w:id="0">
    <w:p w14:paraId="5B347222" w14:textId="77777777" w:rsidR="00FC4A0B" w:rsidRDefault="00FC4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FBA5" w14:textId="77777777" w:rsidR="00E53181" w:rsidRDefault="00E531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C1CD" w14:textId="77777777" w:rsidR="00E53181" w:rsidRPr="00D62BFE" w:rsidRDefault="00000000">
    <w:pPr>
      <w:pStyle w:val="Piedepgina"/>
      <w:jc w:val="center"/>
      <w:rPr>
        <w:lang w:val="es-PE"/>
      </w:rPr>
    </w:pPr>
    <w:r w:rsidRPr="00D62BFE">
      <w:rPr>
        <w:color w:val="6B7280"/>
        <w:sz w:val="15"/>
        <w:lang w:val="es-PE"/>
      </w:rPr>
      <w:t>DOCUMENTO PÚBLICO | Versión 6.1-2026 | KIT-NSOA | CCPAQP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02F" w14:textId="77777777" w:rsidR="00E53181" w:rsidRDefault="00E531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105E" w14:textId="77777777" w:rsidR="00FC4A0B" w:rsidRDefault="00FC4A0B">
      <w:pPr>
        <w:spacing w:after="0" w:line="240" w:lineRule="auto"/>
      </w:pPr>
      <w:r>
        <w:separator/>
      </w:r>
    </w:p>
  </w:footnote>
  <w:footnote w:type="continuationSeparator" w:id="0">
    <w:p w14:paraId="3FDE8857" w14:textId="77777777" w:rsidR="00FC4A0B" w:rsidRDefault="00FC4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057C" w14:textId="77777777" w:rsidR="00E53181" w:rsidRDefault="00E531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A982" w14:textId="77777777" w:rsidR="00E53181" w:rsidRDefault="00E53181">
    <w:pPr>
      <w:pStyle w:val="Encabezado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5472"/>
      <w:gridCol w:w="4752"/>
    </w:tblGrid>
    <w:tr w:rsidR="00E53181" w:rsidRPr="00D62BFE" w14:paraId="1CB02805" w14:textId="77777777">
      <w:tc>
        <w:tcPr>
          <w:tcW w:w="5472" w:type="dxa"/>
        </w:tcPr>
        <w:p w14:paraId="31CD99FF" w14:textId="77777777" w:rsidR="00E53181" w:rsidRDefault="00000000">
          <w:r>
            <w:rPr>
              <w:noProof/>
            </w:rPr>
            <w:drawing>
              <wp:inline distT="0" distB="0" distL="0" distR="0" wp14:anchorId="6534B04C" wp14:editId="315C5323">
                <wp:extent cx="2514600" cy="68253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paqp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682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</w:tcPr>
        <w:p w14:paraId="3799A733" w14:textId="77777777" w:rsidR="00E53181" w:rsidRPr="00D62BFE" w:rsidRDefault="00000000">
          <w:pPr>
            <w:jc w:val="right"/>
            <w:rPr>
              <w:lang w:val="es-PE"/>
            </w:rPr>
          </w:pPr>
          <w:r w:rsidRPr="00D62BFE">
            <w:rPr>
              <w:b/>
              <w:color w:val="7B1F2A"/>
              <w:sz w:val="17"/>
              <w:lang w:val="es-PE"/>
            </w:rPr>
            <w:t>REGISTRO DE AUDITORES 2026</w:t>
          </w:r>
          <w:r w:rsidRPr="00D62BFE">
            <w:rPr>
              <w:b/>
              <w:color w:val="7B1F2A"/>
              <w:sz w:val="17"/>
              <w:lang w:val="es-PE"/>
            </w:rPr>
            <w:br/>
            <w:t>SET DE FORMATOS DEL POSTULANTE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EFA5" w14:textId="77777777" w:rsidR="00E53181" w:rsidRDefault="00E531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2019181">
    <w:abstractNumId w:val="8"/>
  </w:num>
  <w:num w:numId="2" w16cid:durableId="37050842">
    <w:abstractNumId w:val="6"/>
  </w:num>
  <w:num w:numId="3" w16cid:durableId="1309241083">
    <w:abstractNumId w:val="5"/>
  </w:num>
  <w:num w:numId="4" w16cid:durableId="809785929">
    <w:abstractNumId w:val="4"/>
  </w:num>
  <w:num w:numId="5" w16cid:durableId="1068264599">
    <w:abstractNumId w:val="7"/>
  </w:num>
  <w:num w:numId="6" w16cid:durableId="546532677">
    <w:abstractNumId w:val="3"/>
  </w:num>
  <w:num w:numId="7" w16cid:durableId="1753118318">
    <w:abstractNumId w:val="2"/>
  </w:num>
  <w:num w:numId="8" w16cid:durableId="2054572210">
    <w:abstractNumId w:val="1"/>
  </w:num>
  <w:num w:numId="9" w16cid:durableId="15152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285"/>
    <w:rsid w:val="00326F90"/>
    <w:rsid w:val="00AA1D8D"/>
    <w:rsid w:val="00B47730"/>
    <w:rsid w:val="00CB0664"/>
    <w:rsid w:val="00D62BFE"/>
    <w:rsid w:val="00E53181"/>
    <w:rsid w:val="00FC4A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C5D944"/>
  <w14:defaultImageDpi w14:val="300"/>
  <w15:docId w15:val="{062D5893-EB5F-4C1C-9AD1-52D46DCB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  <w:rPr>
      <w:rFonts w:ascii="Arial" w:eastAsia="Arial" w:hAnsi="Arial"/>
    </w:r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  <w:rPr>
      <w:rFonts w:ascii="Arial" w:eastAsia="Arial" w:hAnsi="Arial"/>
    </w:rPr>
  </w:style>
  <w:style w:type="paragraph" w:styleId="Sinespaciado">
    <w:name w:val="No Spacing"/>
    <w:uiPriority w:val="1"/>
    <w:qFormat/>
    <w:rsid w:val="00FC693F"/>
    <w:pPr>
      <w:spacing w:after="0" w:line="240" w:lineRule="auto"/>
    </w:pPr>
    <w:rPr>
      <w:rFonts w:ascii="Arial" w:eastAsia="Arial" w:hAnsi="Arial"/>
    </w:r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  <w:rPr>
      <w:rFonts w:ascii="Arial" w:eastAsia="Arial" w:hAnsi="Arial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  <w:rPr>
      <w:rFonts w:ascii="Arial" w:eastAsia="Arial" w:hAnsi="Arial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rFonts w:ascii="Arial" w:eastAsia="Arial" w:hAnsi="Arial"/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19"/>
    </w:r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19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Arial" w:eastAsia="Arial" w:hAnsi="Arial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rFonts w:ascii="Arial" w:eastAsia="Arial" w:hAnsi="Arial"/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rFonts w:ascii="Arial" w:eastAsia="Arial" w:hAnsi="Arial"/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rFonts w:ascii="Arial" w:eastAsia="Arial" w:hAnsi="Arial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rFonts w:ascii="Arial" w:eastAsia="Arial" w:hAnsi="Arial"/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rFonts w:ascii="Arial" w:eastAsia="Arial" w:hAnsi="Arial"/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rFonts w:ascii="Arial" w:eastAsia="Arial" w:hAnsi="Arial"/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rFonts w:ascii="Arial" w:eastAsia="Arial" w:hAnsi="Arial"/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/>
    </w:r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rFonts w:ascii="Arial" w:eastAsia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1773</Words>
  <Characters>9757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Informática-CCPA</cp:lastModifiedBy>
  <cp:revision>2</cp:revision>
  <dcterms:created xsi:type="dcterms:W3CDTF">2013-12-23T23:15:00Z</dcterms:created>
  <dcterms:modified xsi:type="dcterms:W3CDTF">2026-09-09T23:42:00Z</dcterms:modified>
  <cp:category/>
</cp:coreProperties>
</file>